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4417A" w14:textId="77777777" w:rsidR="00BB0E83" w:rsidRDefault="00BB0E83">
      <w:pPr>
        <w:spacing w:before="1920" w:after="0"/>
      </w:pPr>
    </w:p>
    <w:p w14:paraId="17E08C70" w14:textId="77777777" w:rsidR="00BB0E83" w:rsidRDefault="00000000">
      <w:pPr>
        <w:spacing w:after="120"/>
      </w:pPr>
      <w:r>
        <w:rPr>
          <w:b/>
          <w:color w:val="6B6964"/>
          <w:sz w:val="21"/>
        </w:rPr>
        <w:t>A STUDY IN GENESIS 2–3</w:t>
      </w:r>
    </w:p>
    <w:p w14:paraId="1C78511F" w14:textId="77777777" w:rsidR="00BB0E83" w:rsidRDefault="00BB0E83">
      <w:pPr>
        <w:pBdr>
          <w:bottom w:val="single" w:sz="10" w:space="2" w:color="C9C6BE"/>
        </w:pBdr>
        <w:spacing w:after="440"/>
      </w:pPr>
    </w:p>
    <w:p w14:paraId="4ECCE116" w14:textId="77777777" w:rsidR="00BB0E83" w:rsidRDefault="00000000">
      <w:pPr>
        <w:spacing w:after="40" w:line="245" w:lineRule="auto"/>
      </w:pPr>
      <w:r>
        <w:rPr>
          <w:rFonts w:ascii="Georgia" w:hAnsi="Georgia"/>
          <w:b/>
          <w:color w:val="123337"/>
          <w:sz w:val="66"/>
        </w:rPr>
        <w:t>The Garden, the Fall,</w:t>
      </w:r>
    </w:p>
    <w:p w14:paraId="24E3E621" w14:textId="77777777" w:rsidR="00BB0E83" w:rsidRDefault="00000000">
      <w:pPr>
        <w:spacing w:after="400" w:line="245" w:lineRule="auto"/>
      </w:pPr>
      <w:r>
        <w:rPr>
          <w:rFonts w:ascii="Georgia" w:hAnsi="Georgia"/>
          <w:b/>
          <w:color w:val="123337"/>
          <w:sz w:val="66"/>
        </w:rPr>
        <w:t>and the Second Adam</w:t>
      </w:r>
    </w:p>
    <w:p w14:paraId="5600515C" w14:textId="77777777" w:rsidR="00BB0E83" w:rsidRDefault="00000000">
      <w:pPr>
        <w:spacing w:after="600" w:line="341" w:lineRule="auto"/>
        <w:ind w:right="720"/>
      </w:pPr>
      <w:r>
        <w:rPr>
          <w:rFonts w:ascii="Georgia" w:hAnsi="Georgia"/>
          <w:i/>
          <w:color w:val="4A4A45"/>
          <w:sz w:val="25"/>
        </w:rPr>
        <w:t>What truly happened in Eden — how the Curse, Sin, and Death entered the world, why creation itself now fights back against our rebellion, and how all of it is answered in Christ</w:t>
      </w:r>
    </w:p>
    <w:p w14:paraId="653E1A4D" w14:textId="77777777" w:rsidR="00BB0E83" w:rsidRDefault="00BB0E83">
      <w:pPr>
        <w:pBdr>
          <w:bottom w:val="single" w:sz="6" w:space="2" w:color="C9C6BE"/>
        </w:pBdr>
        <w:spacing w:after="200"/>
      </w:pPr>
    </w:p>
    <w:p w14:paraId="1A83DAAF" w14:textId="77777777" w:rsidR="00BB0E83" w:rsidRDefault="00000000">
      <w:pPr>
        <w:spacing w:after="80" w:line="312" w:lineRule="auto"/>
        <w:ind w:right="1296"/>
      </w:pPr>
      <w:r>
        <w:rPr>
          <w:color w:val="6B6964"/>
          <w:sz w:val="19"/>
        </w:rPr>
        <w:t>A theological exposition in four parts</w:t>
      </w:r>
    </w:p>
    <w:p w14:paraId="4F6935D4" w14:textId="77777777" w:rsidR="00BB0E83" w:rsidRDefault="00000000">
      <w:pPr>
        <w:spacing w:after="80" w:line="312" w:lineRule="auto"/>
        <w:ind w:right="1296"/>
      </w:pPr>
      <w:r>
        <w:rPr>
          <w:color w:val="6B6964"/>
          <w:sz w:val="19"/>
        </w:rPr>
        <w:t>Drawn from “Understanding the Order of Creation: Original Sin and the Curse of Adam, the Curse of Eve, and the Fall of Man” and from the Genesis 2–3 commentary</w:t>
      </w:r>
    </w:p>
    <w:p w14:paraId="1242E015" w14:textId="77777777" w:rsidR="00BB0E83" w:rsidRDefault="00000000">
      <w:pPr>
        <w:spacing w:after="0"/>
      </w:pPr>
      <w:r>
        <w:br w:type="page"/>
      </w:r>
    </w:p>
    <w:p w14:paraId="2A9B45D8" w14:textId="77777777" w:rsidR="00BB0E83" w:rsidRDefault="00000000">
      <w:pPr>
        <w:spacing w:before="600" w:after="120"/>
      </w:pPr>
      <w:r>
        <w:rPr>
          <w:rFonts w:ascii="Georgia" w:hAnsi="Georgia"/>
          <w:b/>
          <w:color w:val="123337"/>
          <w:sz w:val="46"/>
        </w:rPr>
        <w:lastRenderedPageBreak/>
        <w:t>Contents</w:t>
      </w:r>
    </w:p>
    <w:p w14:paraId="21D33C7F" w14:textId="77777777" w:rsidR="00BB0E83" w:rsidRDefault="00BB0E83">
      <w:pPr>
        <w:pBdr>
          <w:bottom w:val="single" w:sz="10" w:space="2" w:color="C9C6BE"/>
        </w:pBdr>
        <w:spacing w:after="400"/>
      </w:pPr>
    </w:p>
    <w:p w14:paraId="3FC4A37C" w14:textId="77777777" w:rsidR="00BB0E83" w:rsidRDefault="00000000">
      <w:pPr>
        <w:spacing w:before="280" w:after="40" w:line="288" w:lineRule="auto"/>
        <w:ind w:right="864"/>
      </w:pPr>
      <w:r>
        <w:rPr>
          <w:rFonts w:ascii="Georgia" w:hAnsi="Georgia"/>
          <w:sz w:val="26"/>
        </w:rPr>
        <w:t>Introduction: Two Trees, Two Gardens, Two Men</w:t>
      </w:r>
    </w:p>
    <w:p w14:paraId="75C0B398" w14:textId="77777777" w:rsidR="00BB0E83" w:rsidRDefault="00000000">
      <w:pPr>
        <w:keepNext/>
        <w:keepLines/>
        <w:spacing w:before="280" w:after="20"/>
      </w:pPr>
      <w:r>
        <w:rPr>
          <w:b/>
          <w:color w:val="6B6964"/>
          <w:sz w:val="18"/>
        </w:rPr>
        <w:t>PART ONE</w:t>
      </w:r>
    </w:p>
    <w:p w14:paraId="7CB6CF77" w14:textId="77777777" w:rsidR="00BB0E83" w:rsidRDefault="00000000">
      <w:pPr>
        <w:spacing w:after="40" w:line="288" w:lineRule="auto"/>
        <w:ind w:right="864"/>
      </w:pPr>
      <w:r>
        <w:rPr>
          <w:rFonts w:ascii="Georgia" w:hAnsi="Georgia"/>
          <w:b/>
          <w:color w:val="1B474D"/>
          <w:sz w:val="26"/>
        </w:rPr>
        <w:t>Before the Fall — The World as God Built It</w:t>
      </w:r>
    </w:p>
    <w:p w14:paraId="0C42152D" w14:textId="77777777" w:rsidR="00BB0E83" w:rsidRDefault="00000000">
      <w:pPr>
        <w:keepNext/>
        <w:keepLines/>
        <w:spacing w:before="280" w:after="20"/>
      </w:pPr>
      <w:r>
        <w:rPr>
          <w:b/>
          <w:color w:val="6B6964"/>
          <w:sz w:val="18"/>
        </w:rPr>
        <w:t>PART TWO</w:t>
      </w:r>
    </w:p>
    <w:p w14:paraId="5E330616" w14:textId="77777777" w:rsidR="00BB0E83" w:rsidRDefault="00000000">
      <w:pPr>
        <w:spacing w:after="40" w:line="288" w:lineRule="auto"/>
        <w:ind w:right="864"/>
      </w:pPr>
      <w:r>
        <w:rPr>
          <w:rFonts w:ascii="Georgia" w:hAnsi="Georgia"/>
          <w:b/>
          <w:color w:val="1B474D"/>
          <w:sz w:val="26"/>
        </w:rPr>
        <w:t>The Fall — Eight Red Flags and One Fatal Silence</w:t>
      </w:r>
    </w:p>
    <w:p w14:paraId="667D504F" w14:textId="77777777" w:rsidR="00BB0E83" w:rsidRDefault="00000000">
      <w:pPr>
        <w:keepNext/>
        <w:keepLines/>
        <w:spacing w:before="280" w:after="20"/>
      </w:pPr>
      <w:r>
        <w:rPr>
          <w:b/>
          <w:color w:val="6B6964"/>
          <w:sz w:val="18"/>
        </w:rPr>
        <w:t>PART THREE</w:t>
      </w:r>
    </w:p>
    <w:p w14:paraId="707ECA20" w14:textId="77777777" w:rsidR="00BB0E83" w:rsidRDefault="00000000">
      <w:pPr>
        <w:spacing w:after="40" w:line="288" w:lineRule="auto"/>
        <w:ind w:right="864"/>
      </w:pPr>
      <w:r>
        <w:rPr>
          <w:rFonts w:ascii="Georgia" w:hAnsi="Georgia"/>
          <w:b/>
          <w:color w:val="1B474D"/>
          <w:sz w:val="26"/>
        </w:rPr>
        <w:t>After the Fall — The Curse, Sin, Death, and a World That Fights Back</w:t>
      </w:r>
    </w:p>
    <w:p w14:paraId="4B1D2F40" w14:textId="77777777" w:rsidR="00BB0E83" w:rsidRDefault="00000000">
      <w:pPr>
        <w:keepNext/>
        <w:keepLines/>
        <w:spacing w:before="280" w:after="20"/>
      </w:pPr>
      <w:r>
        <w:rPr>
          <w:b/>
          <w:color w:val="6B6964"/>
          <w:sz w:val="18"/>
        </w:rPr>
        <w:t>PART FOUR</w:t>
      </w:r>
    </w:p>
    <w:p w14:paraId="39AA8D61" w14:textId="77777777" w:rsidR="00BB0E83" w:rsidRDefault="00000000">
      <w:pPr>
        <w:spacing w:after="40" w:line="288" w:lineRule="auto"/>
        <w:ind w:right="864"/>
      </w:pPr>
      <w:r>
        <w:rPr>
          <w:rFonts w:ascii="Georgia" w:hAnsi="Georgia"/>
          <w:b/>
          <w:color w:val="1B474D"/>
          <w:sz w:val="26"/>
        </w:rPr>
        <w:t>Life in Christ — The Second Adam, the Blood, and the Open Door</w:t>
      </w:r>
    </w:p>
    <w:p w14:paraId="5EFEA7FD" w14:textId="77777777" w:rsidR="00BB0E83" w:rsidRDefault="00000000">
      <w:pPr>
        <w:spacing w:before="280" w:after="40" w:line="288" w:lineRule="auto"/>
        <w:ind w:right="864"/>
      </w:pPr>
      <w:r>
        <w:rPr>
          <w:rFonts w:ascii="Georgia" w:hAnsi="Georgia"/>
          <w:sz w:val="26"/>
        </w:rPr>
        <w:t>Conclusion: The Sword, the Silence, and the Second Adam</w:t>
      </w:r>
    </w:p>
    <w:p w14:paraId="6A7F885F" w14:textId="77777777" w:rsidR="00BB0E83" w:rsidRDefault="00000000">
      <w:pPr>
        <w:spacing w:after="0"/>
      </w:pPr>
      <w:r>
        <w:br w:type="page"/>
      </w:r>
    </w:p>
    <w:p w14:paraId="399FA131" w14:textId="77777777" w:rsidR="00BB0E83" w:rsidRDefault="00000000">
      <w:pPr>
        <w:keepNext/>
        <w:keepLines/>
        <w:spacing w:before="520" w:after="120" w:line="254" w:lineRule="auto"/>
      </w:pPr>
      <w:r>
        <w:rPr>
          <w:rFonts w:ascii="Georgia" w:hAnsi="Georgia"/>
          <w:b/>
          <w:color w:val="123337"/>
          <w:sz w:val="46"/>
        </w:rPr>
        <w:lastRenderedPageBreak/>
        <w:t>Introduction: Two Trees, Two Gardens, Two Men</w:t>
      </w:r>
    </w:p>
    <w:p w14:paraId="3BF7B83B" w14:textId="77777777" w:rsidR="00BB0E83" w:rsidRDefault="00BB0E83">
      <w:pPr>
        <w:keepNext/>
        <w:keepLines/>
        <w:pBdr>
          <w:bottom w:val="single" w:sz="10" w:space="2" w:color="C9C6BE"/>
        </w:pBdr>
        <w:spacing w:after="360"/>
      </w:pPr>
    </w:p>
    <w:p w14:paraId="29638AB3" w14:textId="77777777" w:rsidR="00BB0E83" w:rsidRDefault="00000000">
      <w:r>
        <w:t>We have all heard the story reduced to a cartoon. A woman, a snake, an apple. A bad decision in a nice place. Told that way, it sounds like a fable with a moral about temptation, the sort of thing you outgrow.</w:t>
      </w:r>
    </w:p>
    <w:p w14:paraId="6ACCB1A4" w14:textId="77777777" w:rsidR="00BB0E83" w:rsidRDefault="00000000">
      <w:r>
        <w:t>That is not what Genesis says happened.</w:t>
      </w:r>
    </w:p>
    <w:p w14:paraId="49C7DEC2" w14:textId="77777777" w:rsidR="00BB0E83" w:rsidRDefault="00000000">
      <w:r>
        <w:t>What Genesis says happened is that the God who spoke stars into place bent down over wet ground, shaped a body out of soil the way a potter shapes clay, and breathed into that body until it sat up and looked at him. He built a walled orchard and filled it with fruit. He gave the man work that did not exhaust him and authority that did not corrupt him. He made a wife out of the man's own side and gave her to him. He gave one command with one boundary, and he told the truth about what would happen if that boundary were crossed.</w:t>
      </w:r>
    </w:p>
    <w:p w14:paraId="13B98DD3" w14:textId="77777777" w:rsidR="00BB0E83" w:rsidRDefault="00000000">
      <w:r>
        <w:t>Then a creature that had no business speaking spoke, and a man who had every business speaking did not.</w:t>
      </w:r>
    </w:p>
    <w:p w14:paraId="508286DB" w14:textId="77777777" w:rsidR="00BB0E83" w:rsidRDefault="00000000">
      <w:r>
        <w:t>Everything that hurts in your life traces back to that afternoon. Not as a metaphor. Genuinely. The reason your body will die. The reason childbirth tears a woman apart. The reason work resists you, the reason weeds grow without help and wheat does not, the reason marriages turn into contests, the reason you have ever hidden from God rather than run to him. All of it comes out of Genesis 3. The Bible does not treat the Fall as a bad start we have since recovered from. It treats it as the wound that runs through the whole world, and it treats Jesus Christ as the only answer to it.</w:t>
      </w:r>
    </w:p>
    <w:p w14:paraId="3A7C6A08" w14:textId="77777777" w:rsidR="00BB0E83" w:rsidRDefault="00000000">
      <w:pPr>
        <w:keepNext/>
        <w:keepLines/>
        <w:spacing w:before="380" w:after="140" w:line="274" w:lineRule="auto"/>
      </w:pPr>
      <w:r>
        <w:rPr>
          <w:rFonts w:ascii="Georgia" w:hAnsi="Georgia"/>
          <w:b/>
          <w:color w:val="1B474D"/>
          <w:sz w:val="29"/>
        </w:rPr>
        <w:t>What this book is trying to do</w:t>
      </w:r>
    </w:p>
    <w:p w14:paraId="51FC9304" w14:textId="77777777" w:rsidR="00BB0E83" w:rsidRDefault="00000000">
      <w:r>
        <w:t>This is a long, careful walk through Genesis 2 and 3, followed by a long, careful walk into the New Testament to see what God did about it. It is built out of two documents: a sermon on the order of creation and the curse, and a verse-by-verse commentary on Genesis 2–3 with the Hebrew laid out. Those documents are the source material. This book expands them, connects them, and carries them forward to the cross.</w:t>
      </w:r>
    </w:p>
    <w:p w14:paraId="61A0DFAF" w14:textId="77777777" w:rsidR="00BB0E83" w:rsidRDefault="00000000">
      <w:r>
        <w:lastRenderedPageBreak/>
        <w:t>It is arranged in four parts.</w:t>
      </w:r>
    </w:p>
    <w:p w14:paraId="73B2379B" w14:textId="77777777" w:rsidR="00BB0E83" w:rsidRDefault="00000000">
      <w:pPr>
        <w:spacing w:after="100" w:line="307" w:lineRule="auto"/>
        <w:ind w:left="432" w:hanging="259"/>
      </w:pPr>
      <w:r>
        <w:rPr>
          <w:color w:val="1B474D"/>
        </w:rPr>
        <w:t xml:space="preserve">•   </w:t>
      </w:r>
      <w:r>
        <w:rPr>
          <w:b/>
        </w:rPr>
        <w:t>Part One — Before the Fall.</w:t>
      </w:r>
      <w:r>
        <w:t xml:space="preserve"> The world as God actually built it. The dominion mandate, the soil and the breath, the two trees, the rivers, the Edenic covenant, work before the curse, and the making of the woman. Everything that was lost has to be seen before the loss can be felt.</w:t>
      </w:r>
    </w:p>
    <w:p w14:paraId="170C18E4" w14:textId="77777777" w:rsidR="00BB0E83" w:rsidRDefault="00000000">
      <w:pPr>
        <w:spacing w:after="100" w:line="307" w:lineRule="auto"/>
        <w:ind w:left="432" w:hanging="259"/>
      </w:pPr>
      <w:r>
        <w:rPr>
          <w:color w:val="1B474D"/>
        </w:rPr>
        <w:t xml:space="preserve">•   </w:t>
      </w:r>
      <w:r>
        <w:rPr>
          <w:b/>
        </w:rPr>
        <w:t>Part Two — The Fall.</w:t>
      </w:r>
      <w:r>
        <w:t xml:space="preserve"> The temptation examined line by line. Eight red flags in the first three verses of Genesis 3, Eve's mishandling of God's word, the serpent's use of the divine name, the anatomy of pride, and the fatal silence of the man who was standing right there.</w:t>
      </w:r>
    </w:p>
    <w:p w14:paraId="4623A5BD" w14:textId="77777777" w:rsidR="00BB0E83" w:rsidRDefault="00000000">
      <w:pPr>
        <w:spacing w:after="100" w:line="307" w:lineRule="auto"/>
        <w:ind w:left="432" w:hanging="259"/>
      </w:pPr>
      <w:r>
        <w:rPr>
          <w:color w:val="1B474D"/>
        </w:rPr>
        <w:t xml:space="preserve">•   </w:t>
      </w:r>
      <w:r>
        <w:rPr>
          <w:b/>
        </w:rPr>
        <w:t>Part Three — After the Fall.</w:t>
      </w:r>
      <w:r>
        <w:t xml:space="preserve"> The curse on the serpent, the woman, and the ground. Sin, death, and the world's revolt. Why nature itself now fights back against human rebellion. The first blood shed to cover sin. And the expulsion from Eden as an act of mercy rather than only of wrath.</w:t>
      </w:r>
    </w:p>
    <w:p w14:paraId="609A255D" w14:textId="77777777" w:rsidR="00BB0E83" w:rsidRDefault="00000000">
      <w:pPr>
        <w:spacing w:after="100" w:line="307" w:lineRule="auto"/>
        <w:ind w:left="432" w:hanging="259"/>
      </w:pPr>
      <w:r>
        <w:rPr>
          <w:color w:val="1B474D"/>
        </w:rPr>
        <w:t xml:space="preserve">•   </w:t>
      </w:r>
      <w:r>
        <w:rPr>
          <w:b/>
        </w:rPr>
        <w:t>Part Four — Life in Christ.</w:t>
      </w:r>
      <w:r>
        <w:t xml:space="preserve"> Federal headship and the Second Adam. Propitiation and expiation. Justification by faith. Romans 3, 5, 8, 9, and 10. The Day of Atonement in Leviticus 16 and how the cross is that day lived out in the open. And the typologies of the Old Testament converging on one man.</w:t>
      </w:r>
    </w:p>
    <w:p w14:paraId="14985B98" w14:textId="77777777" w:rsidR="00BB0E83" w:rsidRDefault="00000000">
      <w:pPr>
        <w:keepNext/>
        <w:keepLines/>
        <w:spacing w:before="380" w:after="140" w:line="274" w:lineRule="auto"/>
      </w:pPr>
      <w:r>
        <w:rPr>
          <w:rFonts w:ascii="Georgia" w:hAnsi="Georgia"/>
          <w:b/>
          <w:color w:val="1B474D"/>
          <w:sz w:val="29"/>
        </w:rPr>
        <w:t>How to read it</w:t>
      </w:r>
    </w:p>
    <w:p w14:paraId="33FEA4E5" w14:textId="77777777" w:rsidR="00BB0E83" w:rsidRDefault="00000000">
      <w:r>
        <w:t>Three things happen on nearly every page, and they are meant to work together.</w:t>
      </w:r>
    </w:p>
    <w:p w14:paraId="4B08B464" w14:textId="77777777" w:rsidR="00BB0E83" w:rsidRDefault="00000000">
      <w:pPr>
        <w:spacing w:after="100" w:line="307" w:lineRule="auto"/>
        <w:ind w:left="432" w:hanging="259"/>
      </w:pPr>
      <w:r>
        <w:rPr>
          <w:color w:val="1B474D"/>
        </w:rPr>
        <w:t xml:space="preserve">•   </w:t>
      </w:r>
      <w:r>
        <w:rPr>
          <w:b/>
        </w:rPr>
        <w:t>Narrative.</w:t>
      </w:r>
      <w:r>
        <w:t xml:space="preserve"> The text is retold as story, because it happened. You are meant to hear the serpent's voice, feel the silence, hear the sound of God returning through the trees.</w:t>
      </w:r>
    </w:p>
    <w:p w14:paraId="27FD39F2" w14:textId="77777777" w:rsidR="00BB0E83" w:rsidRDefault="00000000">
      <w:pPr>
        <w:spacing w:after="100" w:line="307" w:lineRule="auto"/>
        <w:ind w:left="432" w:hanging="259"/>
      </w:pPr>
      <w:r>
        <w:rPr>
          <w:color w:val="1B474D"/>
        </w:rPr>
        <w:t xml:space="preserve">•   </w:t>
      </w:r>
      <w:r>
        <w:rPr>
          <w:b/>
        </w:rPr>
        <w:t>Exposition.</w:t>
      </w:r>
      <w:r>
        <w:t xml:space="preserve"> The Hebrew and Greek are brought out, along with grammar, cross-references, and theology. Every technical term is explained in plain English the moment it appears. If you have never studied a biblical language, nothing in this book is closed to you.</w:t>
      </w:r>
    </w:p>
    <w:p w14:paraId="38A4B5AF" w14:textId="77777777" w:rsidR="00BB0E83" w:rsidRDefault="00000000">
      <w:pPr>
        <w:spacing w:after="100" w:line="307" w:lineRule="auto"/>
        <w:ind w:left="432" w:hanging="259"/>
      </w:pPr>
      <w:r>
        <w:rPr>
          <w:color w:val="1B474D"/>
        </w:rPr>
        <w:t xml:space="preserve">•   </w:t>
      </w:r>
      <w:r>
        <w:rPr>
          <w:b/>
        </w:rPr>
        <w:t>Bullet points.</w:t>
      </w:r>
      <w:r>
        <w:t xml:space="preserve"> Lists, contrasts, and summaries, so the structure of the argument stays visible and so the material can be taught.</w:t>
      </w:r>
    </w:p>
    <w:p w14:paraId="21DAB9F7" w14:textId="77777777" w:rsidR="00BB0E83" w:rsidRDefault="00000000">
      <w:r>
        <w:t>Where the reading offered is the author's own interpretation rather than settled ground, it is marked as such. Where something needs to be said plainly, it is said plainly.</w:t>
      </w:r>
    </w:p>
    <w:p w14:paraId="5F1D05D5" w14:textId="77777777" w:rsidR="00BB0E83" w:rsidRDefault="00000000">
      <w:pPr>
        <w:keepNext/>
        <w:keepLines/>
        <w:spacing w:before="380" w:after="140" w:line="274" w:lineRule="auto"/>
      </w:pPr>
      <w:r>
        <w:rPr>
          <w:rFonts w:ascii="Georgia" w:hAnsi="Georgia"/>
          <w:b/>
          <w:color w:val="1B474D"/>
          <w:sz w:val="29"/>
        </w:rPr>
        <w:lastRenderedPageBreak/>
        <w:t>The question underneath all of it</w:t>
      </w:r>
    </w:p>
    <w:p w14:paraId="777592B1" w14:textId="77777777" w:rsidR="00BB0E83" w:rsidRDefault="00000000">
      <w:r>
        <w:t>The sermon this book grew out of opens with one question, and the question governs everything that follows.</w:t>
      </w:r>
    </w:p>
    <w:p w14:paraId="74899A17" w14:textId="77777777" w:rsidR="00BB0E83" w:rsidRDefault="00000000">
      <w:pPr>
        <w:keepLines/>
        <w:pBdr>
          <w:left w:val="single" w:sz="14" w:space="10" w:color="C9C6BE"/>
        </w:pBdr>
        <w:spacing w:before="220" w:after="40" w:line="302" w:lineRule="auto"/>
        <w:ind w:left="490" w:right="432"/>
      </w:pPr>
      <w:r>
        <w:rPr>
          <w:rFonts w:ascii="Georgia" w:hAnsi="Georgia"/>
          <w:sz w:val="21"/>
        </w:rPr>
        <w:t>Does God's word change, or does culture change?</w:t>
      </w:r>
    </w:p>
    <w:p w14:paraId="5DE9660E" w14:textId="77777777" w:rsidR="00BB0E83" w:rsidRDefault="00000000">
      <w:r>
        <w:t>Hold that question through all four parts. It is not rhetorical. It is the fault line running under every argument in this book, because the serpent's whole strategy in the garden was to persuade a woman that what God had said was negotiable — that it could be trimmed, softened, expanded, reframed, and finally set aside in favor of what seemed good, looked good, and promised wisdom.</w:t>
      </w:r>
    </w:p>
    <w:p w14:paraId="5DFD111C" w14:textId="77777777" w:rsidR="00BB0E83" w:rsidRDefault="00000000">
      <w:r>
        <w:t>Notice one more thing before we begin. The sermon behind this book deliberately withholds Ephesians 5:22–33 until the very end. Those verses about wives and husbands are the ones people find hardest to swallow, and there is a reason they are saved for last: you cannot understand where Paul gets the authority to write them until you have seen the order of creation and the wreckage of the Fall. This book follows the same strategy. We will not arrive at Ephesians 5 until Part Four. When we do, it will not read like an intrusion of ancient culture. It will read like a man reasoning straight out of Genesis 2, which is exactly what Paul says he is doing when he quotes it.</w:t>
      </w:r>
    </w:p>
    <w:p w14:paraId="508639D6" w14:textId="77777777" w:rsidR="00BB0E83" w:rsidRDefault="00000000">
      <w:pPr>
        <w:keepLines/>
        <w:pBdr>
          <w:left w:val="single" w:sz="14" w:space="10" w:color="C9C6BE"/>
        </w:pBdr>
        <w:spacing w:before="220" w:after="40" w:line="302" w:lineRule="auto"/>
        <w:ind w:left="490" w:right="432"/>
      </w:pPr>
      <w:r>
        <w:rPr>
          <w:rFonts w:ascii="Georgia" w:hAnsi="Georgia"/>
          <w:sz w:val="21"/>
        </w:rPr>
        <w:t>The fear of the Lord is the beginning of knowledge; fools despise wisdom and instruction.</w:t>
      </w:r>
    </w:p>
    <w:p w14:paraId="48659857" w14:textId="77777777" w:rsidR="00BB0E83" w:rsidRDefault="00000000">
      <w:pPr>
        <w:spacing w:before="20" w:after="260" w:line="240" w:lineRule="auto"/>
        <w:ind w:left="490"/>
      </w:pPr>
      <w:r>
        <w:rPr>
          <w:caps/>
          <w:color w:val="6B6964"/>
          <w:sz w:val="18"/>
        </w:rPr>
        <w:t>Proverbs 1:7</w:t>
      </w:r>
    </w:p>
    <w:p w14:paraId="7C921406" w14:textId="77777777" w:rsidR="00BB0E83" w:rsidRDefault="00000000">
      <w:r>
        <w:t>So we begin where God began. In a garden, with a river underneath it, and two trees standing in the middle.</w:t>
      </w:r>
    </w:p>
    <w:p w14:paraId="0B1722E5" w14:textId="77777777" w:rsidR="00BB0E83" w:rsidRDefault="00000000">
      <w:pPr>
        <w:spacing w:after="0"/>
      </w:pPr>
      <w:r>
        <w:br w:type="page"/>
      </w:r>
    </w:p>
    <w:p w14:paraId="11A25049" w14:textId="77777777" w:rsidR="00BB0E83" w:rsidRDefault="00000000">
      <w:pPr>
        <w:keepNext/>
        <w:keepLines/>
        <w:spacing w:before="520" w:after="80"/>
      </w:pPr>
      <w:r>
        <w:rPr>
          <w:b/>
          <w:color w:val="6B6964"/>
          <w:sz w:val="20"/>
        </w:rPr>
        <w:lastRenderedPageBreak/>
        <w:t>PART ONE</w:t>
      </w:r>
    </w:p>
    <w:p w14:paraId="1AEEB0A0" w14:textId="77777777" w:rsidR="00BB0E83" w:rsidRDefault="00000000">
      <w:pPr>
        <w:keepNext/>
        <w:keepLines/>
        <w:spacing w:after="120" w:line="254" w:lineRule="auto"/>
      </w:pPr>
      <w:r>
        <w:rPr>
          <w:rFonts w:ascii="Georgia" w:hAnsi="Georgia"/>
          <w:b/>
          <w:color w:val="123337"/>
          <w:sz w:val="46"/>
        </w:rPr>
        <w:t>Before the Fall — The World as God Built It</w:t>
      </w:r>
    </w:p>
    <w:p w14:paraId="51FAB521" w14:textId="77777777" w:rsidR="00BB0E83" w:rsidRDefault="00BB0E83">
      <w:pPr>
        <w:keepNext/>
        <w:keepLines/>
        <w:pBdr>
          <w:bottom w:val="single" w:sz="10" w:space="2" w:color="C9C6BE"/>
        </w:pBdr>
        <w:spacing w:after="360"/>
      </w:pPr>
    </w:p>
    <w:p w14:paraId="1A038603" w14:textId="77777777" w:rsidR="00BB0E83" w:rsidRDefault="00000000">
      <w:r>
        <w:t>The ground is wet before the first rain ever falls. Water rises from beneath the earth, not as a storm breaking open the sky, but as a hidden provision pressing upward through the soil. Springs well up. They moisten the face of the ground. The earth is not harsh, not cracked, not hostile. It receives the water God gives it.</w:t>
      </w:r>
    </w:p>
    <w:p w14:paraId="1438DE76" w14:textId="77777777" w:rsidR="00BB0E83" w:rsidRDefault="00000000">
      <w:r>
        <w:t>Then trees rise where God causes them to rise. They are not thin things fighting for a little light. They are desirable to look at and good for food. Their limbs are heavy with fruit. Nothing rots on the branch. Nothing bites. Nothing withers. There are no thorns to catch a hand, no thistles to choke a row, no sweat burning the eyes of the one who works. The earth is full, ordered, generous.</w:t>
      </w:r>
    </w:p>
    <w:p w14:paraId="64BAFF46" w14:textId="77777777" w:rsidR="00BB0E83" w:rsidRDefault="00000000">
      <w:r>
        <w:t>This is not a vague religious picture floating somewhere outside history. Eden has direction. It is in the east. A river flows from it and divides into named headstreams. Its waters touch places of gold, pearls, and lapis lazuli. The Lord gives us geography because he is telling us about a real place. The first home of man was not a fable and not a symbol detached from the world. It was the world as God made it.</w:t>
      </w:r>
    </w:p>
    <w:p w14:paraId="74E01949" w14:textId="77777777" w:rsidR="00BB0E83" w:rsidRDefault="00000000">
      <w:r>
        <w:t>And into that world walks a man made from dirt.</w:t>
      </w:r>
    </w:p>
    <w:p w14:paraId="54370532" w14:textId="77777777" w:rsidR="00BB0E83" w:rsidRDefault="00000000">
      <w:r>
        <w:t>He is not an accident of the earth. The same God who spoke light into being bends over the soil and forms him. The Maker gives this creature breath. The man opens his eyes in a world already stocked with food, water, beauty, purpose, and the presence of God. He has work, but not weary work. He has authority, but not tyranny. He has a place, but not a prison. He walks with God in the cool of the day without flinching, without covering himself, without hiding behind a tree.</w:t>
      </w:r>
    </w:p>
    <w:p w14:paraId="5DCF3CC8" w14:textId="77777777" w:rsidR="00BB0E83" w:rsidRDefault="00000000">
      <w:r>
        <w:t>There is no graveyard beyond the orchard. There is no sickness in the body and no suspicion in the heart. No husband has failed his wife. No wife has distrusted her husband. No child has rebelled. No parent has buried a child. There is no shame because there is no sin. There is no fear because there is no threat. There is no death because death has not entered the world.</w:t>
      </w:r>
    </w:p>
    <w:p w14:paraId="725BBAE4" w14:textId="77777777" w:rsidR="00BB0E83" w:rsidRDefault="00000000">
      <w:r>
        <w:lastRenderedPageBreak/>
        <w:t>This matters because everything we are about to lose was genuinely good. God did not build a flawed world and then watch it break exactly as it was meant to break. He made a good creation. He gave good gifts. He established a good order. The grief of Genesis 3 only has its full weight when we stand first in Genesis 2 and see what was there.</w:t>
      </w:r>
    </w:p>
    <w:p w14:paraId="441DAECB" w14:textId="77777777" w:rsidR="00BB0E83" w:rsidRDefault="00000000">
      <w:r>
        <w:t>The man looks at the trees. One gives life. One bears the knowledge of good and evil. Both stand in the middle of the orchard.</w:t>
      </w:r>
    </w:p>
    <w:p w14:paraId="41C7863A" w14:textId="77777777" w:rsidR="00BB0E83" w:rsidRDefault="00000000">
      <w:pPr>
        <w:keepNext/>
        <w:keepLines/>
        <w:spacing w:before="380" w:after="140" w:line="274" w:lineRule="auto"/>
      </w:pPr>
      <w:r>
        <w:rPr>
          <w:rFonts w:ascii="Georgia" w:hAnsi="Georgia"/>
          <w:b/>
          <w:color w:val="1B474D"/>
          <w:sz w:val="29"/>
        </w:rPr>
        <w:t>The order of dominion and responsibility</w:t>
      </w:r>
    </w:p>
    <w:p w14:paraId="1E7528CD" w14:textId="77777777" w:rsidR="00BB0E83" w:rsidRDefault="00000000">
      <w:r>
        <w:t>Before Genesis 2 brings us close to the soil, Genesis 1 states the public charter of humanity. God does not make man merely to exist. He makes man to bear his image and exercise a delegated rule beneath his own rule.</w:t>
      </w:r>
    </w:p>
    <w:p w14:paraId="0FAB1020" w14:textId="77777777" w:rsidR="00BB0E83" w:rsidRDefault="00000000">
      <w:pPr>
        <w:keepLines/>
        <w:pBdr>
          <w:left w:val="single" w:sz="14" w:space="10" w:color="C9C6BE"/>
        </w:pBdr>
        <w:spacing w:before="220" w:after="40" w:line="302" w:lineRule="auto"/>
        <w:ind w:left="490" w:right="432"/>
      </w:pPr>
      <w:r>
        <w:rPr>
          <w:rFonts w:ascii="Georgia" w:hAnsi="Georgia"/>
          <w:sz w:val="21"/>
        </w:rPr>
        <w:t>Then God said, “Let Us make man in Our image, according to Our likeness, so that they will have dominion over the fish of the sea and over the birds of the sky and over the cattle and over all the earth and over every creeping thing that creeps on the earth.” And God created man in His own image, in the image of God He created him; male and female He created them. God blessed them, and God said to them, “Be fruitful and multiply, and fill the earth, and subdue it; and have dominion over the fish of the sea and over the birds of the sky and over every living thing that creeps on the earth. Then God said, “Behold, I have given to you every plant yielding seed that is on the surface of all the earth, and every tree which has the fruit of the tree yielding seed; it shall be food for you; and to every beast of the earth and to every bird of the sky and to every thing that creeps on the earth which has life, I have given every green plant for food”; and it was so.</w:t>
      </w:r>
    </w:p>
    <w:p w14:paraId="30965253" w14:textId="77777777" w:rsidR="00BB0E83" w:rsidRDefault="00000000">
      <w:pPr>
        <w:spacing w:before="20" w:after="260" w:line="240" w:lineRule="auto"/>
        <w:ind w:left="490"/>
      </w:pPr>
      <w:r>
        <w:rPr>
          <w:caps/>
          <w:color w:val="6B6964"/>
          <w:sz w:val="18"/>
        </w:rPr>
        <w:t>Genesis 1:26–30, LSB</w:t>
      </w:r>
    </w:p>
    <w:p w14:paraId="11E1048F" w14:textId="77777777" w:rsidR="00BB0E83" w:rsidRDefault="00000000">
      <w:r>
        <w:t>The order is plain. Human beings are made in God's image and likeness. They are male and female. They receive blessing. They are told to be fruitful, multiply, fill the earth, subdue it, and have dominion over it.</w:t>
      </w:r>
    </w:p>
    <w:p w14:paraId="0078A397" w14:textId="77777777" w:rsidR="00BB0E83" w:rsidRDefault="00000000">
      <w:r>
        <w:t xml:space="preserve">The phrase </w:t>
      </w:r>
      <w:r>
        <w:rPr>
          <w:i/>
        </w:rPr>
        <w:t>imago Dei</w:t>
      </w:r>
      <w:r>
        <w:t xml:space="preserve"> means “image of God.” Plain terms: we are made to represent and reflect God as his stewards on the earth. It is a status of dignity, but it is also a job description. A king's image placed in a territory announced whose rule stood behind it. Human beings are placed in God's world to announce, by faithful care and obedient rule, that it is God's world.</w:t>
      </w:r>
    </w:p>
    <w:p w14:paraId="2F288FD4" w14:textId="77777777" w:rsidR="00BB0E83" w:rsidRDefault="00000000">
      <w:r>
        <w:t xml:space="preserve">That is why dominion is never permission to act like dictators. Man is entrusted with the care of the resources of the earth. He is to manage them well, for their good. He is not to mistreat and abuse them for his own pleasure. The image of God does not give man the right to ruin </w:t>
      </w:r>
      <w:r>
        <w:lastRenderedPageBreak/>
        <w:t>what belongs to God. It gives man the responsibility to make God's goodness visible in how he tends what God has made.</w:t>
      </w:r>
    </w:p>
    <w:p w14:paraId="422285CB" w14:textId="77777777" w:rsidR="00BB0E83" w:rsidRDefault="00000000">
      <w:r>
        <w:t>“Subdue” is a strong word. We should not pretend otherwise. It means bringing raw potential into fruitful order. A field is subdued when it is cultivated rather than left waste. Animals are governed rather than tortured. A home is ordered, fed, protected, and made useful. The command is not exploitation. It is cultivation. God gives a world full of possibility and tells his image-bearers to work it into ordered fruitfulness under his command.</w:t>
      </w:r>
    </w:p>
    <w:p w14:paraId="4173908E" w14:textId="77777777" w:rsidR="00BB0E83" w:rsidRDefault="00000000">
      <w:r>
        <w:t>Notice also that the mandate is given to male and female. Both bear God's image. Both receive God's blessing. Both belong to the work of filling the earth with the glory of the Creator. The distinctions that appear in Genesis 2 do not erase this shared dignity. They show how God's good order works in the life of the first man and woman.</w:t>
      </w:r>
    </w:p>
    <w:p w14:paraId="097D649E" w14:textId="77777777" w:rsidR="00BB0E83" w:rsidRDefault="00000000">
      <w:pPr>
        <w:keepNext/>
        <w:keepLines/>
        <w:spacing w:before="380" w:after="140" w:line="274" w:lineRule="auto"/>
      </w:pPr>
      <w:r>
        <w:rPr>
          <w:rFonts w:ascii="Georgia" w:hAnsi="Georgia"/>
          <w:b/>
          <w:color w:val="1B474D"/>
          <w:sz w:val="29"/>
        </w:rPr>
        <w:t>Very good, with nothing evil in it</w:t>
      </w:r>
    </w:p>
    <w:p w14:paraId="2A89AA63" w14:textId="77777777" w:rsidR="00BB0E83" w:rsidRDefault="00000000">
      <w:pPr>
        <w:keepLines/>
        <w:pBdr>
          <w:left w:val="single" w:sz="14" w:space="10" w:color="C9C6BE"/>
        </w:pBdr>
        <w:spacing w:before="220" w:after="40" w:line="302" w:lineRule="auto"/>
        <w:ind w:left="490" w:right="432"/>
      </w:pPr>
      <w:r>
        <w:rPr>
          <w:rFonts w:ascii="Georgia" w:hAnsi="Georgia"/>
          <w:sz w:val="21"/>
        </w:rPr>
        <w:t>And God saw all that He had made, and behold, it was very good.</w:t>
      </w:r>
    </w:p>
    <w:p w14:paraId="7E5A5926" w14:textId="77777777" w:rsidR="00BB0E83" w:rsidRDefault="00000000">
      <w:pPr>
        <w:spacing w:before="20" w:after="260" w:line="240" w:lineRule="auto"/>
        <w:ind w:left="490"/>
      </w:pPr>
      <w:r>
        <w:rPr>
          <w:caps/>
          <w:color w:val="6B6964"/>
          <w:sz w:val="18"/>
        </w:rPr>
        <w:t>Genesis 1:31, LSB</w:t>
      </w:r>
    </w:p>
    <w:p w14:paraId="6B1B080E" w14:textId="77777777" w:rsidR="00BB0E83" w:rsidRDefault="00000000">
      <w:r>
        <w:t>Everything was made for good. We need to establish that hard before we move another step. God did not make evil. God did not make death. God did not make thorns. None of these belongs to the original goodness of creation. They are intruders.</w:t>
      </w:r>
    </w:p>
    <w:p w14:paraId="0710E7AB" w14:textId="77777777" w:rsidR="00BB0E83" w:rsidRDefault="00000000">
      <w:r>
        <w:t xml:space="preserve">The Hebrew phrase is </w:t>
      </w:r>
      <w:r>
        <w:rPr>
          <w:i/>
        </w:rPr>
        <w:t>tov meod</w:t>
      </w:r>
      <w:r>
        <w:t xml:space="preserve">, “very good.” The word </w:t>
      </w:r>
      <w:r>
        <w:rPr>
          <w:i/>
        </w:rPr>
        <w:t>tov</w:t>
      </w:r>
      <w:r>
        <w:t xml:space="preserve"> means good; </w:t>
      </w:r>
      <w:r>
        <w:rPr>
          <w:i/>
        </w:rPr>
        <w:t>meod</w:t>
      </w:r>
      <w:r>
        <w:t xml:space="preserve"> intensifies it. Plainly, God is not simply saying that creation is acceptable. He is declaring it exceedingly good. This is the only point in the creation account where the intensifier appears, and it comes after humanity, male and female, has been made and blessed.</w:t>
      </w:r>
    </w:p>
    <w:p w14:paraId="2E9431DC" w14:textId="77777777" w:rsidR="00BB0E83" w:rsidRDefault="00000000">
      <w:r>
        <w:t>That truth corrects two errors at once.</w:t>
      </w:r>
    </w:p>
    <w:p w14:paraId="06499B3E" w14:textId="77777777" w:rsidR="00BB0E83" w:rsidRDefault="00000000">
      <w:pPr>
        <w:spacing w:after="100" w:line="307" w:lineRule="auto"/>
        <w:ind w:left="432" w:hanging="259"/>
      </w:pPr>
      <w:r>
        <w:rPr>
          <w:color w:val="1B474D"/>
        </w:rPr>
        <w:t xml:space="preserve">•   </w:t>
      </w:r>
      <w:r>
        <w:rPr>
          <w:b/>
        </w:rPr>
        <w:t>The world is not evil because it is material.</w:t>
      </w:r>
      <w:r>
        <w:t xml:space="preserve"> Dirt, bodies, trees, food, work, marriage, animals, and places are God's good gifts.</w:t>
      </w:r>
    </w:p>
    <w:p w14:paraId="50D55697" w14:textId="77777777" w:rsidR="00BB0E83" w:rsidRDefault="00000000">
      <w:pPr>
        <w:spacing w:after="100" w:line="307" w:lineRule="auto"/>
        <w:ind w:left="432" w:hanging="259"/>
      </w:pPr>
      <w:r>
        <w:rPr>
          <w:color w:val="1B474D"/>
        </w:rPr>
        <w:t xml:space="preserve">•   </w:t>
      </w:r>
      <w:r>
        <w:rPr>
          <w:b/>
        </w:rPr>
        <w:t>Evil is not an equal and opposite force built into creation.</w:t>
      </w:r>
      <w:r>
        <w:t xml:space="preserve"> It enters by rebellion against the Creator.</w:t>
      </w:r>
    </w:p>
    <w:p w14:paraId="2367BA1F" w14:textId="77777777" w:rsidR="00BB0E83" w:rsidRDefault="00000000">
      <w:pPr>
        <w:spacing w:after="100" w:line="307" w:lineRule="auto"/>
        <w:ind w:left="432" w:hanging="259"/>
      </w:pPr>
      <w:r>
        <w:rPr>
          <w:color w:val="1B474D"/>
        </w:rPr>
        <w:t xml:space="preserve">•   </w:t>
      </w:r>
      <w:r>
        <w:rPr>
          <w:b/>
        </w:rPr>
        <w:t>Death is not the natural friend of man.</w:t>
      </w:r>
      <w:r>
        <w:t xml:space="preserve"> It is an enemy that comes with sin.</w:t>
      </w:r>
    </w:p>
    <w:p w14:paraId="5D5BF3E1" w14:textId="77777777" w:rsidR="00BB0E83" w:rsidRDefault="00000000">
      <w:pPr>
        <w:spacing w:after="100" w:line="307" w:lineRule="auto"/>
        <w:ind w:left="432" w:hanging="259"/>
      </w:pPr>
      <w:r>
        <w:rPr>
          <w:color w:val="1B474D"/>
        </w:rPr>
        <w:t xml:space="preserve">•   </w:t>
      </w:r>
      <w:r>
        <w:rPr>
          <w:b/>
        </w:rPr>
        <w:t>Thorns are not part of the first orchard.</w:t>
      </w:r>
      <w:r>
        <w:t xml:space="preserve"> They will appear after Adam's disobedience, when the ground is cursed because of him.</w:t>
      </w:r>
    </w:p>
    <w:p w14:paraId="2BA7D68E" w14:textId="77777777" w:rsidR="00BB0E83" w:rsidRDefault="00000000">
      <w:r>
        <w:lastRenderedPageBreak/>
        <w:t>If we say that God made death and evil as part of the original order, then the Fall becomes difficult to name. But Genesis will not allow that. The world is very good. The man and woman are very good. Their work is very good. Their nakedness without shame is very good. The tragedy of the Fall is not that man leaves a morally mixed world. It is that he brings ruin into a good one.</w:t>
      </w:r>
    </w:p>
    <w:p w14:paraId="60DEDAED" w14:textId="77777777" w:rsidR="00BB0E83" w:rsidRDefault="00000000">
      <w:pPr>
        <w:keepNext/>
        <w:keepLines/>
        <w:spacing w:before="380" w:after="140" w:line="274" w:lineRule="auto"/>
      </w:pPr>
      <w:r>
        <w:rPr>
          <w:rFonts w:ascii="Georgia" w:hAnsi="Georgia"/>
          <w:b/>
          <w:color w:val="1B474D"/>
          <w:sz w:val="29"/>
        </w:rPr>
        <w:t>The ground, the water, and the man</w:t>
      </w:r>
    </w:p>
    <w:p w14:paraId="6081B207" w14:textId="77777777" w:rsidR="00BB0E83" w:rsidRDefault="00000000">
      <w:r>
        <w:t>Genesis 2 returns to the sixth day and gives a close account of the man, his dwelling, his command, and his wife.</w:t>
      </w:r>
    </w:p>
    <w:p w14:paraId="6A97A104" w14:textId="77777777" w:rsidR="00BB0E83" w:rsidRDefault="00000000">
      <w:pPr>
        <w:keepLines/>
        <w:pBdr>
          <w:left w:val="single" w:sz="14" w:space="10" w:color="C9C6BE"/>
        </w:pBdr>
        <w:spacing w:before="220" w:after="40" w:line="302" w:lineRule="auto"/>
        <w:ind w:left="490" w:right="432"/>
      </w:pPr>
      <w:r>
        <w:rPr>
          <w:rFonts w:ascii="Georgia" w:hAnsi="Georgia"/>
          <w:sz w:val="21"/>
        </w:rPr>
        <w:t>No shrub of the field had yet grown on the earth, and no plant of the field had yet sprouted, for the LORD God had not caused it to rain on the earth, and there was no man to cultivate the ground. But springs would well up from the earth and water the whole surface of the ground. Then the LORD God formed the man from the soil of the ground and breathed into his nostrils the breath of life, and the man became a living being. The LORD God planted an orchard in the east, in Eden, and there he placed the man he had formed. The LORD God made all kinds of trees grow from the soil, every tree that was pleasing to look at and good for food. (Now the tree of life and the tree of the knowledge of good and evil were in the middle of the orchard.)</w:t>
      </w:r>
    </w:p>
    <w:p w14:paraId="5608F490" w14:textId="77777777" w:rsidR="00BB0E83" w:rsidRDefault="00000000">
      <w:pPr>
        <w:spacing w:before="20" w:after="260" w:line="240" w:lineRule="auto"/>
        <w:ind w:left="490"/>
      </w:pPr>
      <w:r>
        <w:rPr>
          <w:caps/>
          <w:color w:val="6B6964"/>
          <w:sz w:val="18"/>
        </w:rPr>
        <w:t>Genesis 2:5–9, NET</w:t>
      </w:r>
    </w:p>
    <w:p w14:paraId="309B178C" w14:textId="77777777" w:rsidR="00BB0E83" w:rsidRDefault="00000000">
      <w:pPr>
        <w:keepNext/>
        <w:keepLines/>
        <w:spacing w:before="260" w:after="100" w:line="278" w:lineRule="auto"/>
      </w:pPr>
      <w:r>
        <w:rPr>
          <w:b/>
          <w:color w:val="1B474D"/>
        </w:rPr>
        <w:t>Waiting for provision and cultivation</w:t>
      </w:r>
    </w:p>
    <w:p w14:paraId="48E32A87" w14:textId="77777777" w:rsidR="00BB0E83" w:rsidRDefault="00000000">
      <w:r>
        <w:t xml:space="preserve">“No shrub of the field” is </w:t>
      </w:r>
      <w:r>
        <w:rPr>
          <w:i/>
        </w:rPr>
        <w:t>siakh</w:t>
      </w:r>
      <w:r>
        <w:t xml:space="preserve">, a word for wild, uncultivated plants. “No plant of the field” is </w:t>
      </w:r>
      <w:r>
        <w:rPr>
          <w:i/>
        </w:rPr>
        <w:t>esev</w:t>
      </w:r>
      <w:r>
        <w:t>, a word for cultivated grain. Plainly, Genesis 2:5 is describing a moment before either wild growth or farming had appeared in the way the verse has in view. Two things are named as awaiting their place: God's water and a man to work the ground.</w:t>
      </w:r>
    </w:p>
    <w:p w14:paraId="4DE3609F" w14:textId="77777777" w:rsidR="00BB0E83" w:rsidRDefault="00000000">
      <w:r>
        <w:t>That is not an accidental detail. Creation was designed from the beginning to be a partnership of divine provision and human labor. God gives water. God gives growth. Man cultivates. God is never dependent on man, but God ordains that man's faithful work belongs in the flourishing of the world.</w:t>
      </w:r>
    </w:p>
    <w:p w14:paraId="26FE9CF7" w14:textId="77777777" w:rsidR="00BB0E83" w:rsidRDefault="00000000">
      <w:r>
        <w:t>This is the pattern we must learn to see: God provides; man tends. God supplies what man cannot create. Man receives that provision and works faithfully with it. The farmer cannot manufacture life in a seed. The father cannot create the soul of his child. The pastor cannot create spiritual life in a congregation. But each has a real duty under God to cultivate, protect, nourish, and manage what God has placed in his care.</w:t>
      </w:r>
    </w:p>
    <w:p w14:paraId="10D8641C" w14:textId="77777777" w:rsidR="00BB0E83" w:rsidRDefault="00000000">
      <w:r>
        <w:lastRenderedPageBreak/>
        <w:t xml:space="preserve">Verse 6 says “springs would well up from the earth.” The Hebrew term is </w:t>
      </w:r>
      <w:r>
        <w:rPr>
          <w:i/>
        </w:rPr>
        <w:t>ed</w:t>
      </w:r>
      <w:r>
        <w:t xml:space="preserve">. It was traditionally translated “mist,” but the Akkadian cognate </w:t>
      </w:r>
      <w:r>
        <w:rPr>
          <w:i/>
        </w:rPr>
        <w:t>edu</w:t>
      </w:r>
      <w:r>
        <w:t xml:space="preserve"> points toward subterranean springs or waterways. Plain terms: the picture is not merely a dew-covered morning. It is an underground source of water nourishing the land from below. Before man takes a single step, God has already prepared the ground.</w:t>
      </w:r>
    </w:p>
    <w:p w14:paraId="5885385F" w14:textId="77777777" w:rsidR="00BB0E83" w:rsidRDefault="00000000">
      <w:pPr>
        <w:keepNext/>
        <w:keepLines/>
        <w:spacing w:before="260" w:after="100" w:line="278" w:lineRule="auto"/>
      </w:pPr>
      <w:r>
        <w:rPr>
          <w:b/>
          <w:color w:val="1B474D"/>
        </w:rPr>
        <w:t>Formed from soil, breathed into life</w:t>
      </w:r>
    </w:p>
    <w:p w14:paraId="09D0892E" w14:textId="77777777" w:rsidR="00BB0E83" w:rsidRDefault="00000000">
      <w:r>
        <w:t xml:space="preserve">“The LORD God formed the man” uses the Hebrew </w:t>
      </w:r>
      <w:r>
        <w:rPr>
          <w:i/>
        </w:rPr>
        <w:t>vayyitser</w:t>
      </w:r>
      <w:r>
        <w:t>, “he formed” or “he fashioned.” It is a potter's word, the sort of verb used for an artist shaping his work. Isaiah 29:16 and Jeremiah 18:2–4 use this kind of imagery. See the scene: God's hands shaping clay, not tossing matter aside carelessly.</w:t>
      </w:r>
    </w:p>
    <w:p w14:paraId="202B5612" w14:textId="77777777" w:rsidR="00BB0E83" w:rsidRDefault="00000000">
      <w:r>
        <w:t>Ancient Near Eastern stories also pictured gods shaping human beings on a potter's wheel. Genesis uses familiar imagery but makes an altogether different claim. The God of Genesis is not one needy deity among many, making servants because he lacks something. He is the one Creator, personal and free, who forms man with purpose and gives him a place in his own good world.</w:t>
      </w:r>
    </w:p>
    <w:p w14:paraId="3991B865" w14:textId="77777777" w:rsidR="00BB0E83" w:rsidRDefault="00000000">
      <w:r>
        <w:t>Man comes from soil or dirt. The point is repeated because it matters. He is made out of the very thing he will become responsible for tending. He is not above the ground as though it were beneath him. He belongs to it. He eats from it, works it, and later, because of sin, returns to it.</w:t>
      </w:r>
    </w:p>
    <w:p w14:paraId="265BDBF3" w14:textId="77777777" w:rsidR="00BB0E83" w:rsidRDefault="00000000">
      <w:r>
        <w:t>And mark this now because Genesis will make use of it later: man and woman are not created from the same material. Adam is formed from the ground. The woman will be fashioned from Adam's side. Their equal value does not require identical origin, identical task, or identical role.</w:t>
      </w:r>
    </w:p>
    <w:p w14:paraId="2D11CA47" w14:textId="77777777" w:rsidR="00BB0E83" w:rsidRDefault="00000000">
      <w:r>
        <w:t>Then comes the act no animal receives in the text:</w:t>
      </w:r>
    </w:p>
    <w:p w14:paraId="1E89C6D5" w14:textId="77777777" w:rsidR="00BB0E83" w:rsidRDefault="00000000">
      <w:pPr>
        <w:keepLines/>
        <w:pBdr>
          <w:left w:val="single" w:sz="14" w:space="10" w:color="C9C6BE"/>
        </w:pBdr>
        <w:spacing w:before="220" w:after="40" w:line="302" w:lineRule="auto"/>
        <w:ind w:left="490" w:right="432"/>
      </w:pPr>
      <w:r>
        <w:rPr>
          <w:rFonts w:ascii="Georgia" w:hAnsi="Georgia"/>
          <w:sz w:val="21"/>
        </w:rPr>
        <w:t>Then Yahweh God formed man of dust from the ground and breathed into his nostrils the breath of life; and so the man became a living being.</w:t>
      </w:r>
    </w:p>
    <w:p w14:paraId="269DA655" w14:textId="77777777" w:rsidR="00BB0E83" w:rsidRDefault="00000000">
      <w:pPr>
        <w:spacing w:before="20" w:after="260" w:line="240" w:lineRule="auto"/>
        <w:ind w:left="490"/>
      </w:pPr>
      <w:r>
        <w:rPr>
          <w:caps/>
          <w:color w:val="6B6964"/>
          <w:sz w:val="18"/>
        </w:rPr>
        <w:t>Genesis 2:7, LSB</w:t>
      </w:r>
    </w:p>
    <w:p w14:paraId="0902D343" w14:textId="77777777" w:rsidR="00BB0E83" w:rsidRDefault="00000000">
      <w:r>
        <w:t xml:space="preserve">“Breath of life” is </w:t>
      </w:r>
      <w:r>
        <w:rPr>
          <w:i/>
        </w:rPr>
        <w:t>nishmat chayyim</w:t>
      </w:r>
      <w:r>
        <w:t xml:space="preserve">. This exact phrase appears only here. Elsewhere Genesis uses </w:t>
      </w:r>
      <w:r>
        <w:rPr>
          <w:i/>
        </w:rPr>
        <w:t>ruach chayyim</w:t>
      </w:r>
      <w:r>
        <w:t>, “breath of life,” a phrase that can carry the sense of breath, wind, or spirit, in Genesis 6:17 and 7:15. Job 32:8 says that the breath of the Almighty gives understanding. Genesis is showing us a distinct divine act in the making of humanity.</w:t>
      </w:r>
    </w:p>
    <w:p w14:paraId="4C6F76A6" w14:textId="77777777" w:rsidR="00BB0E83" w:rsidRDefault="00000000">
      <w:r>
        <w:lastRenderedPageBreak/>
        <w:t>The author's point here must be heard clearly: God forms the man from soil, but the text does not call him alive until the latter half of the verse. Man is a lifeless body until God breathes into him. Dirt shaped with perfect skill is still not a living man until the life of God comes to him.</w:t>
      </w:r>
    </w:p>
    <w:p w14:paraId="6B2798D1" w14:textId="77777777" w:rsidR="00BB0E83" w:rsidRDefault="00000000">
      <w:r>
        <w:t>This reaches far beyond biology. It foreshadows how salvation works. Nicodemus comes to Jesus in John 3, and Jesus tells him that unless a man is born of water and Spirit, he will not enter the kingdom of heaven. The issue is not a little moral improvement added to an already healthy soul. The issue is life. We are the dead Adam until God breathes his life into us as new spiritual beings.</w:t>
      </w:r>
    </w:p>
    <w:p w14:paraId="691E73F2" w14:textId="77777777" w:rsidR="00BB0E83" w:rsidRDefault="00000000">
      <w:r>
        <w:t>Ephesians 2:1 says it directly: we were dead in trespasses and sins. Dead people do not heal themselves. They do not speak life into themselves. They need God to act. The same God who gave life to Adam's formed body gives spiritual life to sinners by his Spirit. He does not merely advise the dead. He makes them live.</w:t>
      </w:r>
    </w:p>
    <w:tbl>
      <w:tblPr>
        <w:tblW w:w="0" w:type="auto"/>
        <w:tblLayout w:type="fixed"/>
        <w:tblLook w:val="04A0" w:firstRow="1" w:lastRow="0" w:firstColumn="1" w:lastColumn="0" w:noHBand="0" w:noVBand="1"/>
      </w:tblPr>
      <w:tblGrid>
        <w:gridCol w:w="8640"/>
      </w:tblGrid>
      <w:tr w:rsidR="00BB0E83" w14:paraId="1D00CE05" w14:textId="77777777">
        <w:tc>
          <w:tcPr>
            <w:tcW w:w="8640" w:type="dxa"/>
            <w:shd w:val="clear" w:color="auto" w:fill="F1EFE9"/>
            <w:tcMar>
              <w:top w:w="150" w:type="dxa"/>
              <w:left w:w="200" w:type="dxa"/>
              <w:bottom w:w="150" w:type="dxa"/>
              <w:right w:w="200" w:type="dxa"/>
            </w:tcMar>
          </w:tcPr>
          <w:p w14:paraId="50530C04" w14:textId="77777777" w:rsidR="00BB0E83" w:rsidRDefault="00000000">
            <w:pPr>
              <w:spacing w:after="0" w:line="302" w:lineRule="auto"/>
            </w:pPr>
            <w:r>
              <w:rPr>
                <w:b/>
                <w:sz w:val="21"/>
              </w:rPr>
              <w:t>Plain terms.</w:t>
            </w:r>
            <w:r>
              <w:rPr>
                <w:sz w:val="21"/>
              </w:rPr>
              <w:t xml:space="preserve"> Adam did not cooperate with God in order to become alive. God gave him life. In the same way, a sinner does not manufacture the new birth. God must breathe life where sin has brought death. We will return to that life in full when we reach Part Four.</w:t>
            </w:r>
          </w:p>
        </w:tc>
      </w:tr>
    </w:tbl>
    <w:p w14:paraId="42EC641E" w14:textId="77777777" w:rsidR="00BB0E83" w:rsidRDefault="00BB0E83">
      <w:pPr>
        <w:spacing w:after="220"/>
      </w:pPr>
    </w:p>
    <w:p w14:paraId="01C9A5A0" w14:textId="77777777" w:rsidR="00BB0E83" w:rsidRDefault="00000000">
      <w:r>
        <w:t xml:space="preserve">“Living being” is </w:t>
      </w:r>
      <w:r>
        <w:rPr>
          <w:i/>
        </w:rPr>
        <w:t>nefesh chayyah</w:t>
      </w:r>
      <w:r>
        <w:t>. That phrase is also used of animals in Genesis 1:20, 24, 30, and 2:19. So humanity's uniqueness is not located in this phrase by itself. Man is unique because he is made in God's image and because God breathes into him in this distinct, personal act. He is earthbound, yes, but he is also God's image-bearer.</w:t>
      </w:r>
    </w:p>
    <w:p w14:paraId="2FE38C9F" w14:textId="77777777" w:rsidR="00BB0E83" w:rsidRDefault="00000000">
      <w:pPr>
        <w:keepNext/>
        <w:keepLines/>
        <w:spacing w:before="260" w:after="100" w:line="278" w:lineRule="auto"/>
      </w:pPr>
      <w:r>
        <w:rPr>
          <w:b/>
          <w:color w:val="1B474D"/>
        </w:rPr>
        <w:t>The orchard of delight</w:t>
      </w:r>
    </w:p>
    <w:p w14:paraId="47966AA8" w14:textId="77777777" w:rsidR="00BB0E83" w:rsidRDefault="00000000">
      <w:r>
        <w:t xml:space="preserve">The LORD God planted “an orchard in the east, in Eden.” The Hebrew </w:t>
      </w:r>
      <w:r>
        <w:rPr>
          <w:i/>
        </w:rPr>
        <w:t>gan</w:t>
      </w:r>
      <w:r>
        <w:t xml:space="preserve"> is traditionally rendered “garden,” but this description is full of fruit trees. “Orchard” helps us see what is being described. Eden means “pleasure” or “delight.” The sermon also rightly carries the sense of a walled paradise, an enclosed garden set apart by God's provision.</w:t>
      </w:r>
    </w:p>
    <w:p w14:paraId="70869707" w14:textId="77777777" w:rsidR="00BB0E83" w:rsidRDefault="00000000">
      <w:r>
        <w:t>God planted it. God caused every tree to grow. God made the trees pleasing to see and good for food. Man does not build Eden from bare ground. He receives Eden from the hand of God.</w:t>
      </w:r>
    </w:p>
    <w:p w14:paraId="765CEC3D" w14:textId="77777777" w:rsidR="00BB0E83" w:rsidRDefault="00000000">
      <w:r>
        <w:t>That order cannot be reversed. God provides before man works. God plants before man tends. God gives the tree before man eats its fruit. We do not earn the basic gifts by which we live. We receive them and are then accountable for what we do with them.</w:t>
      </w:r>
    </w:p>
    <w:p w14:paraId="65DFD45F" w14:textId="77777777" w:rsidR="00BB0E83" w:rsidRDefault="00000000">
      <w:r>
        <w:rPr>
          <w:b/>
        </w:rPr>
        <w:lastRenderedPageBreak/>
        <w:t>A note on this reading.</w:t>
      </w:r>
      <w:r>
        <w:t xml:space="preserve"> Eden was a real place, but it also represents anything entrusted to a man: his house, his property, his community, his church. We are to tend to our Edens.</w:t>
      </w:r>
    </w:p>
    <w:p w14:paraId="56E33639" w14:textId="77777777" w:rsidR="00BB0E83" w:rsidRDefault="00000000">
      <w:r>
        <w:t>Men, that application is not small. Look at what God has put around you. Is your home becoming more orderly, more secure, more faithful, and more alive because of your care? Is your property managed rather than neglected? Is your community served rather than merely criticized? If you have responsibilities in a church, do you protect what is good, feed what is hungry, correct what is harmful, and labor for its flourishing?</w:t>
      </w:r>
    </w:p>
    <w:p w14:paraId="65A41042" w14:textId="77777777" w:rsidR="00BB0E83" w:rsidRDefault="00000000">
      <w:r>
        <w:t>To tend an Eden is not to possess it as if it were yours by right. It is to receive a trust from God. A husband does not own his wife. Parents do not own their children. A pastor does not own Christ's church. A neighbor does not own his street. But each man is responsible before God for the good of what has been entrusted to him.</w:t>
      </w:r>
    </w:p>
    <w:p w14:paraId="62108EDD" w14:textId="77777777" w:rsidR="00BB0E83" w:rsidRDefault="00000000">
      <w:r>
        <w:t>This does not excuse women from faithfulness or active service. It presses men to stop being passive. The first man is placed in a garden already provided by God and charged to care for it. When responsibility is given, it must not be abandoned. As we will see in Part Two, Adam's silence will become one of the most terrible silences in all of Scripture.</w:t>
      </w:r>
    </w:p>
    <w:p w14:paraId="30459ACA" w14:textId="77777777" w:rsidR="00BB0E83" w:rsidRDefault="00000000">
      <w:pPr>
        <w:keepNext/>
        <w:keepLines/>
        <w:spacing w:before="380" w:after="140" w:line="274" w:lineRule="auto"/>
      </w:pPr>
      <w:r>
        <w:rPr>
          <w:rFonts w:ascii="Georgia" w:hAnsi="Georgia"/>
          <w:b/>
          <w:color w:val="1B474D"/>
          <w:sz w:val="29"/>
        </w:rPr>
        <w:t>The two trees in the middle</w:t>
      </w:r>
    </w:p>
    <w:p w14:paraId="794FFD70" w14:textId="77777777" w:rsidR="00BB0E83" w:rsidRDefault="00000000">
      <w:r>
        <w:t>The two trees are not decoration. They stand in the middle of the orchard, in the place of attention.</w:t>
      </w:r>
    </w:p>
    <w:p w14:paraId="0CBAAB86" w14:textId="77777777" w:rsidR="00BB0E83" w:rsidRDefault="00000000">
      <w:r>
        <w:t>The tree of life is best understood as a tree producing life-giving fruit, not as a magical tree that is somehow alive in itself. Genesis 3:22 confirms the point: the concern is that fallen man might take, eat, and live forever. The fruit gives life.</w:t>
      </w:r>
    </w:p>
    <w:p w14:paraId="7052F4A4" w14:textId="77777777" w:rsidR="00BB0E83" w:rsidRDefault="00000000">
      <w:r>
        <w:t>The tree of the knowledge of good and evil carries several related ideas:</w:t>
      </w:r>
    </w:p>
    <w:p w14:paraId="398023ED" w14:textId="77777777" w:rsidR="00BB0E83" w:rsidRDefault="00000000">
      <w:pPr>
        <w:spacing w:after="100" w:line="307" w:lineRule="auto"/>
        <w:ind w:left="432" w:hanging="259"/>
      </w:pPr>
      <w:r>
        <w:rPr>
          <w:color w:val="1B474D"/>
        </w:rPr>
        <w:t xml:space="preserve">•   </w:t>
      </w:r>
      <w:r>
        <w:t>It concerns the capacity to discern moral good and evil.</w:t>
      </w:r>
    </w:p>
    <w:p w14:paraId="03EF07C1" w14:textId="77777777" w:rsidR="00BB0E83" w:rsidRDefault="00000000">
      <w:pPr>
        <w:spacing w:after="100" w:line="307" w:lineRule="auto"/>
        <w:ind w:left="432" w:hanging="259"/>
      </w:pPr>
      <w:r>
        <w:rPr>
          <w:color w:val="1B474D"/>
        </w:rPr>
        <w:t xml:space="preserve">•   </w:t>
      </w:r>
      <w:r>
        <w:t>It offers wisdom grasped apart from God.</w:t>
      </w:r>
    </w:p>
    <w:p w14:paraId="040923A0" w14:textId="77777777" w:rsidR="00BB0E83" w:rsidRDefault="00000000">
      <w:pPr>
        <w:spacing w:after="100" w:line="307" w:lineRule="auto"/>
        <w:ind w:left="432" w:hanging="259"/>
      </w:pPr>
      <w:r>
        <w:rPr>
          <w:color w:val="1B474D"/>
        </w:rPr>
        <w:t xml:space="preserve">•   </w:t>
      </w:r>
      <w:r>
        <w:t>It tests whether man will depend on God's revelation or reach for moral autonomy, the claim to decide right and wrong for himself.</w:t>
      </w:r>
    </w:p>
    <w:p w14:paraId="6DA8608D" w14:textId="77777777" w:rsidR="00BB0E83" w:rsidRDefault="00000000">
      <w:r>
        <w:rPr>
          <w:b/>
        </w:rPr>
        <w:t>A note on this reading.</w:t>
      </w:r>
      <w:r>
        <w:t xml:space="preserve"> Adam and Eve are new creations. They are not born with perfect intelligence. Like us, they are learning in stages and learning directly from God. The issue is not </w:t>
      </w:r>
      <w:r>
        <w:lastRenderedPageBreak/>
        <w:t>that God means to keep them ignorant forever. The issue is that wisdom is meant to come from God at God's time, not by theft and disobedience.</w:t>
      </w:r>
    </w:p>
    <w:p w14:paraId="6F8D0099" w14:textId="77777777" w:rsidR="00BB0E83" w:rsidRDefault="00000000">
      <w:r>
        <w:t>This matters enormously for the temptation. The serpent will not offer Eve a plainly evil thing. He will point to something desirable, something that appears to offer wisdom, and invite her to take it on her own terms. The temptation is not merely, “Eat fruit.” It is, “You do not need God to teach you. Take for yourself what he has held back.”</w:t>
      </w:r>
    </w:p>
    <w:p w14:paraId="0F5CE5B2" w14:textId="77777777" w:rsidR="00BB0E83" w:rsidRDefault="00000000">
      <w:r>
        <w:t xml:space="preserve">We all understand why the tree of the knowledge of good and evil is there. It is the test of obedience. But why is the tree of </w:t>
      </w:r>
      <w:r>
        <w:rPr>
          <w:b/>
        </w:rPr>
        <w:t>life</w:t>
      </w:r>
      <w:r>
        <w:t xml:space="preserve"> mentioned? Why both? Remember that question. Do not lose it. The answer does not fully land until Part Three, when the man and woman are driven from the orchard and the way to the tree of life is guarded.</w:t>
      </w:r>
    </w:p>
    <w:p w14:paraId="79E497BB" w14:textId="77777777" w:rsidR="00BB0E83" w:rsidRDefault="00000000">
      <w:pPr>
        <w:keepNext/>
        <w:keepLines/>
        <w:spacing w:before="380" w:after="140" w:line="274" w:lineRule="auto"/>
      </w:pPr>
      <w:r>
        <w:rPr>
          <w:rFonts w:ascii="Georgia" w:hAnsi="Georgia"/>
          <w:b/>
          <w:color w:val="1B474D"/>
          <w:sz w:val="29"/>
        </w:rPr>
        <w:t>A river flows from Eden</w:t>
      </w:r>
    </w:p>
    <w:p w14:paraId="519DD85E" w14:textId="77777777" w:rsidR="00BB0E83" w:rsidRDefault="00000000">
      <w:pPr>
        <w:keepLines/>
        <w:pBdr>
          <w:left w:val="single" w:sz="14" w:space="10" w:color="C9C6BE"/>
        </w:pBdr>
        <w:spacing w:before="220" w:after="40" w:line="302" w:lineRule="auto"/>
        <w:ind w:left="490" w:right="432"/>
      </w:pPr>
      <w:r>
        <w:rPr>
          <w:rFonts w:ascii="Georgia" w:hAnsi="Georgia"/>
          <w:sz w:val="21"/>
        </w:rPr>
        <w:t>Now a river flows from Eden to water the orchard, and from there it divides into four headstreams. The name of the first is Pishon; it runs through the entire land of Havilah, where there is gold. (The gold of that land is pure; pearls and lapis lazuli are also there.) The name of the second river is Gihon; it runs through the entire land of Cush. The name of the third river is Tigris; it runs along the east side of Assyria. The fourth river is the Euphrates.</w:t>
      </w:r>
    </w:p>
    <w:p w14:paraId="2F827CAB" w14:textId="77777777" w:rsidR="00BB0E83" w:rsidRDefault="00000000">
      <w:pPr>
        <w:spacing w:before="20" w:after="260" w:line="240" w:lineRule="auto"/>
        <w:ind w:left="490"/>
      </w:pPr>
      <w:r>
        <w:rPr>
          <w:caps/>
          <w:color w:val="6B6964"/>
          <w:sz w:val="18"/>
        </w:rPr>
        <w:t>Genesis 2:10–14, NET</w:t>
      </w:r>
    </w:p>
    <w:p w14:paraId="3BF582E3" w14:textId="77777777" w:rsidR="00BB0E83" w:rsidRDefault="00000000">
      <w:r>
        <w:t>The river has names. The lands have names. Havilah has gold, and the gold is pure; it also has pearls and lapis lazuli. Gihon runs through Cush. The Tigris runs east of Assyria. The Euphrates is named without apology. Genesis means for us to understand that Eden belongs to history and geography, not to myth.</w:t>
      </w:r>
    </w:p>
    <w:p w14:paraId="54AB2557" w14:textId="77777777" w:rsidR="00BB0E83" w:rsidRDefault="00000000">
      <w:r>
        <w:t>The active participle for the river can be rendered as a past durative, “was flowing,” or a present durative, “flows.” A durative form shows continuing action. Since the river supplies waters that existed in the narrator's day, “flows” is preferred. The statement has the feel of a narrator pointing to the actual world before him.</w:t>
      </w:r>
    </w:p>
    <w:p w14:paraId="44C46381" w14:textId="77777777" w:rsidR="00BB0E83" w:rsidRDefault="00000000">
      <w:r>
        <w:t>Some Jewish tradition went further. Jubilees 4:23–24 suggests that Eden still existed in the narrator's time and may have been preserved through the Flood. That is extra-biblical tradition, not Scripture, and it must be labeled as such. Still, the tradition shows how seriously Jewish readers took Eden's reality.</w:t>
      </w:r>
    </w:p>
    <w:p w14:paraId="3D2A3118" w14:textId="77777777" w:rsidR="00BB0E83" w:rsidRDefault="00000000">
      <w:r>
        <w:lastRenderedPageBreak/>
        <w:t>The theology of the river is just as important as the geography. Eden is portrayed as the source of life-giving water. That image does not end here. Revelation 22:1–2 shows the river of the water of life flowing from the throne of God and of the Lamb, with the tree of life beside it.</w:t>
      </w:r>
    </w:p>
    <w:p w14:paraId="16AA2868" w14:textId="77777777" w:rsidR="00BB0E83" w:rsidRDefault="00000000">
      <w:r>
        <w:t>The river still flows out. God still provides life-giving water to sustain physical existence on the earth. People drink. Crops grow. Springs rise. Rain falls. God has not abandoned his creation to nothingness. But immortality has been lost. We live by God's ongoing provision while bearing the sentence of death.</w:t>
      </w:r>
    </w:p>
    <w:p w14:paraId="18DCEA96" w14:textId="77777777" w:rsidR="00BB0E83" w:rsidRDefault="00000000">
      <w:r>
        <w:t>That is why this geography is so poignant. The named rivers tell us that the loss happened in the real world. We are not grieving a pretend paradise. We are remembering the true beginning of the human story.</w:t>
      </w:r>
    </w:p>
    <w:p w14:paraId="6E2036EF" w14:textId="77777777" w:rsidR="00BB0E83" w:rsidRDefault="00000000">
      <w:pPr>
        <w:keepNext/>
        <w:keepLines/>
        <w:spacing w:before="380" w:after="140" w:line="274" w:lineRule="auto"/>
      </w:pPr>
      <w:r>
        <w:rPr>
          <w:rFonts w:ascii="Georgia" w:hAnsi="Georgia"/>
          <w:b/>
          <w:color w:val="1B474D"/>
          <w:sz w:val="29"/>
        </w:rPr>
        <w:t>Placed with purpose: work and the Edenic Covenant</w:t>
      </w:r>
    </w:p>
    <w:p w14:paraId="64E862BD" w14:textId="77777777" w:rsidR="00BB0E83" w:rsidRDefault="00000000">
      <w:pPr>
        <w:keepLines/>
        <w:pBdr>
          <w:left w:val="single" w:sz="14" w:space="10" w:color="C9C6BE"/>
        </w:pBdr>
        <w:spacing w:before="220" w:after="40" w:line="302" w:lineRule="auto"/>
        <w:ind w:left="490" w:right="432"/>
      </w:pPr>
      <w:r>
        <w:rPr>
          <w:rFonts w:ascii="Georgia" w:hAnsi="Georgia"/>
          <w:sz w:val="21"/>
        </w:rPr>
        <w:t>Then the LORD God took the man and placed him in the orchard in Eden to care for it and to maintain it. Then the LORD God commanded the man, “You may freely eat fruit from every tree of the orchard, but you must not eat from the tree of the knowledge of good and evil, for when you eat from it you will surely die.”</w:t>
      </w:r>
    </w:p>
    <w:p w14:paraId="4220C680" w14:textId="77777777" w:rsidR="00BB0E83" w:rsidRDefault="00000000">
      <w:pPr>
        <w:spacing w:before="20" w:after="260" w:line="240" w:lineRule="auto"/>
        <w:ind w:left="490"/>
      </w:pPr>
      <w:r>
        <w:rPr>
          <w:caps/>
          <w:color w:val="6B6964"/>
          <w:sz w:val="18"/>
        </w:rPr>
        <w:t>Genesis 2:15–17, NET</w:t>
      </w:r>
    </w:p>
    <w:p w14:paraId="7E6BEE2B" w14:textId="77777777" w:rsidR="00BB0E83" w:rsidRDefault="00000000">
      <w:r>
        <w:t xml:space="preserve">“Placed him” in verse 15 is </w:t>
      </w:r>
      <w:r>
        <w:rPr>
          <w:i/>
        </w:rPr>
        <w:t>nuach</w:t>
      </w:r>
      <w:r>
        <w:t xml:space="preserve">. It is different from </w:t>
      </w:r>
      <w:r>
        <w:rPr>
          <w:i/>
        </w:rPr>
        <w:t>sam</w:t>
      </w:r>
      <w:r>
        <w:t>, the verb used in Genesis 2:8 when God placed the man in the orchard. The distinction suggests purposeful placement. This is not merely a location on a map. It is a commission. God settles the man in a place where he bears responsibility.</w:t>
      </w:r>
    </w:p>
    <w:p w14:paraId="0D9CE761" w14:textId="77777777" w:rsidR="00BB0E83" w:rsidRDefault="00000000">
      <w:r>
        <w:t>His task is “to care for it and to maintain it,” often translated “to cultivate it and keep it.” This is stewardship, not ownership. God remains the owner. Man works as the appointed keeper.</w:t>
      </w:r>
    </w:p>
    <w:p w14:paraId="57651C2D" w14:textId="77777777" w:rsidR="00BB0E83" w:rsidRDefault="00000000">
      <w:r>
        <w:rPr>
          <w:b/>
        </w:rPr>
        <w:t>WORK EXISTED BEFORE THE FALL.</w:t>
      </w:r>
      <w:r>
        <w:t xml:space="preserve"> Say it plainly because many people believe work is a punishment: it is not. Labor is not the curse. Adam has work before sin enters. His labor is dignified, meaningful, and supplied by God's abundance. After the Fall, work becomes toilsome. The ground brings thorns and thistles. Sweat and frustration enter the task. But work itself is part of God's good creation.</w:t>
      </w:r>
    </w:p>
    <w:p w14:paraId="5CF6BD11" w14:textId="77777777" w:rsidR="00BB0E83" w:rsidRDefault="00000000">
      <w:pPr>
        <w:spacing w:after="100" w:line="307" w:lineRule="auto"/>
        <w:ind w:left="432" w:hanging="259"/>
      </w:pPr>
      <w:r>
        <w:rPr>
          <w:color w:val="1B474D"/>
        </w:rPr>
        <w:t xml:space="preserve">•   </w:t>
      </w:r>
      <w:r>
        <w:t>A job is not beneath Christian dignity because it requires effort.</w:t>
      </w:r>
    </w:p>
    <w:p w14:paraId="00C02366" w14:textId="77777777" w:rsidR="00BB0E83" w:rsidRDefault="00000000">
      <w:pPr>
        <w:spacing w:after="100" w:line="307" w:lineRule="auto"/>
        <w:ind w:left="432" w:hanging="259"/>
      </w:pPr>
      <w:r>
        <w:rPr>
          <w:color w:val="1B474D"/>
        </w:rPr>
        <w:t xml:space="preserve">•   </w:t>
      </w:r>
      <w:r>
        <w:t>A garden, a house, a shop, a classroom, a church, and a family all need cultivation and keeping.</w:t>
      </w:r>
    </w:p>
    <w:p w14:paraId="661ABAF2" w14:textId="77777777" w:rsidR="00BB0E83" w:rsidRDefault="00000000">
      <w:pPr>
        <w:spacing w:after="100" w:line="307" w:lineRule="auto"/>
        <w:ind w:left="432" w:hanging="259"/>
      </w:pPr>
      <w:r>
        <w:rPr>
          <w:color w:val="1B474D"/>
        </w:rPr>
        <w:lastRenderedPageBreak/>
        <w:t xml:space="preserve">•   </w:t>
      </w:r>
      <w:r>
        <w:t>Rest is not the opposite of faithful work. God establishes both work and rest as good gifts.</w:t>
      </w:r>
    </w:p>
    <w:p w14:paraId="2A82CD47" w14:textId="77777777" w:rsidR="00BB0E83" w:rsidRDefault="00000000">
      <w:pPr>
        <w:spacing w:after="100" w:line="307" w:lineRule="auto"/>
        <w:ind w:left="432" w:hanging="259"/>
      </w:pPr>
      <w:r>
        <w:rPr>
          <w:color w:val="1B474D"/>
        </w:rPr>
        <w:t xml:space="preserve">•   </w:t>
      </w:r>
      <w:r>
        <w:t>The curse is not that Adam must labor. The curse is that the ground fights him as he labors.</w:t>
      </w:r>
    </w:p>
    <w:p w14:paraId="7709E94B" w14:textId="77777777" w:rsidR="00BB0E83" w:rsidRDefault="00000000">
      <w:r>
        <w:t xml:space="preserve">Then comes the command. The Hebrew verb is </w:t>
      </w:r>
      <w:r>
        <w:rPr>
          <w:i/>
        </w:rPr>
        <w:t>tsavah</w:t>
      </w:r>
      <w:r>
        <w:t>, “to command.” This is the first occurrence of the verb in Scripture. Humanity is made with moral capacity and is given a test of obedience. God speaks. Man is responsible to hear and obey.</w:t>
      </w:r>
    </w:p>
    <w:p w14:paraId="5247CD8B" w14:textId="77777777" w:rsidR="00BB0E83" w:rsidRDefault="00000000">
      <w:r>
        <w:t>But listen to the first side of the command. “You may freely eat.” Literally, the Hebrew says “eating you may eat.” This is an infinitive absolute, a Hebrew construction in which the verb is doubled for emphasis. Plain terms: Hebrew says it twice to intensify it, much as we might say, “You may eat and eat and eat.” God begins with abundance, not restriction.</w:t>
      </w:r>
    </w:p>
    <w:p w14:paraId="27A52B88" w14:textId="77777777" w:rsidR="00BB0E83" w:rsidRDefault="00000000">
      <w:r>
        <w:t>Every tree in the orchard is placed before the man. He is not starved. He is not hemmed in by a stingy God. He may freely eat from every tree except one. The prohibition is real, but it stands inside a world of overwhelming provision.</w:t>
      </w:r>
    </w:p>
    <w:p w14:paraId="0683D8AD" w14:textId="77777777" w:rsidR="00BB0E83" w:rsidRDefault="00000000">
      <w:r>
        <w:t>Then the warning comes: “You will surely die.” Literally, “dying you will die.” It is the same kind of doubled construction, now emphasizing certainty. The very grammar that measures God's generosity also measures the certainty of his threat.</w:t>
      </w:r>
    </w:p>
    <w:tbl>
      <w:tblPr>
        <w:tblW w:w="0" w:type="auto"/>
        <w:tblLayout w:type="fixed"/>
        <w:tblLook w:val="04A0" w:firstRow="1" w:lastRow="0" w:firstColumn="1" w:lastColumn="0" w:noHBand="0" w:noVBand="1"/>
      </w:tblPr>
      <w:tblGrid>
        <w:gridCol w:w="8640"/>
      </w:tblGrid>
      <w:tr w:rsidR="00BB0E83" w14:paraId="4FB5BBA2" w14:textId="77777777">
        <w:tc>
          <w:tcPr>
            <w:tcW w:w="8640" w:type="dxa"/>
            <w:shd w:val="clear" w:color="auto" w:fill="F1EFE9"/>
            <w:tcMar>
              <w:top w:w="150" w:type="dxa"/>
              <w:left w:w="200" w:type="dxa"/>
              <w:bottom w:w="150" w:type="dxa"/>
              <w:right w:w="200" w:type="dxa"/>
            </w:tcMar>
          </w:tcPr>
          <w:p w14:paraId="0B1C1747" w14:textId="77777777" w:rsidR="00BB0E83" w:rsidRDefault="00000000">
            <w:pPr>
              <w:spacing w:after="0" w:line="302" w:lineRule="auto"/>
            </w:pPr>
            <w:r>
              <w:rPr>
                <w:b/>
                <w:sz w:val="21"/>
              </w:rPr>
              <w:t>Plain terms.</w:t>
            </w:r>
            <w:r>
              <w:rPr>
                <w:sz w:val="21"/>
              </w:rPr>
              <w:t xml:space="preserve"> “Eating you may eat” means God's provision is abundant. “Dying you will die” means God's judgment is certain. The command is not unclear. The God who gives freely also speaks truthfully about the consequence of rebellion.</w:t>
            </w:r>
          </w:p>
        </w:tc>
      </w:tr>
    </w:tbl>
    <w:p w14:paraId="09EC2293" w14:textId="77777777" w:rsidR="00BB0E83" w:rsidRDefault="00BB0E83">
      <w:pPr>
        <w:spacing w:after="220"/>
      </w:pPr>
    </w:p>
    <w:p w14:paraId="42F72A62" w14:textId="77777777" w:rsidR="00BB0E83" w:rsidRDefault="00000000">
      <w:r>
        <w:t>What kind of death is in view?</w:t>
      </w:r>
    </w:p>
    <w:p w14:paraId="1F21C84C" w14:textId="77777777" w:rsidR="00BB0E83" w:rsidRDefault="00000000">
      <w:pPr>
        <w:spacing w:after="100" w:line="307" w:lineRule="auto"/>
        <w:ind w:left="432" w:hanging="259"/>
      </w:pPr>
      <w:r>
        <w:rPr>
          <w:color w:val="1B474D"/>
        </w:rPr>
        <w:t xml:space="preserve">•   </w:t>
      </w:r>
      <w:r>
        <w:rPr>
          <w:b/>
        </w:rPr>
        <w:t>Spiritual death</w:t>
      </w:r>
      <w:r>
        <w:t xml:space="preserve"> is separation from God. It happens immediately when sin enters. Fear, hiding, shame, and alienation follow.</w:t>
      </w:r>
    </w:p>
    <w:p w14:paraId="6E0DC527" w14:textId="77777777" w:rsidR="00BB0E83" w:rsidRDefault="00000000">
      <w:pPr>
        <w:spacing w:after="100" w:line="307" w:lineRule="auto"/>
        <w:ind w:left="432" w:hanging="259"/>
      </w:pPr>
      <w:r>
        <w:rPr>
          <w:color w:val="1B474D"/>
        </w:rPr>
        <w:t xml:space="preserve">•   </w:t>
      </w:r>
      <w:r>
        <w:rPr>
          <w:b/>
        </w:rPr>
        <w:t>Physical death</w:t>
      </w:r>
      <w:r>
        <w:t xml:space="preserve"> is separation from earthly life. Adam does not fall dead beside the tree, but he becomes mortal and returns to the dust.</w:t>
      </w:r>
    </w:p>
    <w:p w14:paraId="21515631" w14:textId="77777777" w:rsidR="00BB0E83" w:rsidRDefault="00000000">
      <w:pPr>
        <w:spacing w:after="100" w:line="307" w:lineRule="auto"/>
        <w:ind w:left="432" w:hanging="259"/>
      </w:pPr>
      <w:r>
        <w:rPr>
          <w:color w:val="1B474D"/>
        </w:rPr>
        <w:t xml:space="preserve">•   </w:t>
      </w:r>
      <w:r>
        <w:t>The warning may also be read as the loss of immortality. The man forfeits unending life in the presence of God.</w:t>
      </w:r>
    </w:p>
    <w:p w14:paraId="4864545E" w14:textId="77777777" w:rsidR="00BB0E83" w:rsidRDefault="00000000">
      <w:r>
        <w:t>Romans 5:12 says that sin entered the world through one man, and death through sin. Ephesians 2:1 tells us that sinners are dead in trespasses and sins. The consequences are both physical and spiritual. Death works in the body, and death works in the soul.</w:t>
      </w:r>
    </w:p>
    <w:p w14:paraId="4C056753" w14:textId="77777777" w:rsidR="00BB0E83" w:rsidRDefault="00000000">
      <w:r>
        <w:lastRenderedPageBreak/>
        <w:t xml:space="preserve">This is what the author calls the </w:t>
      </w:r>
      <w:r>
        <w:rPr>
          <w:b/>
        </w:rPr>
        <w:t>Edenic Covenant</w:t>
      </w:r>
      <w:r>
        <w:t>. A covenant is a solemn, binding arrangement established by God. Plainly, it is not a casual suggestion. In this covenant, God gives a command, promises blessing in obedience, and promises consequence or curse in disobedience. This is the strongest case for man being held responsible for obedience to God's commandments.</w:t>
      </w:r>
    </w:p>
    <w:p w14:paraId="0659B871" w14:textId="77777777" w:rsidR="00BB0E83" w:rsidRDefault="00000000">
      <w:r>
        <w:t>The pattern is echoed in the New Testament call to “repent and believe.” Repent means turn from sin; believe means trust the gospel of Christ. God does not negotiate with our rebellion. He commands us to turn and trust him. At Eden, the command is not difficult to understand. At the gospel, the command is not vague. The issue is obedience flowing from faith.</w:t>
      </w:r>
    </w:p>
    <w:p w14:paraId="3B057FFF" w14:textId="77777777" w:rsidR="00BB0E83" w:rsidRDefault="00000000">
      <w:pPr>
        <w:keepNext/>
        <w:keepLines/>
        <w:spacing w:before="380" w:after="140" w:line="274" w:lineRule="auto"/>
      </w:pPr>
      <w:r>
        <w:rPr>
          <w:rFonts w:ascii="Georgia" w:hAnsi="Georgia"/>
          <w:b/>
          <w:color w:val="1B474D"/>
          <w:sz w:val="29"/>
        </w:rPr>
        <w:t>“It is not good for the man to be alone”</w:t>
      </w:r>
    </w:p>
    <w:p w14:paraId="5D0C3546" w14:textId="77777777" w:rsidR="00BB0E83" w:rsidRDefault="00000000">
      <w:pPr>
        <w:keepLines/>
        <w:pBdr>
          <w:left w:val="single" w:sz="14" w:space="10" w:color="C9C6BE"/>
        </w:pBdr>
        <w:spacing w:before="220" w:after="40" w:line="302" w:lineRule="auto"/>
        <w:ind w:left="490" w:right="432"/>
      </w:pPr>
      <w:r>
        <w:rPr>
          <w:rFonts w:ascii="Georgia" w:hAnsi="Georgia"/>
          <w:sz w:val="21"/>
        </w:rPr>
        <w:t>Then the LORD God said, “It is not good for the man to be alone. I will make a companion for him who corresponds to him.”</w:t>
      </w:r>
    </w:p>
    <w:p w14:paraId="38649DE4" w14:textId="77777777" w:rsidR="00BB0E83" w:rsidRDefault="00000000">
      <w:pPr>
        <w:spacing w:before="20" w:after="260" w:line="240" w:lineRule="auto"/>
        <w:ind w:left="490"/>
      </w:pPr>
      <w:r>
        <w:rPr>
          <w:caps/>
          <w:color w:val="6B6964"/>
          <w:sz w:val="18"/>
        </w:rPr>
        <w:t>Genesis 2:18, NET</w:t>
      </w:r>
    </w:p>
    <w:p w14:paraId="0709F70B" w14:textId="77777777" w:rsidR="00BB0E83" w:rsidRDefault="00000000">
      <w:r>
        <w:t>This is the first “not good” in a chapter full of goods. Did God create something that was not good? No. The statement is pointing us toward the designed order. The man was never meant to be alone. His solitude is incomplete because he cannot fulfill the command to be fruitful and multiply by himself.</w:t>
      </w:r>
    </w:p>
    <w:p w14:paraId="245711DA" w14:textId="77777777" w:rsidR="00BB0E83" w:rsidRDefault="00000000">
      <w:r>
        <w:t>God is not correcting a mistake. He is revealing a need in the man that prepares him to receive the woman as gift. The first man needs a companion who corresponds to him.</w:t>
      </w:r>
    </w:p>
    <w:p w14:paraId="3B549C28" w14:textId="77777777" w:rsidR="00BB0E83" w:rsidRDefault="00000000">
      <w:r>
        <w:t xml:space="preserve">The Hebrew expression is </w:t>
      </w:r>
      <w:r>
        <w:rPr>
          <w:i/>
        </w:rPr>
        <w:t>ezer kenegdo</w:t>
      </w:r>
      <w:r>
        <w:t xml:space="preserve">. </w:t>
      </w:r>
      <w:r>
        <w:rPr>
          <w:i/>
        </w:rPr>
        <w:t>Ezer</w:t>
      </w:r>
      <w:r>
        <w:t xml:space="preserve"> means “helper.” It is even used of God himself in the Psalms. Psalm 121:1–2 says, “My help comes from Yahweh, Who made heaven and earth.” A helper is not necessarily inferior. Here the word describes an indispensable counterpart, one without whom the man cannot fulfill what God has given him to do.</w:t>
      </w:r>
    </w:p>
    <w:p w14:paraId="37F77AB5" w14:textId="77777777" w:rsidR="00BB0E83" w:rsidRDefault="00000000">
      <w:r>
        <w:rPr>
          <w:i/>
        </w:rPr>
        <w:t>Kenegdo</w:t>
      </w:r>
      <w:r>
        <w:t xml:space="preserve"> means, literally, “according to his opposite.” Plain terms: she corresponds to him. She is not identical to him, and she is not a subordinate version of him. She is his fitting counterpart. The point is complementarity: equality of value with difference of role.</w:t>
      </w:r>
    </w:p>
    <w:p w14:paraId="2C2B32DE" w14:textId="77777777" w:rsidR="00BB0E83" w:rsidRDefault="00000000">
      <w:r>
        <w:t>The woman is not Adam's servant. She is not an afterthought. She is not a competing ruler. She is the helper corresponding to him, the answer to the aloneness that God has named. God makes no lesser image-bearer. He makes a woman perfectly fitted to stand beside the man in the purpose of God.</w:t>
      </w:r>
    </w:p>
    <w:p w14:paraId="104B4292" w14:textId="77777777" w:rsidR="00BB0E83" w:rsidRDefault="00000000">
      <w:pPr>
        <w:keepNext/>
        <w:keepLines/>
        <w:spacing w:before="260" w:after="100" w:line="278" w:lineRule="auto"/>
      </w:pPr>
      <w:r>
        <w:rPr>
          <w:b/>
          <w:color w:val="1B474D"/>
        </w:rPr>
        <w:lastRenderedPageBreak/>
        <w:t>The animals and Adam's discovery</w:t>
      </w:r>
    </w:p>
    <w:p w14:paraId="32459F4D" w14:textId="77777777" w:rsidR="00BB0E83" w:rsidRDefault="00000000">
      <w:pPr>
        <w:keepLines/>
        <w:pBdr>
          <w:left w:val="single" w:sz="14" w:space="10" w:color="C9C6BE"/>
        </w:pBdr>
        <w:spacing w:before="220" w:after="40" w:line="302" w:lineRule="auto"/>
        <w:ind w:left="490" w:right="432"/>
      </w:pPr>
      <w:r>
        <w:rPr>
          <w:rFonts w:ascii="Georgia" w:hAnsi="Georgia"/>
          <w:sz w:val="21"/>
        </w:rPr>
        <w:t>The LORD God formed from the ground every living animal of the field and every bird of the air. He brought them to the man to see what he would name them, and whatever the man called each living creature, that was its name. So the man named all the animals, but for Adam no companion was found who corresponded to him.</w:t>
      </w:r>
    </w:p>
    <w:p w14:paraId="33FD12A8" w14:textId="77777777" w:rsidR="00BB0E83" w:rsidRDefault="00000000">
      <w:pPr>
        <w:spacing w:before="20" w:after="260" w:line="240" w:lineRule="auto"/>
        <w:ind w:left="490"/>
      </w:pPr>
      <w:r>
        <w:rPr>
          <w:caps/>
          <w:color w:val="6B6964"/>
          <w:sz w:val="18"/>
        </w:rPr>
        <w:t>Genesis 2:19–20, NET</w:t>
      </w:r>
    </w:p>
    <w:p w14:paraId="0EC18E07" w14:textId="77777777" w:rsidR="00BB0E83" w:rsidRDefault="00000000">
      <w:r>
        <w:t>Naming reflects authority. It belongs to the dominion of Genesis 1:26. God brings the animals before Adam, and Adam names them. This is not a game meant to fill an afternoon. It teaches the man something about his own calling and his own lack.</w:t>
      </w:r>
    </w:p>
    <w:p w14:paraId="32725199" w14:textId="77777777" w:rsidR="00BB0E83" w:rsidRDefault="00000000">
      <w:r>
        <w:t>Every animal comes with its kind. Adam sees pairs, correspondence, and creaturely order. Yet among them none corresponds to him. No animal can be his covenant companion. No animal bears God's image beside him. No animal completes the human calling to multiply and fill the earth.</w:t>
      </w:r>
    </w:p>
    <w:p w14:paraId="66B1371E" w14:textId="77777777" w:rsidR="00BB0E83" w:rsidRDefault="00000000">
      <w:r>
        <w:t>Adam has to discover his own aloneness before he can receive the gift. God does not simply hand Eve to a man who has never felt the absence. He lets the man see that the whole animal world cannot supply what God alone intends to give.</w:t>
      </w:r>
    </w:p>
    <w:p w14:paraId="379C6040" w14:textId="77777777" w:rsidR="00BB0E83" w:rsidRDefault="00000000">
      <w:pPr>
        <w:keepNext/>
        <w:keepLines/>
        <w:spacing w:before="260" w:after="100" w:line="278" w:lineRule="auto"/>
      </w:pPr>
      <w:r>
        <w:rPr>
          <w:b/>
          <w:color w:val="1B474D"/>
        </w:rPr>
        <w:t>From the man's side</w:t>
      </w:r>
    </w:p>
    <w:p w14:paraId="052555BD" w14:textId="77777777" w:rsidR="00BB0E83" w:rsidRDefault="00000000">
      <w:pPr>
        <w:keepLines/>
        <w:pBdr>
          <w:left w:val="single" w:sz="14" w:space="10" w:color="C9C6BE"/>
        </w:pBdr>
        <w:spacing w:before="220" w:after="40" w:line="302" w:lineRule="auto"/>
        <w:ind w:left="490" w:right="432"/>
      </w:pPr>
      <w:r>
        <w:rPr>
          <w:rFonts w:ascii="Georgia" w:hAnsi="Georgia"/>
          <w:sz w:val="21"/>
        </w:rPr>
        <w:t>So the LORD God caused the man to fall into a deep sleep, and while he was asleep, he took part of the man's side and closed up the place with flesh. Then the LORD God made a woman from the part he had taken out of the man, and he brought her to the man.</w:t>
      </w:r>
    </w:p>
    <w:p w14:paraId="0456E903" w14:textId="77777777" w:rsidR="00BB0E83" w:rsidRDefault="00000000">
      <w:pPr>
        <w:spacing w:before="20" w:after="260" w:line="240" w:lineRule="auto"/>
        <w:ind w:left="490"/>
      </w:pPr>
      <w:r>
        <w:rPr>
          <w:caps/>
          <w:color w:val="6B6964"/>
          <w:sz w:val="18"/>
        </w:rPr>
        <w:t>Genesis 2:21–22, NET</w:t>
      </w:r>
    </w:p>
    <w:p w14:paraId="1535D828" w14:textId="77777777" w:rsidR="00BB0E83" w:rsidRDefault="00000000">
      <w:r>
        <w:t xml:space="preserve">The deep sleep is </w:t>
      </w:r>
      <w:r>
        <w:rPr>
          <w:i/>
        </w:rPr>
        <w:t>tardemah</w:t>
      </w:r>
      <w:r>
        <w:t>. It is a heavy sleep caused by God, and the word is used elsewhere in settings of divine revelation, including Genesis 15:12. Adam does not assist in the making of the woman. He receives her from God.</w:t>
      </w:r>
    </w:p>
    <w:p w14:paraId="4DB2359F" w14:textId="77777777" w:rsidR="00BB0E83" w:rsidRDefault="00000000">
      <w:r>
        <w:t>Woman is not formed from dust. She is formed from the man's side. Here again, remember that man and woman are not made from the same material. Adam is formed from the soil; the woman is fashioned from Adam. The difference is purposeful. Yet the woman shares his human essence. She is not from another creaturely class. She is of his bone and flesh.</w:t>
      </w:r>
    </w:p>
    <w:p w14:paraId="48BFEC5A" w14:textId="77777777" w:rsidR="00BB0E83" w:rsidRDefault="00000000">
      <w:r>
        <w:t>God “closed up the place with flesh.” He restores Adam. There is no loss, only gain. The creation of woman does not leave the man diminished. God gives him what he lacked and heals the very place from which he took.</w:t>
      </w:r>
    </w:p>
    <w:p w14:paraId="05DB1F80" w14:textId="77777777" w:rsidR="00BB0E83" w:rsidRDefault="00000000">
      <w:r>
        <w:lastRenderedPageBreak/>
        <w:t>Why from the rib, or the man's side? Because she is his companion and his helper. She never stands behind him or in front of him but always loyally by his side. That is not a statement of lesser worth. It is a statement of fitting partnership in God's designed order.</w:t>
      </w:r>
    </w:p>
    <w:p w14:paraId="42542D11" w14:textId="77777777" w:rsidR="00BB0E83" w:rsidRDefault="00000000">
      <w:r>
        <w:t>When God brings her, Adam speaks:</w:t>
      </w:r>
    </w:p>
    <w:p w14:paraId="3251CE87" w14:textId="77777777" w:rsidR="00BB0E83" w:rsidRDefault="00000000">
      <w:pPr>
        <w:keepLines/>
        <w:pBdr>
          <w:left w:val="single" w:sz="14" w:space="10" w:color="C9C6BE"/>
        </w:pBdr>
        <w:spacing w:before="220" w:after="40" w:line="302" w:lineRule="auto"/>
        <w:ind w:left="490" w:right="432"/>
      </w:pPr>
      <w:r>
        <w:rPr>
          <w:rFonts w:ascii="Georgia" w:hAnsi="Georgia"/>
          <w:sz w:val="21"/>
        </w:rPr>
        <w:t>Then the man said, “This one finally is bone of my bones and flesh of my flesh; she will be called ‘woman,’ for she was taken out of man.”</w:t>
      </w:r>
    </w:p>
    <w:p w14:paraId="076CD35C" w14:textId="77777777" w:rsidR="00BB0E83" w:rsidRDefault="00000000">
      <w:pPr>
        <w:spacing w:before="20" w:after="260" w:line="240" w:lineRule="auto"/>
        <w:ind w:left="490"/>
      </w:pPr>
      <w:r>
        <w:rPr>
          <w:caps/>
          <w:color w:val="6B6964"/>
          <w:sz w:val="18"/>
        </w:rPr>
        <w:t>Genesis 2:23, NET</w:t>
      </w:r>
    </w:p>
    <w:p w14:paraId="74F51A61" w14:textId="77777777" w:rsidR="00BB0E83" w:rsidRDefault="00000000">
      <w:r>
        <w:t>“Bone of my bones and flesh of my flesh” is covenantal language. It resembles ancient Near Eastern treaty language, the words of those declaring shared kinship and binding loyalty. David uses this kind of language with Amasa in 2 Samuel 19:13; see also 2 Samuel 17:25 and 1 Chronicles 2:16–17. Adam is not merely admiring her appearance. He is declaring that she belongs with him in a bond of shared life.</w:t>
      </w:r>
    </w:p>
    <w:p w14:paraId="7A01F0A6" w14:textId="77777777" w:rsidR="00BB0E83" w:rsidRDefault="00000000">
      <w:r>
        <w:t xml:space="preserve">The Hebrew wordplay is </w:t>
      </w:r>
      <w:r>
        <w:rPr>
          <w:i/>
        </w:rPr>
        <w:t>ish</w:t>
      </w:r>
      <w:r>
        <w:t xml:space="preserve">, “man,” and </w:t>
      </w:r>
      <w:r>
        <w:rPr>
          <w:i/>
        </w:rPr>
        <w:t>ishah</w:t>
      </w:r>
      <w:r>
        <w:t>, “woman.” English catches it reasonably with “man” and “woman.” She is taken from man, and she is named as the corresponding woman. The poetry celebrates similarity and distinction together.</w:t>
      </w:r>
    </w:p>
    <w:p w14:paraId="377A026C" w14:textId="77777777" w:rsidR="00BB0E83" w:rsidRDefault="00000000">
      <w:r>
        <w:t>The author makes a further observation. Adam gives the woman her title, “I will call this one Woman,” just as he named the creatures. It is another subtle indication that her well-being has been entrusted to him. She is his responsibility. Men, that is not a license to dominate. It is a call to protect, provide, and answer to God for how you treat the woman placed beside you.</w:t>
      </w:r>
    </w:p>
    <w:p w14:paraId="5EBBB549" w14:textId="77777777" w:rsidR="00BB0E83" w:rsidRDefault="00000000">
      <w:r>
        <w:rPr>
          <w:b/>
        </w:rPr>
        <w:t>A note on this reading.</w:t>
      </w:r>
      <w:r>
        <w:t xml:space="preserve"> She is equal to Adam in every way but was created for a specific purpose: companionship. Is that all a woman is supposed to be? Absolutely not. But it is the primary role that should be prioritized. As long as that is secure, there are no issues. Women should never prioritize career over family, and neither should men. It is simply built into man's role of provision for his family.</w:t>
      </w:r>
    </w:p>
    <w:p w14:paraId="6226995E" w14:textId="77777777" w:rsidR="00BB0E83" w:rsidRDefault="00000000">
      <w:r>
        <w:t>This is not an argument that women have no gifts, no mind, no service, no calling, or no work beyond the walls of a house. The source's point is priority. A family is not a disposable obstacle in the way of self-advancement. Nor is a man's career an excuse to abandon his duty of provision and care. If a man speaks of biblical order while neglecting his wife and children, he is not honoring Genesis. He is repeating Adam's passivity in a different form.</w:t>
      </w:r>
    </w:p>
    <w:p w14:paraId="7DD6A1E8" w14:textId="77777777" w:rsidR="00BB0E83" w:rsidRDefault="00000000">
      <w:r>
        <w:lastRenderedPageBreak/>
        <w:t>She was made by God for man, perfectly. Equal, but each for an intended purpose according to the likeness of God. The world calls equality sameness. Genesis does not. Genesis gives equal worth, shared image-bearing, and a designed correspondence that is good.</w:t>
      </w:r>
    </w:p>
    <w:p w14:paraId="2E0E3DAA" w14:textId="77777777" w:rsidR="00BB0E83" w:rsidRDefault="00000000">
      <w:pPr>
        <w:keepNext/>
        <w:keepLines/>
        <w:spacing w:before="380" w:after="140" w:line="274" w:lineRule="auto"/>
      </w:pPr>
      <w:r>
        <w:rPr>
          <w:rFonts w:ascii="Georgia" w:hAnsi="Georgia"/>
          <w:b/>
          <w:color w:val="1B474D"/>
          <w:sz w:val="29"/>
        </w:rPr>
        <w:t>The first marriage and the first innocence</w:t>
      </w:r>
    </w:p>
    <w:p w14:paraId="73606A50" w14:textId="77777777" w:rsidR="00BB0E83" w:rsidRDefault="00000000">
      <w:pPr>
        <w:keepLines/>
        <w:pBdr>
          <w:left w:val="single" w:sz="14" w:space="10" w:color="C9C6BE"/>
        </w:pBdr>
        <w:spacing w:before="220" w:after="40" w:line="302" w:lineRule="auto"/>
        <w:ind w:left="490" w:right="432"/>
      </w:pPr>
      <w:r>
        <w:rPr>
          <w:rFonts w:ascii="Georgia" w:hAnsi="Georgia"/>
          <w:sz w:val="21"/>
        </w:rPr>
        <w:t>That is why a man leaves his father and mother and unites with his wife, and they become one flesh. The man and his wife were both naked, but they were not ashamed.</w:t>
      </w:r>
    </w:p>
    <w:p w14:paraId="54DB6ACF" w14:textId="77777777" w:rsidR="00BB0E83" w:rsidRDefault="00000000">
      <w:pPr>
        <w:spacing w:before="20" w:after="260" w:line="240" w:lineRule="auto"/>
        <w:ind w:left="490"/>
      </w:pPr>
      <w:r>
        <w:rPr>
          <w:caps/>
          <w:color w:val="6B6964"/>
          <w:sz w:val="18"/>
        </w:rPr>
        <w:t>Genesis 2:24–25, NET</w:t>
      </w:r>
    </w:p>
    <w:p w14:paraId="009D68D6" w14:textId="77777777" w:rsidR="00BB0E83" w:rsidRDefault="00000000">
      <w:r>
        <w:t>In context, this is a historical explanation Moses gives Israel for why they marry as they do. Adam and Eve have no human father or mother to leave, so the verse explains the pattern established by the first marriage. A man leaves his father and mother, cleaves to his wife, and becomes one flesh with her.</w:t>
      </w:r>
    </w:p>
    <w:p w14:paraId="31CB80DB" w14:textId="77777777" w:rsidR="00BB0E83" w:rsidRDefault="00000000">
      <w:r>
        <w:t>“Cleave” means to hold fast, to be joined. This is not a temporary arrangement based on convenience. Husband and wife are not merely mutually exclusive partners who happen to choose one another for a season. They are joined through a covenantal bond with God as one, inseparable.</w:t>
      </w:r>
    </w:p>
    <w:p w14:paraId="671B245A" w14:textId="77777777" w:rsidR="00BB0E83" w:rsidRDefault="00000000">
      <w:r>
        <w:t>“One flesh” includes sexual union, but it is larger than sexual union. They become as kin. A new family unit is established legally and really. In the first marriage, the woman is literally formed from the man's bone and flesh; later marriages echo that original unity by covenant. This is why marriage supersedes the parent-child relationship. The new household is not an insult to parents. It is a new primary bond formed under God.</w:t>
      </w:r>
    </w:p>
    <w:p w14:paraId="174E9163" w14:textId="77777777" w:rsidR="00BB0E83" w:rsidRDefault="00000000">
      <w:r>
        <w:t>The first marriage sets the pattern for every later marriage. The New Testament returns to it repeatedly:</w:t>
      </w:r>
    </w:p>
    <w:p w14:paraId="3C2C4859" w14:textId="77777777" w:rsidR="00BB0E83" w:rsidRDefault="00000000">
      <w:pPr>
        <w:spacing w:after="100" w:line="307" w:lineRule="auto"/>
        <w:ind w:left="432" w:hanging="259"/>
      </w:pPr>
      <w:r>
        <w:rPr>
          <w:color w:val="1B474D"/>
        </w:rPr>
        <w:t xml:space="preserve">•   </w:t>
      </w:r>
      <w:r>
        <w:t>Jesus cites it in Matthew 19:5–6 when teaching that what God has joined, man must not separate.</w:t>
      </w:r>
    </w:p>
    <w:p w14:paraId="09E05FD1" w14:textId="77777777" w:rsidR="00BB0E83" w:rsidRDefault="00000000">
      <w:pPr>
        <w:spacing w:after="100" w:line="307" w:lineRule="auto"/>
        <w:ind w:left="432" w:hanging="259"/>
      </w:pPr>
      <w:r>
        <w:rPr>
          <w:color w:val="1B474D"/>
        </w:rPr>
        <w:t xml:space="preserve">•   </w:t>
      </w:r>
      <w:r>
        <w:t>Mark 10:8 repeats that husband and wife become one flesh.</w:t>
      </w:r>
    </w:p>
    <w:p w14:paraId="7FC89476" w14:textId="77777777" w:rsidR="00BB0E83" w:rsidRDefault="00000000">
      <w:pPr>
        <w:spacing w:after="100" w:line="307" w:lineRule="auto"/>
        <w:ind w:left="432" w:hanging="259"/>
      </w:pPr>
      <w:r>
        <w:rPr>
          <w:color w:val="1B474D"/>
        </w:rPr>
        <w:t xml:space="preserve">•   </w:t>
      </w:r>
      <w:r>
        <w:t>First Corinthians 6:16 shows how serious sexual union is by appealing to this creation language.</w:t>
      </w:r>
    </w:p>
    <w:p w14:paraId="4CF47445" w14:textId="77777777" w:rsidR="00BB0E83" w:rsidRDefault="00000000">
      <w:pPr>
        <w:spacing w:after="100" w:line="307" w:lineRule="auto"/>
        <w:ind w:left="432" w:hanging="259"/>
      </w:pPr>
      <w:r>
        <w:rPr>
          <w:color w:val="1B474D"/>
        </w:rPr>
        <w:t xml:space="preserve">•   </w:t>
      </w:r>
      <w:r>
        <w:t>Paul quotes Genesis 2:24 in Ephesians 5:31.</w:t>
      </w:r>
    </w:p>
    <w:p w14:paraId="591D4937" w14:textId="77777777" w:rsidR="00BB0E83" w:rsidRDefault="00000000">
      <w:r>
        <w:lastRenderedPageBreak/>
        <w:t>We will return to Paul's use of it in Part Four. For now, notice his authority does not hang in the air. When Paul speaks of marriage, he speaks from the creation order God established before sin entered the world.</w:t>
      </w:r>
    </w:p>
    <w:p w14:paraId="538EAE21" w14:textId="77777777" w:rsidR="00BB0E83" w:rsidRDefault="00000000">
      <w:r>
        <w:t>Then comes the phrase that may strike a modern reader as strange: “They were both naked, but they were not ashamed.” What does being naked have to do with the price of beans?</w:t>
      </w:r>
    </w:p>
    <w:p w14:paraId="23BAF817" w14:textId="77777777" w:rsidR="00BB0E83" w:rsidRDefault="00000000">
      <w:r>
        <w:t>Everything, because nakedness and lack of shame show that they are innocent, pure, and unblemished, without sin. They have nothing to hide from God or from one another. Nakedness before the Fall represents innocence and transparency.</w:t>
      </w:r>
    </w:p>
    <w:p w14:paraId="56CC4480" w14:textId="77777777" w:rsidR="00BB0E83" w:rsidRDefault="00000000">
      <w:r>
        <w:t xml:space="preserve">The Hebrew word for “ashamed” is </w:t>
      </w:r>
      <w:r>
        <w:rPr>
          <w:i/>
        </w:rPr>
        <w:t>bosh</w:t>
      </w:r>
      <w:r>
        <w:t>. It is stronger than simple embarrassment. It includes the fear of exploitation. Adam and Eve do not fear exposure because no evil desire lives in either heart. No one seeks to use the other. No one wonders whether the other will betray, mock, manipulate, or abandon. They are fully known and fully safe.</w:t>
      </w:r>
    </w:p>
    <w:p w14:paraId="756CBA8A" w14:textId="77777777" w:rsidR="00BB0E83" w:rsidRDefault="00000000">
      <w:r>
        <w:t xml:space="preserve">At the edge of Genesis 3, a Hebrew wordplay waits. “Naked” in Genesis 2:25 is </w:t>
      </w:r>
      <w:r>
        <w:rPr>
          <w:i/>
        </w:rPr>
        <w:t>arumim</w:t>
      </w:r>
      <w:r>
        <w:t xml:space="preserve">. “Shrewd” in Genesis 3:1 is </w:t>
      </w:r>
      <w:r>
        <w:rPr>
          <w:i/>
        </w:rPr>
        <w:t>arum</w:t>
      </w:r>
      <w:r>
        <w:t>. The words sound alike. Innocent exposure stands beside serpent-like cunning. The payoff belongs to Part Two. For now, let the last picture of the unfallen marriage stand: a man and woman before God, without sin, without fear, and without shame.</w:t>
      </w:r>
    </w:p>
    <w:p w14:paraId="673D2A61" w14:textId="77777777" w:rsidR="00BB0E83" w:rsidRDefault="00000000">
      <w:pPr>
        <w:keepNext/>
        <w:keepLines/>
        <w:spacing w:before="380" w:after="140" w:line="274" w:lineRule="auto"/>
      </w:pPr>
      <w:r>
        <w:rPr>
          <w:rFonts w:ascii="Georgia" w:hAnsi="Georgia"/>
          <w:b/>
          <w:color w:val="1B474D"/>
          <w:sz w:val="29"/>
        </w:rPr>
        <w:t>God provides; man tends</w:t>
      </w:r>
    </w:p>
    <w:tbl>
      <w:tblPr>
        <w:tblW w:w="0" w:type="auto"/>
        <w:tblLayout w:type="fixed"/>
        <w:tblLook w:val="04A0" w:firstRow="1" w:lastRow="0" w:firstColumn="1" w:lastColumn="0" w:noHBand="0" w:noVBand="1"/>
      </w:tblPr>
      <w:tblGrid>
        <w:gridCol w:w="8640"/>
      </w:tblGrid>
      <w:tr w:rsidR="00BB0E83" w14:paraId="15041C2D" w14:textId="77777777">
        <w:tc>
          <w:tcPr>
            <w:tcW w:w="8640" w:type="dxa"/>
            <w:shd w:val="clear" w:color="auto" w:fill="F1EFE9"/>
            <w:tcMar>
              <w:top w:w="150" w:type="dxa"/>
              <w:left w:w="200" w:type="dxa"/>
              <w:bottom w:w="150" w:type="dxa"/>
              <w:right w:w="200" w:type="dxa"/>
            </w:tcMar>
          </w:tcPr>
          <w:p w14:paraId="308FBAF5" w14:textId="77777777" w:rsidR="00BB0E83" w:rsidRDefault="00000000">
            <w:pPr>
              <w:spacing w:after="0" w:line="302" w:lineRule="auto"/>
            </w:pPr>
            <w:r>
              <w:rPr>
                <w:b/>
                <w:sz w:val="21"/>
              </w:rPr>
              <w:t>Hold on to this.</w:t>
            </w:r>
            <w:r>
              <w:rPr>
                <w:sz w:val="21"/>
              </w:rPr>
              <w:t xml:space="preserve"> Before we get to chapter 3, notice that the whole of chapter 2 is about God providing for the creation and the creation tending to its protection and management. God created. God breathed life. God planted. Man was responsible for its flourishing.</w:t>
            </w:r>
          </w:p>
        </w:tc>
      </w:tr>
    </w:tbl>
    <w:p w14:paraId="59B9B5A6" w14:textId="77777777" w:rsidR="00BB0E83" w:rsidRDefault="00BB0E83">
      <w:pPr>
        <w:spacing w:after="220"/>
      </w:pPr>
    </w:p>
    <w:p w14:paraId="447A9033" w14:textId="77777777" w:rsidR="00BB0E83" w:rsidRDefault="00000000">
      <w:r>
        <w:t>The chapter moves in one direction. God provides water. God forms man. God breathes life. God plants an orchard. God causes trees to grow. God gives food. God places the man with purpose. God gives commandment. God provides the woman. God brings her to the man.</w:t>
      </w:r>
    </w:p>
    <w:p w14:paraId="2CFAC7C6" w14:textId="77777777" w:rsidR="00BB0E83" w:rsidRDefault="00000000">
      <w:r>
        <w:t>Then man receives and responds. He cultivates. He keeps. He names. He obeys. He protects. He cleaves. He flourishes within what God has given.</w:t>
      </w:r>
    </w:p>
    <w:p w14:paraId="2BCEC934" w14:textId="77777777" w:rsidR="00BB0E83" w:rsidRDefault="00000000">
      <w:r>
        <w:t xml:space="preserve">That is the created order. God is not holding back what his creatures need. He is the giver of every good gift. Man's life is not self-made. His authority is not self-created. His home is not his </w:t>
      </w:r>
      <w:r>
        <w:lastRenderedPageBreak/>
        <w:t>private kingdom. His responsibility is to receive God's gifts with gratitude and tend them in obedience.</w:t>
      </w:r>
    </w:p>
    <w:p w14:paraId="3709944D" w14:textId="77777777" w:rsidR="00BB0E83" w:rsidRDefault="00000000">
      <w:r>
        <w:t>This is why sin will be so ugly. It is not only the breaking of a rule. It is the rejection of a good Provider. It is taking from the hand of God while accusing that hand of withholding good.</w:t>
      </w:r>
    </w:p>
    <w:p w14:paraId="058B2199" w14:textId="77777777" w:rsidR="00BB0E83" w:rsidRDefault="00000000">
      <w:pPr>
        <w:keepNext/>
        <w:keepLines/>
        <w:spacing w:before="380" w:after="140" w:line="274" w:lineRule="auto"/>
      </w:pPr>
      <w:r>
        <w:rPr>
          <w:rFonts w:ascii="Georgia" w:hAnsi="Georgia"/>
          <w:b/>
          <w:color w:val="1B474D"/>
          <w:sz w:val="29"/>
        </w:rPr>
        <w:t>Yahweh God and God</w:t>
      </w:r>
    </w:p>
    <w:p w14:paraId="459492F8" w14:textId="77777777" w:rsidR="00BB0E83" w:rsidRDefault="00000000">
      <w:r>
        <w:t xml:space="preserve">The name of God matters in these chapters. Genesis 1 ordinarily uses </w:t>
      </w:r>
      <w:r>
        <w:rPr>
          <w:i/>
        </w:rPr>
        <w:t>Elohim</w:t>
      </w:r>
      <w:r>
        <w:t>, “God.” It is the general word for God and rightly emphasizes the mighty Creator who speaks the universe into being.</w:t>
      </w:r>
    </w:p>
    <w:p w14:paraId="6FD70A42" w14:textId="77777777" w:rsidR="00BB0E83" w:rsidRDefault="00000000">
      <w:r>
        <w:t xml:space="preserve">Genesis 2 and 3 repeatedly pair the names: </w:t>
      </w:r>
      <w:r>
        <w:rPr>
          <w:i/>
        </w:rPr>
        <w:t>Yahweh Elohim</w:t>
      </w:r>
      <w:r>
        <w:t xml:space="preserve">, “Yahweh God.” Yahweh is God's personal covenant name, the name he reveals to his own people. Plain terms: </w:t>
      </w:r>
      <w:r>
        <w:rPr>
          <w:i/>
        </w:rPr>
        <w:t>Elohim</w:t>
      </w:r>
      <w:r>
        <w:t xml:space="preserve"> identifies God as the mighty Creator; Yahweh identifies him as the God who binds himself to his creature by promise.</w:t>
      </w:r>
    </w:p>
    <w:p w14:paraId="27B181D6" w14:textId="77777777" w:rsidR="00BB0E83" w:rsidRDefault="00000000">
      <w:r>
        <w:t>The paired name tells us that the Creator is not remote. Yahweh God forms the man, breathes life into him, plants for him, commands him, and provides for him. The God who made all things has entered into a personal covenant relationship with the man he made.</w:t>
      </w:r>
    </w:p>
    <w:p w14:paraId="5FCEABF5" w14:textId="77777777" w:rsidR="00BB0E83" w:rsidRDefault="00000000">
      <w:r>
        <w:t>Watch this closely in Part Two. Watch who says “Yahweh God” and who says merely “God.” The name-choice in the serpent's conversation is not a throwaway detail. It will show us something about the way deception works. For now, hold the distinction in your mind: the Creator has bound himself to his creature by promise.</w:t>
      </w:r>
    </w:p>
    <w:p w14:paraId="16A7BF35" w14:textId="77777777" w:rsidR="00BB0E83" w:rsidRDefault="00000000">
      <w:pPr>
        <w:keepNext/>
        <w:keepLines/>
        <w:spacing w:before="380" w:after="140" w:line="274" w:lineRule="auto"/>
      </w:pPr>
      <w:r>
        <w:rPr>
          <w:rFonts w:ascii="Georgia" w:hAnsi="Georgia"/>
          <w:b/>
          <w:color w:val="1B474D"/>
          <w:sz w:val="29"/>
        </w:rPr>
        <w:t>The question before the book</w:t>
      </w:r>
    </w:p>
    <w:p w14:paraId="3C5F08A1" w14:textId="77777777" w:rsidR="00BB0E83" w:rsidRDefault="00000000">
      <w:r>
        <w:t xml:space="preserve">The question that opens the sermon is simple: </w:t>
      </w:r>
      <w:r>
        <w:rPr>
          <w:b/>
        </w:rPr>
        <w:t>Does God's word change, or does culture change?</w:t>
      </w:r>
    </w:p>
    <w:p w14:paraId="24DAE10E" w14:textId="77777777" w:rsidR="00BB0E83" w:rsidRDefault="00000000">
      <w:r>
        <w:t>That is the interpretive question governing this whole book. When the culture laughs at creation order, does the word of God become less true? When the culture remakes marriage, manhood, womanhood, authority, work, or obedience according to its own desires, has God revised what he said in the beginning?</w:t>
      </w:r>
    </w:p>
    <w:p w14:paraId="7BF8A462" w14:textId="77777777" w:rsidR="00BB0E83" w:rsidRDefault="00000000">
      <w:r>
        <w:t>No. Culture changes. God's word does not.</w:t>
      </w:r>
    </w:p>
    <w:p w14:paraId="0CC73CB0" w14:textId="77777777" w:rsidR="00BB0E83" w:rsidRDefault="00000000">
      <w:r>
        <w:lastRenderedPageBreak/>
        <w:t>Proverbs 1:7 says, “The fear of Yahweh is the beginning of knowledge; Ignorant fools despise wisdom and discipline.” The fear of the Lord is not mindless panic. It is the reverent recognition that God is God and we are not. It is the beginning of knowledge because wisdom begins when we stop treating our own desires as the final court of appeal.</w:t>
      </w:r>
    </w:p>
    <w:p w14:paraId="526FF3CB" w14:textId="77777777" w:rsidR="00BB0E83" w:rsidRDefault="00000000">
      <w:r>
        <w:t>The sermon deliberately withholds Ephesians 5:22–33 until the end. Why? Because the author wants the listener to see where Paul's authority to write those words comes from. Paul is not inventing a private social arrangement. He is drawing on the order God established in creation and showing how Christ redeems what sin has damaged.</w:t>
      </w:r>
    </w:p>
    <w:p w14:paraId="2BE89401" w14:textId="77777777" w:rsidR="00BB0E83" w:rsidRDefault="00000000">
      <w:r>
        <w:t>This book follows the same strategy. We will not begin with Paul's instructions to husbands and wives as though Genesis were an optional background note. We begin where Paul begins: with creation. We watch God make man, give responsibility, make woman, establish marriage, and bind human life to his command. Then we will see the order violated, cursed, and finally restored in Christ.</w:t>
      </w:r>
    </w:p>
    <w:p w14:paraId="1482BB5D" w14:textId="77777777" w:rsidR="00BB0E83" w:rsidRDefault="00000000">
      <w:r>
        <w:t>Men, if you want to know what faithful leadership is, do not start with force. Start with the man in the orchard: under God, receiving from God, tending what God gives, and obeying God's word. Ladies, if you want to know the strength and dignity of womanhood, do not start with what the world calls liberation. Start with the woman God makes as an indispensable, corresponding helper, equal in value and fitted perfectly for the good order of God.</w:t>
      </w:r>
    </w:p>
    <w:p w14:paraId="765A9FD2" w14:textId="77777777" w:rsidR="00BB0E83" w:rsidRDefault="00000000">
      <w:r>
        <w:t>The question is not whether our culture finds this comfortable. The question is whether God has spoken.</w:t>
      </w:r>
    </w:p>
    <w:p w14:paraId="0DB22E9B" w14:textId="77777777" w:rsidR="00BB0E83" w:rsidRDefault="00000000">
      <w:pPr>
        <w:keepNext/>
        <w:keepLines/>
        <w:spacing w:before="380" w:after="140" w:line="274" w:lineRule="auto"/>
      </w:pPr>
      <w:r>
        <w:rPr>
          <w:rFonts w:ascii="Georgia" w:hAnsi="Georgia"/>
          <w:b/>
          <w:color w:val="1B474D"/>
          <w:sz w:val="29"/>
        </w:rPr>
        <w:t>Hold on to this</w:t>
      </w:r>
    </w:p>
    <w:p w14:paraId="07B2B8C5" w14:textId="77777777" w:rsidR="00BB0E83" w:rsidRDefault="00000000">
      <w:pPr>
        <w:spacing w:after="100" w:line="307" w:lineRule="auto"/>
        <w:ind w:left="432" w:hanging="259"/>
      </w:pPr>
      <w:r>
        <w:rPr>
          <w:color w:val="1B474D"/>
        </w:rPr>
        <w:t xml:space="preserve">•   </w:t>
      </w:r>
      <w:r>
        <w:rPr>
          <w:b/>
        </w:rPr>
        <w:t>The order of creation:</w:t>
      </w:r>
      <w:r>
        <w:t xml:space="preserve"> God made humanity in his image, male and female, and gave real dominion under his own authority. Dominion is care and management, not dictatorship.</w:t>
      </w:r>
    </w:p>
    <w:p w14:paraId="6E67037A" w14:textId="77777777" w:rsidR="00BB0E83" w:rsidRDefault="00000000">
      <w:pPr>
        <w:spacing w:after="100" w:line="307" w:lineRule="auto"/>
        <w:ind w:left="432" w:hanging="259"/>
      </w:pPr>
      <w:r>
        <w:rPr>
          <w:color w:val="1B474D"/>
        </w:rPr>
        <w:t xml:space="preserve">•   </w:t>
      </w:r>
      <w:r>
        <w:rPr>
          <w:b/>
        </w:rPr>
        <w:t>Work before the curse:</w:t>
      </w:r>
      <w:r>
        <w:t xml:space="preserve"> Adam worked in Eden before sin. Labor is not the curse; toil, thorns, frustration, and sweat belong to the curse.</w:t>
      </w:r>
    </w:p>
    <w:p w14:paraId="00FD5C15" w14:textId="77777777" w:rsidR="00BB0E83" w:rsidRDefault="00000000">
      <w:pPr>
        <w:spacing w:after="100" w:line="307" w:lineRule="auto"/>
        <w:ind w:left="432" w:hanging="259"/>
      </w:pPr>
      <w:r>
        <w:rPr>
          <w:color w:val="1B474D"/>
        </w:rPr>
        <w:t xml:space="preserve">•   </w:t>
      </w:r>
      <w:r>
        <w:rPr>
          <w:b/>
        </w:rPr>
        <w:t>Both trees:</w:t>
      </w:r>
      <w:r>
        <w:t xml:space="preserve"> The tree of knowledge tests dependence upon God's wisdom. The tree of life gives life. Remember why both are there; Part Three will answer the question at the expulsion.</w:t>
      </w:r>
    </w:p>
    <w:p w14:paraId="12C22F61" w14:textId="77777777" w:rsidR="00BB0E83" w:rsidRDefault="00000000">
      <w:pPr>
        <w:spacing w:after="100" w:line="307" w:lineRule="auto"/>
        <w:ind w:left="432" w:hanging="259"/>
      </w:pPr>
      <w:r>
        <w:rPr>
          <w:color w:val="1B474D"/>
        </w:rPr>
        <w:t xml:space="preserve">•   </w:t>
      </w:r>
      <w:r>
        <w:rPr>
          <w:b/>
        </w:rPr>
        <w:t>The doubled verbs:</w:t>
      </w:r>
      <w:r>
        <w:t xml:space="preserve"> “Eating you may eat” announces God's abundance. “Dying you will die” declares the certainty of judgment.</w:t>
      </w:r>
    </w:p>
    <w:p w14:paraId="3EA053FD" w14:textId="77777777" w:rsidR="00BB0E83" w:rsidRDefault="00000000">
      <w:pPr>
        <w:spacing w:after="100" w:line="307" w:lineRule="auto"/>
        <w:ind w:left="432" w:hanging="259"/>
      </w:pPr>
      <w:r>
        <w:rPr>
          <w:color w:val="1B474D"/>
        </w:rPr>
        <w:lastRenderedPageBreak/>
        <w:t xml:space="preserve">•   </w:t>
      </w:r>
      <w:r>
        <w:rPr>
          <w:b/>
        </w:rPr>
        <w:t>The covenant name:</w:t>
      </w:r>
      <w:r>
        <w:t xml:space="preserve"> </w:t>
      </w:r>
      <w:r>
        <w:rPr>
          <w:i/>
        </w:rPr>
        <w:t>Elohim</w:t>
      </w:r>
      <w:r>
        <w:t xml:space="preserve"> is God the mighty Creator. Yahweh is the personal covenant name. In Genesis 2–3, Yahweh God is the Creator bound to his creature by promise.</w:t>
      </w:r>
    </w:p>
    <w:p w14:paraId="27C2D549" w14:textId="77777777" w:rsidR="00BB0E83" w:rsidRDefault="00000000">
      <w:pPr>
        <w:spacing w:after="100" w:line="307" w:lineRule="auto"/>
        <w:ind w:left="432" w:hanging="259"/>
      </w:pPr>
      <w:r>
        <w:rPr>
          <w:color w:val="1B474D"/>
        </w:rPr>
        <w:t xml:space="preserve">•   </w:t>
      </w:r>
      <w:r>
        <w:rPr>
          <w:b/>
        </w:rPr>
        <w:t>Eden as a trust:</w:t>
      </w:r>
      <w:r>
        <w:t xml:space="preserve"> A man's house, property, community, and church are not his to exploit. They are Edens entrusted to his care. We are to tend to our Edens.</w:t>
      </w:r>
    </w:p>
    <w:p w14:paraId="787D0E82" w14:textId="77777777" w:rsidR="00BB0E83" w:rsidRDefault="00000000">
      <w:pPr>
        <w:spacing w:after="100" w:line="307" w:lineRule="auto"/>
        <w:ind w:left="432" w:hanging="259"/>
      </w:pPr>
      <w:r>
        <w:rPr>
          <w:color w:val="1B474D"/>
        </w:rPr>
        <w:t xml:space="preserve">•   </w:t>
      </w:r>
      <w:r>
        <w:rPr>
          <w:b/>
        </w:rPr>
        <w:t>Everything was very good:</w:t>
      </w:r>
      <w:r>
        <w:t xml:space="preserve"> God did not make evil, death, thorns, shame, or fear. These are intruders brought in by sin.</w:t>
      </w:r>
    </w:p>
    <w:p w14:paraId="70A28BE2" w14:textId="77777777" w:rsidR="00BB0E83" w:rsidRDefault="00000000">
      <w:r>
        <w:t>The orchard is full. The command is clear. The man and woman are unashamed. And the two trees still stand in the middle.</w:t>
      </w:r>
    </w:p>
    <w:p w14:paraId="26DD4448" w14:textId="77777777" w:rsidR="00BB0E83" w:rsidRDefault="00000000">
      <w:pPr>
        <w:spacing w:after="0"/>
      </w:pPr>
      <w:r>
        <w:br w:type="page"/>
      </w:r>
    </w:p>
    <w:p w14:paraId="11913648" w14:textId="77777777" w:rsidR="00BB0E83" w:rsidRDefault="00000000">
      <w:pPr>
        <w:keepNext/>
        <w:keepLines/>
        <w:spacing w:before="520" w:after="80"/>
      </w:pPr>
      <w:r>
        <w:rPr>
          <w:b/>
          <w:color w:val="6B6964"/>
          <w:sz w:val="20"/>
        </w:rPr>
        <w:lastRenderedPageBreak/>
        <w:t>PART TWO</w:t>
      </w:r>
    </w:p>
    <w:p w14:paraId="0ADC1D82" w14:textId="77777777" w:rsidR="00BB0E83" w:rsidRDefault="00000000">
      <w:pPr>
        <w:keepNext/>
        <w:keepLines/>
        <w:spacing w:after="120" w:line="254" w:lineRule="auto"/>
      </w:pPr>
      <w:r>
        <w:rPr>
          <w:rFonts w:ascii="Georgia" w:hAnsi="Georgia"/>
          <w:b/>
          <w:color w:val="123337"/>
          <w:sz w:val="46"/>
        </w:rPr>
        <w:t>The Fall — Eight Red Flags and One Fatal Silence</w:t>
      </w:r>
    </w:p>
    <w:p w14:paraId="3964C44A" w14:textId="77777777" w:rsidR="00BB0E83" w:rsidRDefault="00BB0E83">
      <w:pPr>
        <w:keepNext/>
        <w:keepLines/>
        <w:pBdr>
          <w:bottom w:val="single" w:sz="10" w:space="2" w:color="C9C6BE"/>
        </w:pBdr>
        <w:spacing w:after="360"/>
      </w:pPr>
    </w:p>
    <w:p w14:paraId="69CB3055" w14:textId="77777777" w:rsidR="00BB0E83" w:rsidRDefault="00000000">
      <w:r>
        <w:t>The orchard is still.</w:t>
      </w:r>
    </w:p>
    <w:p w14:paraId="330A2AD6" w14:textId="77777777" w:rsidR="00BB0E83" w:rsidRDefault="00000000">
      <w:r>
        <w:t>There is no thorn in the ground yet. No animal runs from another animal. No sweat has fallen from a human brow. The trees stand heavy with food, their branches giving without resistance because God has made them to give. Water moves through Eden. Light rests over everything God has called very good.</w:t>
      </w:r>
    </w:p>
    <w:p w14:paraId="281A142F" w14:textId="77777777" w:rsidR="00BB0E83" w:rsidRDefault="00000000">
      <w:r>
        <w:t>Adam and Eve are in that world. They have received life from God, a place from God, work from God, and a command from God. The command is not complicated. Every tree of the garden is open to them except one. There is abundance on every side, permission everywhere, and one boundary in the middle. God has not left them hungry. He has not left them without beauty, purpose, or wisdom. He has given them a garden to tend and each other to love. He has given them Himself.</w:t>
      </w:r>
    </w:p>
    <w:p w14:paraId="0B850AA5" w14:textId="77777777" w:rsidR="00BB0E83" w:rsidRDefault="00000000">
      <w:r>
        <w:t>Then a creature comes near the tree.</w:t>
      </w:r>
    </w:p>
    <w:p w14:paraId="09F61EEE" w14:textId="77777777" w:rsidR="00BB0E83" w:rsidRDefault="00000000">
      <w:r>
        <w:t>It does not crash through the garden. It does not announce war. It comes with a question. The serpent is among the beasts of the field, one of the living things Adam has named, one of the creatures placed beneath the dominion God gave to the man and the woman. It moves into the scene quietly, close enough for Eve to hear. The orchard does not change at first. The fruit is still bright. The air is still clean. Adam is still near enough to receive fruit from Eve's hand later in the scene.</w:t>
      </w:r>
    </w:p>
    <w:p w14:paraId="420D52C6" w14:textId="77777777" w:rsidR="00BB0E83" w:rsidRDefault="00000000">
      <w:r>
        <w:t>But the silence is changing.</w:t>
      </w:r>
    </w:p>
    <w:p w14:paraId="142D4641" w14:textId="77777777" w:rsidR="00BB0E83" w:rsidRDefault="00000000">
      <w:r>
        <w:t>The serpent looks at the woman, and the first sound it gives is not a roar, a threat, or a command. It is speech. It frames the question so that the generosity of God sounds like deprivation. It reaches for the one prohibition and makes it seem as though prohibition is all there is. It turns the Creator into a rival. It turns a covenant command into a restraint. It invites Eve to put God in the dock and judge Him.</w:t>
      </w:r>
    </w:p>
    <w:p w14:paraId="27ECFAAA" w14:textId="77777777" w:rsidR="00BB0E83" w:rsidRDefault="00000000">
      <w:r>
        <w:lastRenderedPageBreak/>
        <w:t>Eve answers. The conversation continues. A word is added. A warning is softened. The holy covenant name fades from her mouth. The serpent sees the opening and presses harder. Adam says nothing.</w:t>
      </w:r>
    </w:p>
    <w:p w14:paraId="4959176F" w14:textId="77777777" w:rsidR="00BB0E83" w:rsidRDefault="00000000">
      <w:r>
        <w:t>There is a moment before the hand reaches out. There is a moment before the fruit is taken. There is a moment when everything that follows could have been answered by obedience. The garden is waiting. The creature is speaking. The woman is being drawn in. And the man who was put there to cultivate and keep the garden is silent.</w:t>
      </w:r>
    </w:p>
    <w:p w14:paraId="79E4E8B1" w14:textId="77777777" w:rsidR="00BB0E83" w:rsidRDefault="00000000">
      <w:r>
        <w:t>Then the woman looks at the tree differently. Food. Beauty. Wisdom. Her hand moves. The fruit breaks free. She eats. She gives. He eats.</w:t>
      </w:r>
    </w:p>
    <w:p w14:paraId="5DBFD9AA" w14:textId="77777777" w:rsidR="00BB0E83" w:rsidRDefault="00000000">
      <w:r>
        <w:t>The world does not end with a battle cry. It ends, humanly speaking, with four short acts carried out beneath a tree.</w:t>
      </w:r>
    </w:p>
    <w:p w14:paraId="240E4945" w14:textId="77777777" w:rsidR="00BB0E83" w:rsidRDefault="00000000">
      <w:pPr>
        <w:keepNext/>
        <w:keepLines/>
        <w:spacing w:before="380" w:after="140" w:line="274" w:lineRule="auto"/>
      </w:pPr>
      <w:r>
        <w:rPr>
          <w:rFonts w:ascii="Georgia" w:hAnsi="Georgia"/>
          <w:b/>
          <w:color w:val="1B474D"/>
          <w:sz w:val="29"/>
        </w:rPr>
        <w:t>The serpent's question: Genesis 3:1</w:t>
      </w:r>
    </w:p>
    <w:p w14:paraId="531D8EDE" w14:textId="77777777" w:rsidR="00BB0E83" w:rsidRDefault="00000000">
      <w:pPr>
        <w:keepLines/>
        <w:pBdr>
          <w:left w:val="single" w:sz="14" w:space="10" w:color="C9C6BE"/>
        </w:pBdr>
        <w:spacing w:before="220" w:after="40" w:line="302" w:lineRule="auto"/>
        <w:ind w:left="490" w:right="432"/>
      </w:pPr>
      <w:r>
        <w:rPr>
          <w:rFonts w:ascii="Georgia" w:hAnsi="Georgia"/>
          <w:sz w:val="21"/>
        </w:rPr>
        <w:t>Now the serpent was more crafty than any beast of the field which Yahweh God had made. And he said to the woman, “Indeed, has God said, ‘You shall not eat from any tree of the garden’?”</w:t>
      </w:r>
    </w:p>
    <w:p w14:paraId="2FFEBA55" w14:textId="77777777" w:rsidR="00BB0E83" w:rsidRDefault="00000000">
      <w:pPr>
        <w:spacing w:before="20" w:after="260" w:line="240" w:lineRule="auto"/>
        <w:ind w:left="490"/>
      </w:pPr>
      <w:r>
        <w:rPr>
          <w:caps/>
          <w:color w:val="6B6964"/>
          <w:sz w:val="18"/>
        </w:rPr>
        <w:t>Genesis 3:1, LSB</w:t>
      </w:r>
    </w:p>
    <w:p w14:paraId="5A3F26FE" w14:textId="77777777" w:rsidR="00BB0E83" w:rsidRDefault="00000000">
      <w:r>
        <w:t xml:space="preserve">Genesis has just told us that Adam and Eve were naked and unashamed. The Hebrew word there is </w:t>
      </w:r>
      <w:r>
        <w:rPr>
          <w:i/>
        </w:rPr>
        <w:t>arumim</w:t>
      </w:r>
      <w:r>
        <w:t xml:space="preserve">, “naked.” Then Genesis 3:1 introduces the serpent as </w:t>
      </w:r>
      <w:r>
        <w:rPr>
          <w:i/>
        </w:rPr>
        <w:t>arum</w:t>
      </w:r>
      <w:r>
        <w:t>, “clever” or “shrewd.” The words sound alike. Moses puts innocence exposed beside cleverness bent toward deception. The man and woman are open before God and before one another. The serpent enters with a mind that is not open but calculating.</w:t>
      </w:r>
    </w:p>
    <w:p w14:paraId="43C7CF7D" w14:textId="77777777" w:rsidR="00BB0E83" w:rsidRDefault="00000000">
      <w:r>
        <w:t xml:space="preserve">The word </w:t>
      </w:r>
      <w:r>
        <w:rPr>
          <w:i/>
        </w:rPr>
        <w:t>arum</w:t>
      </w:r>
      <w:r>
        <w:t xml:space="preserve"> can lean in two directions. In a good sense it means prudent, someone who sees danger and responds wisely. Proverbs 12:16 and 12:23 use it that way. In a bad sense it means cunning, cleverness employed to deceive or trap. Job 5:12 and 15:5 use it negatively. Here the direction is clear. This is not the wisdom of a faithful man who sees danger and takes refuge. It is the cunning of a liar who creates danger and calls it enlightenment.</w:t>
      </w:r>
    </w:p>
    <w:p w14:paraId="636FD9DB" w14:textId="77777777" w:rsidR="00BB0E83" w:rsidRDefault="00000000">
      <w:r>
        <w:t xml:space="preserve">The first words are strange in Hebrew. Literally, the sentence opens, “Indeed that God said.” The beginning is elliptical, meaning the sentence leaves out words the reader has to supply. It must be heard as something like, “Is it really true that God said…?” The serpent is not asking </w:t>
      </w:r>
      <w:r>
        <w:lastRenderedPageBreak/>
        <w:t>for information. He knows enough to frame a challenge. He puts a question mark over the word of God before he openly contradicts it.</w:t>
      </w:r>
    </w:p>
    <w:p w14:paraId="55059288" w14:textId="77777777" w:rsidR="00BB0E83" w:rsidRDefault="00000000">
      <w:r>
        <w:t xml:space="preserve">Notice the name the serpent uses. He says only </w:t>
      </w:r>
      <w:r>
        <w:rPr>
          <w:i/>
        </w:rPr>
        <w:t>Elohim</w:t>
      </w:r>
      <w:r>
        <w:t>, “God.” In Genesis 2, the covenant-making Creator is repeatedly called Yahweh God. Yahweh is the holy covenant name. It is the name that speaks of the God who forms the man, breathes life into him, plants the orchard, provides every good tree, gives a wife, and gives a command. But the serpent will not say Yahweh God. There is no covenant relationship between God and the serpent. The serpent says only, “God.”</w:t>
      </w:r>
    </w:p>
    <w:p w14:paraId="51D33B6E" w14:textId="77777777" w:rsidR="00BB0E83" w:rsidRDefault="00000000">
      <w:r>
        <w:t>This is not empty word choice. The serpent is beginning to make God sound distant and generic. He is stripping away the covenant name while he strips away the goodness of the command. Watch how it works on Eve. By the time she answers, she too will say only “God.”</w:t>
      </w:r>
    </w:p>
    <w:p w14:paraId="2F9BC480" w14:textId="77777777" w:rsidR="00BB0E83" w:rsidRDefault="00000000">
      <w:r>
        <w:t xml:space="preserve">Two ancient Jewish voices have tried to describe the serpent's motive and ability. They must be labeled for what they are: ancient opinions, not Scripture. Josephus, an ancient Jewish historian, wrote in </w:t>
      </w:r>
      <w:r>
        <w:rPr>
          <w:i/>
        </w:rPr>
        <w:t>Antiquities</w:t>
      </w:r>
      <w:r>
        <w:t xml:space="preserve"> 1.1.4 that the serpent acted from jealousy, jealous of the blessings promised to Adam and Eve if they obeyed God. Jubilees 3:28 preserves an ancient Jewish tradition that animals once spoke and that their mouths were stopped after the expulsion. Those are interesting witnesses to how ancient readers imagined the scene. They are not the authority for what happened. Scripture is.</w:t>
      </w:r>
    </w:p>
    <w:p w14:paraId="05CE3EAA" w14:textId="77777777" w:rsidR="00BB0E83" w:rsidRDefault="00000000">
      <w:r>
        <w:t>Scripture identifies the deeper enemy behind this creature. Revelation calls Satan “the serpent of old” and “the dragon,” the deceiver of the whole world.</w:t>
      </w:r>
    </w:p>
    <w:p w14:paraId="5446C344" w14:textId="77777777" w:rsidR="00BB0E83" w:rsidRDefault="00000000">
      <w:pPr>
        <w:keepLines/>
        <w:pBdr>
          <w:left w:val="single" w:sz="14" w:space="10" w:color="C9C6BE"/>
        </w:pBdr>
        <w:spacing w:before="220" w:after="40" w:line="302" w:lineRule="auto"/>
        <w:ind w:left="490" w:right="432"/>
      </w:pPr>
      <w:r>
        <w:rPr>
          <w:rFonts w:ascii="Georgia" w:hAnsi="Georgia"/>
          <w:sz w:val="21"/>
        </w:rPr>
        <w:t>So that huge dragon—the ancient serpent, the one called the devil and Satan, who deceives the whole world—was thrown down to the earth, and his angels along with him.</w:t>
      </w:r>
    </w:p>
    <w:p w14:paraId="39BDFACB" w14:textId="77777777" w:rsidR="00BB0E83" w:rsidRDefault="00000000">
      <w:pPr>
        <w:spacing w:before="20" w:after="260" w:line="240" w:lineRule="auto"/>
        <w:ind w:left="490"/>
      </w:pPr>
      <w:r>
        <w:rPr>
          <w:caps/>
          <w:color w:val="6B6964"/>
          <w:sz w:val="18"/>
        </w:rPr>
        <w:t>Revelation 12:9, NET</w:t>
      </w:r>
    </w:p>
    <w:p w14:paraId="484B1796" w14:textId="77777777" w:rsidR="00BB0E83" w:rsidRDefault="00000000">
      <w:r>
        <w:t>Revelation 20:2 again joins Satan to “the serpent of old.” Jesus says of the devil that “he is a liar and the father of lies” (John 8:44, LSB). So Genesis gives us a real serpent in a real orchard, but the words coming through that serpent carry the ancient voice of the adversary. This is not merely a strange animal making conversation. This is deception aimed at the image bearers of God.</w:t>
      </w:r>
    </w:p>
    <w:p w14:paraId="03D4A72B" w14:textId="77777777" w:rsidR="00BB0E83" w:rsidRDefault="00000000">
      <w:pPr>
        <w:keepNext/>
        <w:keepLines/>
        <w:spacing w:before="380" w:after="140" w:line="274" w:lineRule="auto"/>
      </w:pPr>
      <w:r>
        <w:rPr>
          <w:rFonts w:ascii="Georgia" w:hAnsi="Georgia"/>
          <w:b/>
          <w:color w:val="1B474D"/>
          <w:sz w:val="29"/>
        </w:rPr>
        <w:lastRenderedPageBreak/>
        <w:t>Eight red flags in the orchard</w:t>
      </w:r>
    </w:p>
    <w:p w14:paraId="101DCFA7" w14:textId="77777777" w:rsidR="00BB0E83" w:rsidRDefault="00000000">
      <w:r>
        <w:t xml:space="preserve">Before Eve eats, before Adam eats, before shame, hiding, curse, and death, the text gives us warning after warning. The author identifies </w:t>
      </w:r>
      <w:r>
        <w:rPr>
          <w:b/>
        </w:rPr>
        <w:t>eight red flags</w:t>
      </w:r>
      <w:r>
        <w:t>, and they come in order. The tragedy is not that there were no alarms. The tragedy is that every alarm was ignored.</w:t>
      </w:r>
    </w:p>
    <w:p w14:paraId="62B3E187" w14:textId="77777777" w:rsidR="00BB0E83" w:rsidRDefault="00000000">
      <w:pPr>
        <w:tabs>
          <w:tab w:val="left" w:pos="605"/>
        </w:tabs>
        <w:spacing w:before="40" w:after="120" w:line="312" w:lineRule="auto"/>
        <w:ind w:left="605" w:hanging="490"/>
      </w:pPr>
      <w:r>
        <w:rPr>
          <w:rFonts w:ascii="Georgia" w:hAnsi="Georgia"/>
          <w:b/>
          <w:color w:val="1B474D"/>
          <w:sz w:val="22"/>
        </w:rPr>
        <w:t>1.</w:t>
      </w:r>
      <w:r>
        <w:tab/>
      </w:r>
      <w:r>
        <w:rPr>
          <w:b/>
        </w:rPr>
        <w:t>A serpent is talking.</w:t>
      </w:r>
    </w:p>
    <w:p w14:paraId="29DFEA29" w14:textId="77777777" w:rsidR="00BB0E83" w:rsidRDefault="00000000">
      <w:r>
        <w:t>Stop at the first sentence. A serpent is talking. Whatever an ancient reader made of animal speech, whatever later Jewish tradition said about animals once speaking, this is not an ordinary moment. A beast of the field has entered a theological conversation with the woman. The right response is not curiosity that leans closer. The right response is alarm.</w:t>
      </w:r>
    </w:p>
    <w:p w14:paraId="0E26F2E0" w14:textId="77777777" w:rsidR="00BB0E83" w:rsidRDefault="00000000">
      <w:r>
        <w:t>The first red flag matters because temptation often depends on us treating the unnatural as normal. A thing happens that should make us stop, pray, seek counsel, and return to the word of God. Instead, we make room for it because it is interesting, flattering, or clever. The serpent begins by becoming a voice worth hearing. That is already danger.</w:t>
      </w:r>
    </w:p>
    <w:p w14:paraId="074035E6" w14:textId="77777777" w:rsidR="00BB0E83" w:rsidRDefault="00000000">
      <w:pPr>
        <w:tabs>
          <w:tab w:val="left" w:pos="605"/>
        </w:tabs>
        <w:spacing w:before="40" w:after="120" w:line="312" w:lineRule="auto"/>
        <w:ind w:left="605" w:hanging="490"/>
      </w:pPr>
      <w:r>
        <w:rPr>
          <w:rFonts w:ascii="Georgia" w:hAnsi="Georgia"/>
          <w:b/>
          <w:color w:val="1B474D"/>
          <w:sz w:val="22"/>
        </w:rPr>
        <w:t>2.</w:t>
      </w:r>
      <w:r>
        <w:tab/>
      </w:r>
      <w:r>
        <w:rPr>
          <w:b/>
        </w:rPr>
        <w:t>The serpent is talking about God.</w:t>
      </w:r>
    </w:p>
    <w:p w14:paraId="456066B6" w14:textId="77777777" w:rsidR="00BB0E83" w:rsidRDefault="00000000">
      <w:r>
        <w:t>The creature is not merely speaking. It is speaking about the Creator, His command, His motives, and the limits He has set. A beast under human dominion is now acting as a teacher over the woman. The subject is not gardening or animal behavior. It is the will of God.</w:t>
      </w:r>
    </w:p>
    <w:p w14:paraId="1E5129C3" w14:textId="77777777" w:rsidR="00BB0E83" w:rsidRDefault="00000000">
      <w:r>
        <w:t>This is why the question is so serious. Anyone can have an opinion. But the serpent is asking Eve to reconsider what God said. The moment a voice invites you to set God’s clear word aside so that you can judge whether it is fair, the conversation has moved into dangerous ground. Eve should not be receiving instruction about God from this source.</w:t>
      </w:r>
    </w:p>
    <w:p w14:paraId="2ABBE8EB" w14:textId="77777777" w:rsidR="00BB0E83" w:rsidRDefault="00000000">
      <w:pPr>
        <w:tabs>
          <w:tab w:val="left" w:pos="605"/>
        </w:tabs>
        <w:spacing w:before="40" w:after="120" w:line="312" w:lineRule="auto"/>
        <w:ind w:left="605" w:hanging="490"/>
      </w:pPr>
      <w:r>
        <w:rPr>
          <w:rFonts w:ascii="Georgia" w:hAnsi="Georgia"/>
          <w:b/>
          <w:color w:val="1B474D"/>
          <w:sz w:val="22"/>
        </w:rPr>
        <w:t>3.</w:t>
      </w:r>
      <w:r>
        <w:tab/>
      </w:r>
      <w:r>
        <w:rPr>
          <w:b/>
        </w:rPr>
        <w:t xml:space="preserve">The serpent calls God by the general name </w:t>
      </w:r>
      <w:r>
        <w:rPr>
          <w:b/>
          <w:i/>
        </w:rPr>
        <w:t>Elohim</w:t>
      </w:r>
      <w:r>
        <w:rPr>
          <w:b/>
        </w:rPr>
        <w:t>, not Yahweh.</w:t>
      </w:r>
    </w:p>
    <w:p w14:paraId="05E3595D" w14:textId="77777777" w:rsidR="00BB0E83" w:rsidRDefault="00000000">
      <w:r>
        <w:t xml:space="preserve">This is subtle, but watch how it works. The serpent never says Yahweh God. He speaks of </w:t>
      </w:r>
      <w:r>
        <w:rPr>
          <w:i/>
        </w:rPr>
        <w:t>Elohim</w:t>
      </w:r>
      <w:r>
        <w:t>, the general name, “God.” The name is true as far as it goes, but the serpent avoids the covenant name. He does not speak as one who knows, loves, or belongs to Yahweh. He speaks of God as a remote authority whose motives should be suspected.</w:t>
      </w:r>
    </w:p>
    <w:p w14:paraId="7DE7FE07" w14:textId="77777777" w:rsidR="00BB0E83" w:rsidRDefault="00000000">
      <w:r>
        <w:t>Sin regularly tries to make God abstract. “God” becomes an idea, a restriction, a cosmic official, a name attached to rules. Yahweh God is the One who created, provided, spoke, and covenanted. If you detach the command from the covenant Lord who gave it, you will start reading love as control and wisdom as limitation. The serpent knows what he is doing.</w:t>
      </w:r>
    </w:p>
    <w:p w14:paraId="48094A0E" w14:textId="77777777" w:rsidR="00BB0E83" w:rsidRDefault="00000000">
      <w:pPr>
        <w:tabs>
          <w:tab w:val="left" w:pos="605"/>
        </w:tabs>
        <w:spacing w:before="40" w:after="120" w:line="312" w:lineRule="auto"/>
        <w:ind w:left="605" w:hanging="490"/>
      </w:pPr>
      <w:r>
        <w:rPr>
          <w:rFonts w:ascii="Georgia" w:hAnsi="Georgia"/>
          <w:b/>
          <w:color w:val="1B474D"/>
          <w:sz w:val="22"/>
        </w:rPr>
        <w:lastRenderedPageBreak/>
        <w:t>4.</w:t>
      </w:r>
      <w:r>
        <w:tab/>
      </w:r>
      <w:r>
        <w:rPr>
          <w:b/>
        </w:rPr>
        <w:t>The serpent strips the holy covenant name and misrepresents what God actually commanded.</w:t>
      </w:r>
    </w:p>
    <w:p w14:paraId="276ACA23" w14:textId="77777777" w:rsidR="00BB0E83" w:rsidRDefault="00000000">
      <w:r>
        <w:t>God did not say, “You shall not eat from any tree of the garden.” He said the opposite. He had said, “From any tree of the garden you may surely eat,” and then named one tree from which they must not eat. The command begins with abundance. The serpent retells it as deprivation.</w:t>
      </w:r>
    </w:p>
    <w:p w14:paraId="46D96C64" w14:textId="77777777" w:rsidR="00BB0E83" w:rsidRDefault="00000000">
      <w:r>
        <w:t>That is the method. First remove the covenant name. Then reduce the gift. Then exaggerate the restriction. God gives a whole orchard, and the serpent makes Eve stare at one boundary. He makes the forbidden tree feel like the whole garden. He does not begin with an obvious lie. He begins with a twisted version of the truth, because a twist can be swallowed before a denial can.</w:t>
      </w:r>
    </w:p>
    <w:p w14:paraId="1E2023B4" w14:textId="77777777" w:rsidR="00BB0E83" w:rsidRDefault="00000000">
      <w:pPr>
        <w:tabs>
          <w:tab w:val="left" w:pos="605"/>
        </w:tabs>
        <w:spacing w:before="40" w:after="120" w:line="312" w:lineRule="auto"/>
        <w:ind w:left="605" w:hanging="490"/>
      </w:pPr>
      <w:r>
        <w:rPr>
          <w:rFonts w:ascii="Georgia" w:hAnsi="Georgia"/>
          <w:b/>
          <w:color w:val="1B474D"/>
          <w:sz w:val="22"/>
        </w:rPr>
        <w:t>5.</w:t>
      </w:r>
      <w:r>
        <w:tab/>
      </w:r>
      <w:r>
        <w:rPr>
          <w:b/>
        </w:rPr>
        <w:t>Eve is being addressed by a beast of the field over which she and her husband were given dominion.</w:t>
      </w:r>
    </w:p>
    <w:p w14:paraId="52066F08" w14:textId="77777777" w:rsidR="00BB0E83" w:rsidRDefault="00000000">
      <w:r>
        <w:t>Genesis 1 gave man and woman dominion over the fish, birds, cattle, earth, and every creeping thing. Dominion was never permission to abuse creation. It was stewardship, care, and responsibility under God. Yet here a creature of the field stands over Eve as though it has authority to interpret God’s command.</w:t>
      </w:r>
    </w:p>
    <w:p w14:paraId="5BDE5A0D" w14:textId="77777777" w:rsidR="00BB0E83" w:rsidRDefault="00000000">
      <w:r>
        <w:t>The order is being turned upside down. The vice-regent, the one appointed to govern under God, is receiving moral direction from a beast beneath her care. This is not a small detail. When the created order is reversed, confusion follows quickly. The creature is instructing the vice-regent. The one called to tend is being taught by what she was called to tend.</w:t>
      </w:r>
    </w:p>
    <w:p w14:paraId="7C317DE2" w14:textId="77777777" w:rsidR="00BB0E83" w:rsidRDefault="00000000">
      <w:pPr>
        <w:tabs>
          <w:tab w:val="left" w:pos="605"/>
        </w:tabs>
        <w:spacing w:before="40" w:after="120" w:line="312" w:lineRule="auto"/>
        <w:ind w:left="605" w:hanging="490"/>
      </w:pPr>
      <w:r>
        <w:rPr>
          <w:rFonts w:ascii="Georgia" w:hAnsi="Georgia"/>
          <w:b/>
          <w:color w:val="1B474D"/>
          <w:sz w:val="22"/>
        </w:rPr>
        <w:t>6.</w:t>
      </w:r>
      <w:r>
        <w:tab/>
      </w:r>
      <w:r>
        <w:rPr>
          <w:b/>
        </w:rPr>
        <w:t>Eve has placed herself in a position that was never hers.</w:t>
      </w:r>
    </w:p>
    <w:p w14:paraId="11B74D27" w14:textId="77777777" w:rsidR="00BB0E83" w:rsidRDefault="00000000">
      <w:r>
        <w:t>The dominion command and the prohibition concerning the tree were given to Adam before Eve was created. Eve is not lesser. She is bone of his bones and flesh of his flesh. She is a helper suitable for him, an indispensable companion who corresponds to him. But equal worth does not erase the order of responsibility established in Genesis 2.</w:t>
      </w:r>
    </w:p>
    <w:p w14:paraId="401782FF" w14:textId="77777777" w:rsidR="00BB0E83" w:rsidRDefault="00000000">
      <w:r>
        <w:t>Here Eve has stepped out of the role of helper and become the one who now needs help. She is handling a direct challenge to the command first entrusted to Adam. She has entered a place of authority and interpretation that was not hers to carry alone. The issue is not that women cannot think, speak, ask, or learn. The issue is that this particular confrontation is happening at the point where Adam was given the original charge, and Eve is standing there without the help she was made to have.</w:t>
      </w:r>
    </w:p>
    <w:p w14:paraId="61094275" w14:textId="77777777" w:rsidR="00BB0E83" w:rsidRDefault="00000000">
      <w:pPr>
        <w:tabs>
          <w:tab w:val="left" w:pos="605"/>
        </w:tabs>
        <w:spacing w:before="40" w:after="120" w:line="312" w:lineRule="auto"/>
        <w:ind w:left="605" w:hanging="490"/>
      </w:pPr>
      <w:r>
        <w:rPr>
          <w:rFonts w:ascii="Georgia" w:hAnsi="Georgia"/>
          <w:b/>
          <w:color w:val="1B474D"/>
          <w:sz w:val="22"/>
        </w:rPr>
        <w:lastRenderedPageBreak/>
        <w:t>7.</w:t>
      </w:r>
      <w:r>
        <w:tab/>
      </w:r>
      <w:r>
        <w:rPr>
          <w:b/>
        </w:rPr>
        <w:t>Eve engages the conversation, a position held for her husband, the one to whom the command was given.</w:t>
      </w:r>
    </w:p>
    <w:p w14:paraId="3B4769D5" w14:textId="77777777" w:rsidR="00BB0E83" w:rsidRDefault="00000000">
      <w:r>
        <w:t>She does not walk away. She does not call Adam to answer. She does not say, “My husband received this command from Yahweh God; speak with him.” She enters the argument. She answers the serpent’s version of the command and begins to reason through it.</w:t>
      </w:r>
    </w:p>
    <w:p w14:paraId="3DB3D65D" w14:textId="77777777" w:rsidR="00BB0E83" w:rsidRDefault="00000000">
      <w:r>
        <w:t>Temptation does not always come wearing an ugly face. Sometimes it comes as a conversation you should not be having. Sometimes the first act of disobedience is not touching the fruit but giving the lie a chair at the table. Eve treats the serpent as a partner in interpretation, and that gives him room to lead the exchange where he wants it to go.</w:t>
      </w:r>
    </w:p>
    <w:p w14:paraId="37337A4A" w14:textId="77777777" w:rsidR="00BB0E83" w:rsidRDefault="00000000">
      <w:pPr>
        <w:tabs>
          <w:tab w:val="left" w:pos="605"/>
        </w:tabs>
        <w:spacing w:before="40" w:after="120" w:line="312" w:lineRule="auto"/>
        <w:ind w:left="605" w:hanging="490"/>
      </w:pPr>
      <w:r>
        <w:rPr>
          <w:rFonts w:ascii="Georgia" w:hAnsi="Georgia"/>
          <w:b/>
          <w:color w:val="1B474D"/>
          <w:sz w:val="22"/>
        </w:rPr>
        <w:t>8.</w:t>
      </w:r>
      <w:r>
        <w:tab/>
      </w:r>
      <w:r>
        <w:rPr>
          <w:b/>
        </w:rPr>
        <w:t>Adam does nothing.</w:t>
      </w:r>
    </w:p>
    <w:p w14:paraId="4CE72DD1" w14:textId="77777777" w:rsidR="00BB0E83" w:rsidRDefault="00000000">
      <w:r>
        <w:t xml:space="preserve">This is the fatal silence. Adam should have stepped up and stepped in </w:t>
      </w:r>
      <w:r>
        <w:rPr>
          <w:b/>
        </w:rPr>
        <w:t>now</w:t>
      </w:r>
      <w:r>
        <w:t>. The creature is speaking. It is talking about God. It is stripping the covenant name. It is misrepresenting the command. It is drawing Eve into a conversation about the one tree God prohibited on pain of death. Adam is the man to whom the command was given. He is the keeper of the garden. He is the husband beside her.</w:t>
      </w:r>
    </w:p>
    <w:p w14:paraId="5BD588F6" w14:textId="77777777" w:rsidR="00BB0E83" w:rsidRDefault="00000000">
      <w:r>
        <w:t xml:space="preserve">Yet Adam says nothing. He does not correct the serpent. He does not correct Eve. He does not protect his wife. He does not call on Yahweh God. He does not end the conversation. The silence is not neutral. In a moment requiring faithful leadership, silence is abdication. </w:t>
      </w:r>
      <w:r>
        <w:rPr>
          <w:b/>
        </w:rPr>
        <w:t>ADAM DOES NOTHING.</w:t>
      </w:r>
    </w:p>
    <w:tbl>
      <w:tblPr>
        <w:tblW w:w="0" w:type="auto"/>
        <w:tblLayout w:type="fixed"/>
        <w:tblLook w:val="04A0" w:firstRow="1" w:lastRow="0" w:firstColumn="1" w:lastColumn="0" w:noHBand="0" w:noVBand="1"/>
      </w:tblPr>
      <w:tblGrid>
        <w:gridCol w:w="8640"/>
      </w:tblGrid>
      <w:tr w:rsidR="00BB0E83" w14:paraId="1521A8A5" w14:textId="77777777">
        <w:tc>
          <w:tcPr>
            <w:tcW w:w="8640" w:type="dxa"/>
            <w:shd w:val="clear" w:color="auto" w:fill="F1EFE9"/>
            <w:tcMar>
              <w:top w:w="150" w:type="dxa"/>
              <w:left w:w="200" w:type="dxa"/>
              <w:bottom w:w="150" w:type="dxa"/>
              <w:right w:w="200" w:type="dxa"/>
            </w:tcMar>
          </w:tcPr>
          <w:p w14:paraId="29F41DA2" w14:textId="77777777" w:rsidR="00BB0E83" w:rsidRDefault="00000000">
            <w:pPr>
              <w:spacing w:after="0" w:line="302" w:lineRule="auto"/>
            </w:pPr>
            <w:r>
              <w:rPr>
                <w:b/>
                <w:sz w:val="21"/>
              </w:rPr>
              <w:t>Hold on to this.</w:t>
            </w:r>
            <w:r>
              <w:rPr>
                <w:sz w:val="21"/>
              </w:rPr>
              <w:t xml:space="preserve"> Temptation almost never arrives as one dramatic invitation to ruin. It comes by small reversals: treating the strange as normal, letting a false voice define God, changing the word, stepping outside God-given responsibility, and remaining silent when obedience requires speech.</w:t>
            </w:r>
          </w:p>
        </w:tc>
      </w:tr>
    </w:tbl>
    <w:p w14:paraId="474F7EC8" w14:textId="77777777" w:rsidR="00BB0E83" w:rsidRDefault="00BB0E83">
      <w:pPr>
        <w:spacing w:after="220"/>
      </w:pPr>
    </w:p>
    <w:p w14:paraId="4FBFAB60" w14:textId="77777777" w:rsidR="00BB0E83" w:rsidRDefault="00000000">
      <w:pPr>
        <w:keepNext/>
        <w:keepLines/>
        <w:spacing w:before="380" w:after="140" w:line="274" w:lineRule="auto"/>
      </w:pPr>
      <w:r>
        <w:rPr>
          <w:rFonts w:ascii="Georgia" w:hAnsi="Georgia"/>
          <w:b/>
          <w:color w:val="1B474D"/>
          <w:sz w:val="29"/>
        </w:rPr>
        <w:t>Eve's answer: adding, subtracting, and losing the name</w:t>
      </w:r>
    </w:p>
    <w:p w14:paraId="071E7139" w14:textId="77777777" w:rsidR="00BB0E83" w:rsidRDefault="00000000">
      <w:pPr>
        <w:keepLines/>
        <w:pBdr>
          <w:left w:val="single" w:sz="14" w:space="10" w:color="C9C6BE"/>
        </w:pBdr>
        <w:spacing w:before="220" w:after="40" w:line="302" w:lineRule="auto"/>
        <w:ind w:left="490" w:right="432"/>
      </w:pPr>
      <w:r>
        <w:rPr>
          <w:rFonts w:ascii="Georgia" w:hAnsi="Georgia"/>
          <w:sz w:val="21"/>
        </w:rPr>
        <w:t>And the woman said to the serpent, “From the fruit of the trees of the garden we may eat; but from the fruit of the tree which is in the midst of the garden, God said, ‘You shall not eat from it, and you shall not touch it, lest you die.’”</w:t>
      </w:r>
    </w:p>
    <w:p w14:paraId="35EA4809" w14:textId="77777777" w:rsidR="00BB0E83" w:rsidRDefault="00000000">
      <w:pPr>
        <w:spacing w:before="20" w:after="260" w:line="240" w:lineRule="auto"/>
        <w:ind w:left="490"/>
      </w:pPr>
      <w:r>
        <w:rPr>
          <w:caps/>
          <w:color w:val="6B6964"/>
          <w:sz w:val="18"/>
        </w:rPr>
        <w:t>Genesis 3:2–3, LSB</w:t>
      </w:r>
    </w:p>
    <w:p w14:paraId="77DA612D" w14:textId="77777777" w:rsidR="00BB0E83" w:rsidRDefault="00000000">
      <w:r>
        <w:lastRenderedPageBreak/>
        <w:t>Eve's answer exposes two possibilities. Either she does not know the command accurately, or she has revised it into what makes sense to her. Perhaps she reasons, “Well, if I cannot eat it, I must not be allowed to touch it either.” But that is not what God said. God said they could freely eat from every tree except the tree of the knowledge of good and evil. He never said, “You shall not touch it.”</w:t>
      </w:r>
    </w:p>
    <w:p w14:paraId="0FCEE85F" w14:textId="77777777" w:rsidR="00BB0E83" w:rsidRDefault="00000000">
      <w:r>
        <w:t>Eve adds to the command.</w:t>
      </w:r>
    </w:p>
    <w:p w14:paraId="0FB54315" w14:textId="77777777" w:rsidR="00BB0E83" w:rsidRDefault="00000000">
      <w:r>
        <w:t xml:space="preserve">She also weakens the warning. God said, literally, “dying you will die.” This doubled Hebrew construction makes the certainty forceful: </w:t>
      </w:r>
      <w:r>
        <w:rPr>
          <w:b/>
        </w:rPr>
        <w:t>you will surely die</w:t>
      </w:r>
      <w:r>
        <w:t>. Eve says, “lest you die,” language that softens the warning toward “you might die.” The command has become both stricter and softer in her mouth. She makes God appear harsher than He is by adding a prohibition, and safer than He is by weakening the consequence.</w:t>
      </w:r>
    </w:p>
    <w:p w14:paraId="37DB2371" w14:textId="77777777" w:rsidR="00BB0E83" w:rsidRDefault="00000000">
      <w:r>
        <w:t xml:space="preserve">Then notice the name again. Eve calls Him only </w:t>
      </w:r>
      <w:r>
        <w:rPr>
          <w:i/>
        </w:rPr>
        <w:t>Elohim</w:t>
      </w:r>
      <w:r>
        <w:t>, “God,” just as the serpent did. She does not say Yahweh God. The serpent’s tactic is working. The covenant name has slipped from the conversation, and with it the felt weight of the God who has given her every good thing.</w:t>
      </w:r>
    </w:p>
    <w:p w14:paraId="6CEB8356" w14:textId="77777777" w:rsidR="00BB0E83" w:rsidRDefault="00000000">
      <w:r>
        <w:t>Adding to God’s word and subtracting from God’s word are the same sin from opposite directions. Both place us above the word as editors. Both distort the character of God. Add a rule God did not give, and you make Him look crueler, narrower, and more controlling than He is. Remove a warning God did give, and you make Him look safer, less holy, and less truthful than He is. One says, “God demands more than He actually demands.” The other says, “God cares less than He actually cares.” Neither is faithfulness.</w:t>
      </w:r>
    </w:p>
    <w:p w14:paraId="221A598E" w14:textId="77777777" w:rsidR="00BB0E83" w:rsidRDefault="00000000">
      <w:r>
        <w:t>This pattern repeats in the church today. Men bolt their own rules onto Scripture, bind consciences where God has not bound them, and call that holiness. Then, in other places, men sand down real warnings until commands become suggestions and judgment becomes a topic too impolite to name. One church tells people they must not touch what God has not forbidden. Another tells people they will not surely die when God has spoken plainly. Both have left the word of God.</w:t>
      </w:r>
    </w:p>
    <w:p w14:paraId="67EA51DC" w14:textId="77777777" w:rsidR="00BB0E83" w:rsidRDefault="00000000">
      <w:r>
        <w:t>Church, do not let culture revise the word. Do not let your fear revise the word. Do not let your preferences revise the word. Read what God said. Keep what God said. Believe the goodness of the One who said it.</w:t>
      </w:r>
    </w:p>
    <w:p w14:paraId="23534462" w14:textId="77777777" w:rsidR="00BB0E83" w:rsidRDefault="00000000">
      <w:r>
        <w:t>And Adam is still silent.</w:t>
      </w:r>
    </w:p>
    <w:p w14:paraId="4C7326D0" w14:textId="77777777" w:rsidR="00BB0E83" w:rsidRDefault="00000000">
      <w:r>
        <w:rPr>
          <w:b/>
        </w:rPr>
        <w:lastRenderedPageBreak/>
        <w:t>WHERE IS HE?</w:t>
      </w:r>
    </w:p>
    <w:p w14:paraId="78A4D0C7" w14:textId="77777777" w:rsidR="00BB0E83" w:rsidRDefault="00000000">
      <w:pPr>
        <w:keepNext/>
        <w:keepLines/>
        <w:spacing w:before="380" w:after="140" w:line="274" w:lineRule="auto"/>
      </w:pPr>
      <w:r>
        <w:rPr>
          <w:rFonts w:ascii="Georgia" w:hAnsi="Georgia"/>
          <w:b/>
          <w:color w:val="1B474D"/>
          <w:sz w:val="29"/>
        </w:rPr>
        <w:t>The kill shot: Genesis 3:4–5</w:t>
      </w:r>
    </w:p>
    <w:p w14:paraId="65EA4C9D" w14:textId="77777777" w:rsidR="00BB0E83" w:rsidRDefault="00000000">
      <w:pPr>
        <w:keepLines/>
        <w:pBdr>
          <w:left w:val="single" w:sz="14" w:space="10" w:color="C9C6BE"/>
        </w:pBdr>
        <w:spacing w:before="220" w:after="40" w:line="302" w:lineRule="auto"/>
        <w:ind w:left="490" w:right="432"/>
      </w:pPr>
      <w:r>
        <w:rPr>
          <w:rFonts w:ascii="Georgia" w:hAnsi="Georgia"/>
          <w:sz w:val="21"/>
        </w:rPr>
        <w:t>And the serpent said to the woman, “You surely will not die! For God knows that in the day you eat from it your eyes will be opened, and you will be like God, knowing good and evil.”</w:t>
      </w:r>
    </w:p>
    <w:p w14:paraId="688A19A5" w14:textId="77777777" w:rsidR="00BB0E83" w:rsidRDefault="00000000">
      <w:pPr>
        <w:spacing w:before="20" w:after="260" w:line="240" w:lineRule="auto"/>
        <w:ind w:left="490"/>
      </w:pPr>
      <w:r>
        <w:rPr>
          <w:caps/>
          <w:color w:val="6B6964"/>
          <w:sz w:val="18"/>
        </w:rPr>
        <w:t>Genesis 3:4–5, LSB</w:t>
      </w:r>
    </w:p>
    <w:p w14:paraId="1506BD63" w14:textId="77777777" w:rsidR="00BB0E83" w:rsidRDefault="00000000">
      <w:r>
        <w:t xml:space="preserve">Now the serpent moves in for the kill. His words are not vague. In Hebrew, </w:t>
      </w:r>
      <w:r>
        <w:rPr>
          <w:i/>
        </w:rPr>
        <w:t>lo mot tamutun</w:t>
      </w:r>
      <w:r>
        <w:t xml:space="preserve"> means, emphatically, “You surely will not die.” It is a flat, deliberate contradiction of God's exact words. God said, “dying you will die.” Satan says, “You surely will not die.” The father of lies does not merely offer another perspective. He calls God false.</w:t>
      </w:r>
    </w:p>
    <w:p w14:paraId="3E9C4EC4" w14:textId="77777777" w:rsidR="00BB0E83" w:rsidRDefault="00000000">
      <w:r>
        <w:t>Then comes the theological genius of the lie. Eve is already made in God's image. Genesis 1:27 says that God created mankind in His own image, male and female He created them. Eve is already “like” God in the creaturely sense God intended. She reflects Him. She bears His image. She has dignity given by Him. The serpent does not invent a false desire from nothing. He redirects a real dignity she already possesses into a grasping for something that was never hers.</w:t>
      </w:r>
    </w:p>
    <w:p w14:paraId="0D8679D7" w14:textId="77777777" w:rsidR="00BB0E83" w:rsidRDefault="00000000">
      <w:r>
        <w:t>Listen to the pitch at length:</w:t>
      </w:r>
    </w:p>
    <w:p w14:paraId="7AFCEF44" w14:textId="77777777" w:rsidR="00BB0E83" w:rsidRDefault="00000000">
      <w:pPr>
        <w:keepLines/>
        <w:pBdr>
          <w:left w:val="single" w:sz="14" w:space="10" w:color="C9C6BE"/>
        </w:pBdr>
        <w:spacing w:before="220" w:after="40" w:line="302" w:lineRule="auto"/>
        <w:ind w:left="490" w:right="432"/>
      </w:pPr>
      <w:r>
        <w:rPr>
          <w:rFonts w:ascii="Georgia" w:hAnsi="Georgia"/>
          <w:sz w:val="21"/>
        </w:rPr>
        <w:t>“You really believe that, Eve? God just doesn't want you to have something. He wants to keep you in the dark. All you have to do is reach out your hand and make yourself like God. He is holding you back and holding you down. He wants to keep you under his thumb so he can control you.”</w:t>
      </w:r>
    </w:p>
    <w:p w14:paraId="5473EC74" w14:textId="77777777" w:rsidR="00BB0E83" w:rsidRDefault="00000000">
      <w:r>
        <w:t>Sound familiar?</w:t>
      </w:r>
    </w:p>
    <w:p w14:paraId="7E42F594" w14:textId="77777777" w:rsidR="00BB0E83" w:rsidRDefault="00000000">
      <w:r>
        <w:t>This is the oldest pitch in the world. “God is keeping the good thing from you. God’s boundary is oppression. You do not need to wait, receive, trust, or obey. Take. Make yourself. Define yourself. Reach out your hand.” The lie succeeds because it makes rebellion feel like freedom and creaturely dependence feel like humiliation.</w:t>
      </w:r>
    </w:p>
    <w:tbl>
      <w:tblPr>
        <w:tblW w:w="0" w:type="auto"/>
        <w:tblLayout w:type="fixed"/>
        <w:tblLook w:val="04A0" w:firstRow="1" w:lastRow="0" w:firstColumn="1" w:lastColumn="0" w:noHBand="0" w:noVBand="1"/>
      </w:tblPr>
      <w:tblGrid>
        <w:gridCol w:w="8640"/>
      </w:tblGrid>
      <w:tr w:rsidR="00BB0E83" w14:paraId="0BF5539A" w14:textId="77777777">
        <w:tc>
          <w:tcPr>
            <w:tcW w:w="8640" w:type="dxa"/>
            <w:shd w:val="clear" w:color="auto" w:fill="F1EFE9"/>
            <w:tcMar>
              <w:top w:w="150" w:type="dxa"/>
              <w:left w:w="200" w:type="dxa"/>
              <w:bottom w:w="150" w:type="dxa"/>
              <w:right w:w="200" w:type="dxa"/>
            </w:tcMar>
          </w:tcPr>
          <w:p w14:paraId="69D42DFE" w14:textId="77777777" w:rsidR="00BB0E83" w:rsidRDefault="00000000">
            <w:pPr>
              <w:spacing w:after="0" w:line="302" w:lineRule="auto"/>
            </w:pPr>
            <w:r>
              <w:rPr>
                <w:b/>
                <w:sz w:val="21"/>
              </w:rPr>
              <w:t>A note on this reading.</w:t>
            </w:r>
            <w:r>
              <w:rPr>
                <w:sz w:val="21"/>
              </w:rPr>
              <w:t xml:space="preserve"> The author’s stated view is that God required man to learn the knowledge of good and evil directly from Him, in His time, rather than by seizing fruit. The tree therefore marks not a rejection of wisdom itself, but a rejection of wisdom received from God. Obedience is about God’s timing, God’s will, and God’s way, not our demand to have what we want when we want it.</w:t>
            </w:r>
          </w:p>
        </w:tc>
      </w:tr>
    </w:tbl>
    <w:p w14:paraId="5D94E4C1" w14:textId="77777777" w:rsidR="00BB0E83" w:rsidRDefault="00BB0E83">
      <w:pPr>
        <w:spacing w:after="220"/>
      </w:pPr>
    </w:p>
    <w:p w14:paraId="3418A797" w14:textId="77777777" w:rsidR="00BB0E83" w:rsidRDefault="00000000">
      <w:r>
        <w:t>The serpent also knows things about the tree that Genesis has never recorded as being told to anyone but Adam. He knows the tree concerns opened eyes. He knows it concerns knowing good and evil. He knows how to frame it in a way that will appeal to Eve. That should have been a flashing sign of danger. A creature is speaking information about the one prohibited tree, information bound up with Adam’s received command, and it is using that knowledge to turn Eve against God.</w:t>
      </w:r>
    </w:p>
    <w:p w14:paraId="30E21FC7" w14:textId="77777777" w:rsidR="00BB0E83" w:rsidRDefault="00000000">
      <w:r>
        <w:t>If Adam was ever going to interject, it is now. This conversation should never have been allowed to happen. But now the serpent openly denies the death penalty and openly accuses God of holding Eve down. The danger is no longer subtle. Adam should confront the lie, protect his wife, and bring the matter before God. He does not.</w:t>
      </w:r>
    </w:p>
    <w:p w14:paraId="6DE9D98D" w14:textId="77777777" w:rsidR="00BB0E83" w:rsidRDefault="00000000">
      <w:pPr>
        <w:keepNext/>
        <w:keepLines/>
        <w:spacing w:before="380" w:after="140" w:line="274" w:lineRule="auto"/>
      </w:pPr>
      <w:r>
        <w:rPr>
          <w:rFonts w:ascii="Georgia" w:hAnsi="Georgia"/>
          <w:b/>
          <w:color w:val="1B474D"/>
          <w:sz w:val="29"/>
        </w:rPr>
        <w:t>The Second Adam answers the tempter</w:t>
      </w:r>
    </w:p>
    <w:p w14:paraId="3F4BE245" w14:textId="77777777" w:rsidR="00BB0E83" w:rsidRDefault="00000000">
      <w:r>
        <w:t>The first Adam fails in a garden. The Second Adam meets the same tempter in a wilderness.</w:t>
      </w:r>
    </w:p>
    <w:p w14:paraId="5D344835" w14:textId="77777777" w:rsidR="00BB0E83" w:rsidRDefault="00000000">
      <w:r>
        <w:t>Matthew 4:1–11 shows Jesus tempted by the devil after forty days of fasting. The devil says, “If You are the Son of God…” He seeks to make Jesus prove His identity by acting independently of the Father. He offers bread, spectacle, and kingdoms. He uses words. He even quotes Scripture badly, wrenching it from its faithful meaning.</w:t>
      </w:r>
    </w:p>
    <w:p w14:paraId="39C2FC9C" w14:textId="77777777" w:rsidR="00BB0E83" w:rsidRDefault="00000000">
      <w:r>
        <w:t>Jesus does not meet the tempter with a new revelation, an emotional outburst, or a negotiation. He answers, “It is written.” He handles the word exactly. Where Eve misquoted and mishandled the word, Jesus wields it faithfully. Where the serpent questioned the goodness of God, Jesus trusts the Father. Where Adam remained silent before the liar, Christ speaks the truth and commands the devil to leave.</w:t>
      </w:r>
    </w:p>
    <w:p w14:paraId="0861C0F8" w14:textId="77777777" w:rsidR="00BB0E83" w:rsidRDefault="00000000">
      <w:r>
        <w:t>The Second Adam meets the same tempter with the same weapon Eve had: the word of God. And He does not fail. That matters because the story of Genesis 3 is not merely a story about how badly we have fallen. It is moving toward the One who stands where Adam did not stand, obeys where Adam did not obey, and defeats the serpent where Adam gave him room. Part Four will take us further into that victory.</w:t>
      </w:r>
    </w:p>
    <w:p w14:paraId="2934AAD5" w14:textId="77777777" w:rsidR="00BB0E83" w:rsidRDefault="00000000">
      <w:pPr>
        <w:keepNext/>
        <w:keepLines/>
        <w:spacing w:before="380" w:after="140" w:line="274" w:lineRule="auto"/>
      </w:pPr>
      <w:r>
        <w:rPr>
          <w:rFonts w:ascii="Georgia" w:hAnsi="Georgia"/>
          <w:b/>
          <w:color w:val="1B474D"/>
          <w:sz w:val="29"/>
        </w:rPr>
        <w:lastRenderedPageBreak/>
        <w:t>Four verbs, and the world is over: Genesis 3:6</w:t>
      </w:r>
    </w:p>
    <w:p w14:paraId="648A84D1" w14:textId="77777777" w:rsidR="00BB0E83" w:rsidRDefault="00000000">
      <w:pPr>
        <w:keepLines/>
        <w:pBdr>
          <w:left w:val="single" w:sz="14" w:space="10" w:color="C9C6BE"/>
        </w:pBdr>
        <w:spacing w:before="220" w:after="40" w:line="302" w:lineRule="auto"/>
        <w:ind w:left="490" w:right="432"/>
      </w:pPr>
      <w:r>
        <w:rPr>
          <w:rFonts w:ascii="Georgia" w:hAnsi="Georgia"/>
          <w:sz w:val="21"/>
        </w:rPr>
        <w:t>Then the woman saw that the tree was good for food, and that it was a delight to the eyes, and that the tree was desirable to make one wise, so she took from its fruit and ate; and she gave also to her husband with her, and he ate.</w:t>
      </w:r>
    </w:p>
    <w:p w14:paraId="31164528" w14:textId="77777777" w:rsidR="00BB0E83" w:rsidRDefault="00000000">
      <w:pPr>
        <w:spacing w:before="20" w:after="260" w:line="240" w:lineRule="auto"/>
        <w:ind w:left="490"/>
      </w:pPr>
      <w:r>
        <w:rPr>
          <w:caps/>
          <w:color w:val="6B6964"/>
          <w:sz w:val="18"/>
        </w:rPr>
        <w:t>Genesis 3:6, LSB</w:t>
      </w:r>
    </w:p>
    <w:p w14:paraId="3E67D357" w14:textId="77777777" w:rsidR="00BB0E83" w:rsidRDefault="00000000">
      <w:r>
        <w:t xml:space="preserve">The verse slows down to show us what Eve saw, then races when she acts. The tree was good for food. It was a delight to the eyes. It was desirable to make one wise. The Hebrew word </w:t>
      </w:r>
      <w:r>
        <w:rPr>
          <w:i/>
        </w:rPr>
        <w:t>taavah</w:t>
      </w:r>
      <w:r>
        <w:t xml:space="preserve">, often rendered “attractive,” means “desirable.” The tree became an object of desire. The word </w:t>
      </w:r>
      <w:r>
        <w:rPr>
          <w:i/>
        </w:rPr>
        <w:t>chamad</w:t>
      </w:r>
      <w:r>
        <w:t>, “desirable for making one wise,” is from the same root used in the tenth commandment: “You shall not covet” (Deuteronomy 5:21). The first sin includes coveting.</w:t>
      </w:r>
    </w:p>
    <w:p w14:paraId="30239935" w14:textId="77777777" w:rsidR="00BB0E83" w:rsidRDefault="00000000">
      <w:r>
        <w:t>Eve sees what she does not have, decides it would be good for her, and reaches out to make it her own. The desire is not merely for fruit. It is for wisdom on her own terms. The fruit becomes the visible promise of moral independence.</w:t>
      </w:r>
    </w:p>
    <w:p w14:paraId="60B94F9B" w14:textId="77777777" w:rsidR="00BB0E83" w:rsidRDefault="00000000">
      <w:r>
        <w:t>John describes the same pattern:</w:t>
      </w:r>
    </w:p>
    <w:p w14:paraId="402FE6D8" w14:textId="77777777" w:rsidR="00BB0E83" w:rsidRDefault="00000000">
      <w:pPr>
        <w:keepLines/>
        <w:pBdr>
          <w:left w:val="single" w:sz="14" w:space="10" w:color="C9C6BE"/>
        </w:pBdr>
        <w:spacing w:before="220" w:after="40" w:line="302" w:lineRule="auto"/>
        <w:ind w:left="490" w:right="432"/>
      </w:pPr>
      <w:r>
        <w:rPr>
          <w:rFonts w:ascii="Georgia" w:hAnsi="Georgia"/>
          <w:sz w:val="21"/>
        </w:rPr>
        <w:t>For all that is in the world (the desire of the flesh and the desire of the eyes and the arrogance produced by material possessions) is not from the Father, but is from the world.</w:t>
      </w:r>
    </w:p>
    <w:p w14:paraId="08B7B7C6" w14:textId="77777777" w:rsidR="00BB0E83" w:rsidRDefault="00000000">
      <w:pPr>
        <w:spacing w:before="20" w:after="260" w:line="240" w:lineRule="auto"/>
        <w:ind w:left="490"/>
      </w:pPr>
      <w:r>
        <w:rPr>
          <w:caps/>
          <w:color w:val="6B6964"/>
          <w:sz w:val="18"/>
        </w:rPr>
        <w:t>1 John 2:16, NET</w:t>
      </w:r>
    </w:p>
    <w:p w14:paraId="0B11EF77" w14:textId="77777777" w:rsidR="00BB0E83" w:rsidRDefault="00000000">
      <w:r>
        <w:t>Genesis 3:6 maps onto that pattern with terrible clarity:</w:t>
      </w:r>
    </w:p>
    <w:p w14:paraId="4A1C551D" w14:textId="77777777" w:rsidR="00BB0E83" w:rsidRDefault="00000000">
      <w:pPr>
        <w:spacing w:after="100" w:line="307" w:lineRule="auto"/>
        <w:ind w:left="432" w:hanging="259"/>
      </w:pPr>
      <w:r>
        <w:rPr>
          <w:color w:val="1B474D"/>
        </w:rPr>
        <w:t xml:space="preserve">•   </w:t>
      </w:r>
      <w:r>
        <w:rPr>
          <w:b/>
        </w:rPr>
        <w:t>Good for food:</w:t>
      </w:r>
      <w:r>
        <w:t xml:space="preserve"> the lust of the flesh, the appetite that wants immediate satisfaction.</w:t>
      </w:r>
    </w:p>
    <w:p w14:paraId="3BFA0BCF" w14:textId="77777777" w:rsidR="00BB0E83" w:rsidRDefault="00000000">
      <w:pPr>
        <w:spacing w:after="100" w:line="307" w:lineRule="auto"/>
        <w:ind w:left="432" w:hanging="259"/>
      </w:pPr>
      <w:r>
        <w:rPr>
          <w:color w:val="1B474D"/>
        </w:rPr>
        <w:t xml:space="preserve">•   </w:t>
      </w:r>
      <w:r>
        <w:rPr>
          <w:b/>
        </w:rPr>
        <w:t>A delight to the eyes:</w:t>
      </w:r>
      <w:r>
        <w:t xml:space="preserve"> the lust of the eyes, the desire awakened by what is seen.</w:t>
      </w:r>
    </w:p>
    <w:p w14:paraId="02A3C89D" w14:textId="77777777" w:rsidR="00BB0E83" w:rsidRDefault="00000000">
      <w:pPr>
        <w:spacing w:after="100" w:line="307" w:lineRule="auto"/>
        <w:ind w:left="432" w:hanging="259"/>
      </w:pPr>
      <w:r>
        <w:rPr>
          <w:color w:val="1B474D"/>
        </w:rPr>
        <w:t xml:space="preserve">•   </w:t>
      </w:r>
      <w:r>
        <w:rPr>
          <w:b/>
        </w:rPr>
        <w:t>Desirable to make one wise:</w:t>
      </w:r>
      <w:r>
        <w:t xml:space="preserve"> the pride of life, the hunger to exalt the self and possess wisdom apart from God.</w:t>
      </w:r>
    </w:p>
    <w:p w14:paraId="6053DC4A" w14:textId="77777777" w:rsidR="00BB0E83" w:rsidRDefault="00000000">
      <w:r>
        <w:t xml:space="preserve">Then the Hebrew gives us devastating rapidity: </w:t>
      </w:r>
      <w:r>
        <w:rPr>
          <w:b/>
        </w:rPr>
        <w:t>she took… she ate… she gave… he ate.</w:t>
      </w:r>
      <w:r>
        <w:t xml:space="preserve"> Four verbs, and the world is over. No lengthy debate after that. No heroic recovery. Sin moves quickly once pride has accepted the lie. The hand that reaches for independence discovers not freedom but rebellion.</w:t>
      </w:r>
    </w:p>
    <w:p w14:paraId="0C36F800" w14:textId="77777777" w:rsidR="00BB0E83" w:rsidRDefault="00000000">
      <w:pPr>
        <w:keepNext/>
        <w:keepLines/>
        <w:spacing w:before="380" w:after="140" w:line="274" w:lineRule="auto"/>
      </w:pPr>
      <w:r>
        <w:rPr>
          <w:rFonts w:ascii="Georgia" w:hAnsi="Georgia"/>
          <w:b/>
          <w:color w:val="1B474D"/>
          <w:sz w:val="29"/>
        </w:rPr>
        <w:lastRenderedPageBreak/>
        <w:t>Eve's sin: pride wearing the face of compassion</w:t>
      </w:r>
    </w:p>
    <w:p w14:paraId="33D4DECF" w14:textId="77777777" w:rsidR="00BB0E83" w:rsidRDefault="00000000">
      <w:r>
        <w:t>Eve stepped out of her role. She was overconfident in her ability to discern and interpret God’s command. She saw something she lacked and decided she could take it for her own good and for her own wisdom. Then she acted on impulse with total disregard for the consequences.</w:t>
      </w:r>
    </w:p>
    <w:p w14:paraId="087477A1" w14:textId="77777777" w:rsidR="00BB0E83" w:rsidRDefault="00000000">
      <w:r>
        <w:t xml:space="preserve">The core is pride. The thought underneath the act is this: </w:t>
      </w:r>
      <w:r>
        <w:rPr>
          <w:b/>
        </w:rPr>
        <w:t>“I do not need God anymore if I eat the fruit. I will not need God to teach me; I will know for myself.”</w:t>
      </w:r>
      <w:r>
        <w:t xml:space="preserve"> This is not merely hunger. This is not mere curiosity. It is the refusal to remain a creature who learns from her Creator.</w:t>
      </w:r>
    </w:p>
    <w:tbl>
      <w:tblPr>
        <w:tblW w:w="0" w:type="auto"/>
        <w:tblLayout w:type="fixed"/>
        <w:tblLook w:val="04A0" w:firstRow="1" w:lastRow="0" w:firstColumn="1" w:lastColumn="0" w:noHBand="0" w:noVBand="1"/>
      </w:tblPr>
      <w:tblGrid>
        <w:gridCol w:w="8640"/>
      </w:tblGrid>
      <w:tr w:rsidR="00BB0E83" w14:paraId="58C3594C" w14:textId="77777777">
        <w:tc>
          <w:tcPr>
            <w:tcW w:w="8640" w:type="dxa"/>
            <w:shd w:val="clear" w:color="auto" w:fill="F1EFE9"/>
            <w:tcMar>
              <w:top w:w="150" w:type="dxa"/>
              <w:left w:w="200" w:type="dxa"/>
              <w:bottom w:w="150" w:type="dxa"/>
              <w:right w:w="200" w:type="dxa"/>
            </w:tcMar>
          </w:tcPr>
          <w:p w14:paraId="771E1973" w14:textId="77777777" w:rsidR="00BB0E83" w:rsidRDefault="00000000">
            <w:pPr>
              <w:spacing w:after="0" w:line="302" w:lineRule="auto"/>
            </w:pPr>
            <w:r>
              <w:rPr>
                <w:b/>
                <w:sz w:val="21"/>
              </w:rPr>
              <w:t>A note on this reading.</w:t>
            </w:r>
            <w:r>
              <w:rPr>
                <w:sz w:val="21"/>
              </w:rPr>
              <w:t xml:space="preserve"> The author’s interpretation is that the theme here is pride: God provided everything to creation in Genesis 2, and humanity’s responsibility was to uphold obedience. In pride, Eve sought to be like God on terms God had not given.</w:t>
            </w:r>
          </w:p>
        </w:tc>
      </w:tr>
    </w:tbl>
    <w:p w14:paraId="594590A6" w14:textId="77777777" w:rsidR="00BB0E83" w:rsidRDefault="00BB0E83">
      <w:pPr>
        <w:spacing w:after="220"/>
      </w:pPr>
    </w:p>
    <w:p w14:paraId="5CCB1A8D" w14:textId="77777777" w:rsidR="00BB0E83" w:rsidRDefault="00000000">
      <w:r>
        <w:t>Pride predates Adam and Eve. It was Satan’s own downfall, and it is precisely what the serpent is exploiting in the garden. Satan does not have to make Eve love evil as evil. He only has to make her believe she can become sufficient to herself. He only has to make the boundary feel beneath her.</w:t>
      </w:r>
    </w:p>
    <w:p w14:paraId="76C682CA" w14:textId="77777777" w:rsidR="00BB0E83" w:rsidRDefault="00000000">
      <w:r>
        <w:t xml:space="preserve">The author describes a particular dimension of Eve's temptation as </w:t>
      </w:r>
      <w:r>
        <w:rPr>
          <w:b/>
        </w:rPr>
        <w:t>the narcissism of compassion</w:t>
      </w:r>
      <w:r>
        <w:t>. It is the thought that says, “I am Eve, the mother of all creation. I am so compassionate and nurturing that I can bend all things to my will. I can mother anything into my image of what I want it to be.” Extended far enough, that instinct reaches even toward the most poisonous of snakes.</w:t>
      </w:r>
    </w:p>
    <w:p w14:paraId="38946AFB" w14:textId="77777777" w:rsidR="00BB0E83" w:rsidRDefault="00000000">
      <w:r>
        <w:t xml:space="preserve">That description is not an attack on maternal compassion. It is a warning about misdirecting a genuine gift. Maternal compassion is real. It is a God-given instinct to nurture, care for, encourage, heal, and mend in ways men do not fully understand. In its proper setting, it is </w:t>
      </w:r>
      <w:r>
        <w:rPr>
          <w:b/>
        </w:rPr>
        <w:t>the greatest gift God has given humanity</w:t>
      </w:r>
      <w:r>
        <w:t>. The capacity to carry life, bring life into the world, and nurture that life is weighty and holy. It is not weakness. It is not being a doormat or a footstool.</w:t>
      </w:r>
    </w:p>
    <w:p w14:paraId="30D8F2BB" w14:textId="77777777" w:rsidR="00BB0E83" w:rsidRDefault="00000000">
      <w:r>
        <w:t>But every strength becomes destructive when pride turns it into a claim to rule. Compassion is meant to complement, encourage, heal, and mend those whom it serves. It is exalted in humility, not boasted in as a badge of honor to conquer whatever resists it. A mother cannot redeem poison by loving it hard enough. Eve could not tame the serpent by engaging it. The poisonous voice had to be rejected.</w:t>
      </w:r>
    </w:p>
    <w:p w14:paraId="0DE4B7B8" w14:textId="77777777" w:rsidR="00BB0E83" w:rsidRDefault="00000000">
      <w:r>
        <w:lastRenderedPageBreak/>
        <w:t>Ladies, cherish this quality because God designed you this way. Your worth is not defined by what society tells you is impressive. Your worth is defined by God. You are responsible for carrying life inside you, bringing that life into the world, and nurturing it. Future generations depend on how seriously you revere godly womanhood. Your future husbands, your children, and your households are your priority responsibility before everything else.</w:t>
      </w:r>
    </w:p>
    <w:p w14:paraId="1A68C1C6" w14:textId="77777777" w:rsidR="00BB0E83" w:rsidRDefault="00000000">
      <w:r>
        <w:t>There is no more important job than motherhood within the confines of marriage. If you do it rightly, it will be the hardest thing you ever do. That is not a demotion. It is an honor with a weight most of the world has forgotten how to see.</w:t>
      </w:r>
    </w:p>
    <w:p w14:paraId="3FDE77AF" w14:textId="77777777" w:rsidR="00BB0E83" w:rsidRDefault="00000000">
      <w:r>
        <w:t xml:space="preserve">This is why the author critiques the feminist movement so sharply. It repeats the tactic used in the garden: </w:t>
      </w:r>
      <w:r>
        <w:rPr>
          <w:b/>
        </w:rPr>
        <w:t>“You can have this thing that is not rightfully yours. Take it.”</w:t>
      </w:r>
      <w:r>
        <w:t xml:space="preserve"> It promises to make women strong, independent, and empowered, yet it does the opposite by placing women in a domain not designed for them. Not because women are lesser creatures, but because they were not created for that role. The promise of liberation becomes another invitation to leave God's order and call the result freedom.</w:t>
      </w:r>
    </w:p>
    <w:p w14:paraId="54A25B9A" w14:textId="77777777" w:rsidR="00BB0E83" w:rsidRDefault="00000000">
      <w:r>
        <w:t>Young ladies, this will cost you. You may be cast out of popular social structures. You may be called backward, weak, foolish, or a loser. Wear that rejection the way the apostles wore their floggings: as evidence that obedience to Christ matters more than acceptance by the world. When people attack, bully, or exclude you for honoring God’s command, do not let them define your worth. Your family first. God’s word first. His approval first.</w:t>
      </w:r>
    </w:p>
    <w:p w14:paraId="73A0F36A" w14:textId="77777777" w:rsidR="00BB0E83" w:rsidRDefault="00000000">
      <w:r>
        <w:t>Eve overreached, claiming for herself what she desired at the expense of losing everything. She stepped outside her role into one designed for Adam.</w:t>
      </w:r>
    </w:p>
    <w:p w14:paraId="00A72CDC" w14:textId="77777777" w:rsidR="00BB0E83" w:rsidRDefault="00000000">
      <w:r>
        <w:t>But here is your out, Ladies. While you committed the act of sin, it was never your responsibility. It was Adam’s.</w:t>
      </w:r>
    </w:p>
    <w:p w14:paraId="2870B76F" w14:textId="77777777" w:rsidR="00BB0E83" w:rsidRDefault="00000000">
      <w:pPr>
        <w:keepNext/>
        <w:keepLines/>
        <w:spacing w:before="380" w:after="140" w:line="274" w:lineRule="auto"/>
      </w:pPr>
      <w:r>
        <w:rPr>
          <w:rFonts w:ascii="Georgia" w:hAnsi="Georgia"/>
          <w:b/>
          <w:color w:val="1B474D"/>
          <w:sz w:val="29"/>
        </w:rPr>
        <w:t>Adam's sin: the cowardice of a silent man</w:t>
      </w:r>
    </w:p>
    <w:p w14:paraId="0739EA0E" w14:textId="77777777" w:rsidR="00BB0E83" w:rsidRDefault="00000000">
      <w:r>
        <w:t>Genesis does not leave Adam at a distance. Eve gives fruit “to her husband with her,” and he eats. First Timothy 2:14 says Adam was not deceived. Eve was deceived; Adam knowingly transgressed. He was close enough to see a serpent conversing with his wife about the one tree God had forbidden on pain of death. He had received that command directly. He knew what was at stake.</w:t>
      </w:r>
    </w:p>
    <w:p w14:paraId="53D4DA10" w14:textId="77777777" w:rsidR="00BB0E83" w:rsidRDefault="00000000">
      <w:r>
        <w:lastRenderedPageBreak/>
        <w:t>Adam allowed Eve to be tempted. Adam allowed Eve to wander, at least to some degree, alone. Adam did not protect Eve. He did not step in when the serpent began its theological assault. And then, instead of reporting the matter to God or confronting her disobedience, he ate.</w:t>
      </w:r>
    </w:p>
    <w:p w14:paraId="27BE7822" w14:textId="77777777" w:rsidR="00BB0E83" w:rsidRDefault="00000000">
      <w:r>
        <w:t>Here comes the romance, Ladies. Here comes the Romeo and Juliet part:</w:t>
      </w:r>
    </w:p>
    <w:p w14:paraId="51138A1D" w14:textId="77777777" w:rsidR="00BB0E83" w:rsidRDefault="00000000">
      <w:pPr>
        <w:keepLines/>
        <w:pBdr>
          <w:left w:val="single" w:sz="14" w:space="10" w:color="C9C6BE"/>
        </w:pBdr>
        <w:spacing w:before="220" w:after="40" w:line="302" w:lineRule="auto"/>
        <w:ind w:left="490" w:right="432"/>
      </w:pPr>
      <w:r>
        <w:rPr>
          <w:rFonts w:ascii="Georgia" w:hAnsi="Georgia"/>
          <w:sz w:val="21"/>
        </w:rPr>
        <w:t>“I love you so much, Eve, that I would rather spend eternity in hell with you than eternity apart from you with God. I will follow you into the depths of hell if that is what you want. In order to impress you and prove how much I love you, I will also rebel against God, because I love you more than I love God. I care about you more than I care about God.”</w:t>
      </w:r>
    </w:p>
    <w:p w14:paraId="75A66B99" w14:textId="77777777" w:rsidR="00BB0E83" w:rsidRDefault="00000000">
      <w:r>
        <w:t xml:space="preserve">Ladies, this is the man you do not want. You want the man who says </w:t>
      </w:r>
      <w:r>
        <w:rPr>
          <w:b/>
        </w:rPr>
        <w:t>NO</w:t>
      </w:r>
      <w:r>
        <w:t>.</w:t>
      </w:r>
    </w:p>
    <w:p w14:paraId="0C7AD076" w14:textId="77777777" w:rsidR="00BB0E83" w:rsidRDefault="00000000">
      <w:r>
        <w:t>Be afraid of the man who says, “I will give you whatever your heart desires as long as it makes you happy. Your happiness means more to me than your standing before God. Eve, I care more about your feelings than God’s commandment.” That is not love. A man who does not correct you when you go against God’s commandment is not a godly man, and vice versa.</w:t>
      </w:r>
    </w:p>
    <w:p w14:paraId="5E9BE65A" w14:textId="77777777" w:rsidR="00BB0E83" w:rsidRDefault="00000000">
      <w:r>
        <w:t>A man who seeks God does not simply give a woman everything she wants because she wants it. He counsels with God first. He asks whether what is wanted can be used to God’s glory. He is not trying to crush her personality or win an argument. He is trying to protect her standing before God because he loves God more than he loves approval from her.</w:t>
      </w:r>
    </w:p>
    <w:p w14:paraId="1DE10056" w14:textId="77777777" w:rsidR="00BB0E83" w:rsidRDefault="00000000">
      <w:r>
        <w:t>Ephesians 5:27 gives the direction of a husband's calling. Christ sanctifies and cleanses His church so that He might present her to Himself in splendor, without spot or wrinkle, holy and blameless. Husbands are called to love their wives as Christ loved the church. That means a husband is charged to care about more than a wife’s momentary happiness. He is charged to seek her holiness. When he refuses to correct, refuses to protect, refuses to speak, and allows deceit to carry her away, he will answer to God for failing the one entrusted to his care.</w:t>
      </w:r>
    </w:p>
    <w:p w14:paraId="5BD69D76" w14:textId="77777777" w:rsidR="00BB0E83" w:rsidRDefault="00000000">
      <w:r>
        <w:t>Men, this is not a license to become tyrants. It is a summons to become Christlike. Christ does not lead by selfish force. He gives Himself up. He knows the word. He tells the truth. He protects His bride at cost to Himself. Adam did the opposite. He protected himself, sacrificed Eve, and then, as we will see in Part Three, blamed both the woman and God.</w:t>
      </w:r>
    </w:p>
    <w:p w14:paraId="536396E0" w14:textId="77777777" w:rsidR="00BB0E83" w:rsidRDefault="00000000">
      <w:r>
        <w:t xml:space="preserve">Dennis F. Kinlaw put it plainly: “The devil never asks us to become his servants... self-interest now rules. And that is the essence of sin.” The devil did not ask Eve to bow down and worship </w:t>
      </w:r>
      <w:r>
        <w:lastRenderedPageBreak/>
        <w:t>him. He invited her to serve herself. He did not ask Adam to bow before a statue. He exposed Adam’s nature by allowing him to worship Eve’s happiness and wants above everything else.</w:t>
      </w:r>
    </w:p>
    <w:p w14:paraId="2E9FF581" w14:textId="77777777" w:rsidR="00BB0E83" w:rsidRDefault="00000000">
      <w:r>
        <w:t>The shift is not usually from Christ to obvious evil. It is from Christ to self. It is from the will of God to my appetite, my fear, my desire to be liked, my desire to keep peace at any cost, my desire to control the outcome. Adam’s rebellion looked loving because it followed Eve. But it was not love. It was self-interest wrapped in romance.</w:t>
      </w:r>
    </w:p>
    <w:p w14:paraId="499A1F71" w14:textId="77777777" w:rsidR="00BB0E83" w:rsidRDefault="00000000">
      <w:pPr>
        <w:keepNext/>
        <w:keepLines/>
        <w:spacing w:before="380" w:after="140" w:line="274" w:lineRule="auto"/>
      </w:pPr>
      <w:r>
        <w:rPr>
          <w:rFonts w:ascii="Georgia" w:hAnsi="Georgia"/>
          <w:b/>
          <w:color w:val="1B474D"/>
          <w:sz w:val="29"/>
        </w:rPr>
        <w:t>How these conversations should happen in a marriage</w:t>
      </w:r>
    </w:p>
    <w:p w14:paraId="38B51A20" w14:textId="77777777" w:rsidR="00BB0E83" w:rsidRDefault="00000000">
      <w:r>
        <w:t>The answer to Adam’s failure is not a home where a husband talks and a wife is expected to have no voice. That would merely replace one distortion with another. The author is clear about how these conversations should actually happen: open conversation where both parties genuinely participate, genuinely care, and genuinely listen to where the other is coming from.</w:t>
      </w:r>
    </w:p>
    <w:p w14:paraId="16B822EE" w14:textId="77777777" w:rsidR="00BB0E83" w:rsidRDefault="00000000">
      <w:r>
        <w:t>A godly husband and wife do not speak merely to score points. They do not listen merely to prepare a better rebuttal. They do not enter a disagreement determined to make the other person see their side. They listen in order to understand. They seek common ground. They work toward a faithful compromise where a compromise is possible. And where God has spoken plainly, they submit together to Him.</w:t>
      </w:r>
    </w:p>
    <w:p w14:paraId="3120CE1E" w14:textId="77777777" w:rsidR="00BB0E83" w:rsidRDefault="00000000">
      <w:r>
        <w:t>Couples, ask yourselves what happens when tension rises in your home.</w:t>
      </w:r>
    </w:p>
    <w:p w14:paraId="52901D94" w14:textId="77777777" w:rsidR="00BB0E83" w:rsidRDefault="00000000">
      <w:pPr>
        <w:spacing w:after="100" w:line="307" w:lineRule="auto"/>
        <w:ind w:left="432" w:hanging="259"/>
      </w:pPr>
      <w:r>
        <w:rPr>
          <w:color w:val="1B474D"/>
        </w:rPr>
        <w:t xml:space="preserve">•   </w:t>
      </w:r>
      <w:r>
        <w:t>Do you try to win, or do you try to understand?</w:t>
      </w:r>
    </w:p>
    <w:p w14:paraId="7DCB97F2" w14:textId="77777777" w:rsidR="00BB0E83" w:rsidRDefault="00000000">
      <w:pPr>
        <w:spacing w:after="100" w:line="307" w:lineRule="auto"/>
        <w:ind w:left="432" w:hanging="259"/>
      </w:pPr>
      <w:r>
        <w:rPr>
          <w:color w:val="1B474D"/>
        </w:rPr>
        <w:t xml:space="preserve">•   </w:t>
      </w:r>
      <w:r>
        <w:t>Do you use Scripture as a weapon against one another, or do you place yourselves under Scripture together?</w:t>
      </w:r>
    </w:p>
    <w:p w14:paraId="06910F4F" w14:textId="77777777" w:rsidR="00BB0E83" w:rsidRDefault="00000000">
      <w:pPr>
        <w:spacing w:after="100" w:line="307" w:lineRule="auto"/>
        <w:ind w:left="432" w:hanging="259"/>
      </w:pPr>
      <w:r>
        <w:rPr>
          <w:color w:val="1B474D"/>
        </w:rPr>
        <w:t xml:space="preserve">•   </w:t>
      </w:r>
      <w:r>
        <w:t>Do you hide fear behind silence?</w:t>
      </w:r>
    </w:p>
    <w:p w14:paraId="06050EDD" w14:textId="77777777" w:rsidR="00BB0E83" w:rsidRDefault="00000000">
      <w:pPr>
        <w:spacing w:after="100" w:line="307" w:lineRule="auto"/>
        <w:ind w:left="432" w:hanging="259"/>
      </w:pPr>
      <w:r>
        <w:rPr>
          <w:color w:val="1B474D"/>
        </w:rPr>
        <w:t xml:space="preserve">•   </w:t>
      </w:r>
      <w:r>
        <w:t>Do you hide control behind spiritual language?</w:t>
      </w:r>
    </w:p>
    <w:p w14:paraId="0B17DA81" w14:textId="77777777" w:rsidR="00BB0E83" w:rsidRDefault="00000000">
      <w:pPr>
        <w:spacing w:after="100" w:line="307" w:lineRule="auto"/>
        <w:ind w:left="432" w:hanging="259"/>
      </w:pPr>
      <w:r>
        <w:rPr>
          <w:color w:val="1B474D"/>
        </w:rPr>
        <w:t xml:space="preserve">•   </w:t>
      </w:r>
      <w:r>
        <w:t>Do you care more about being right than about the other person’s holiness and good?</w:t>
      </w:r>
    </w:p>
    <w:p w14:paraId="2D262C67" w14:textId="77777777" w:rsidR="00BB0E83" w:rsidRDefault="00000000">
      <w:r>
        <w:t>Godly leadership does not remove real conversation. It makes real conversation safer because it refuses manipulation, passivity, and pride. Godly submission is not mute fear. It is strength under control, trust in God’s design, and a shared desire to obey Christ.</w:t>
      </w:r>
    </w:p>
    <w:p w14:paraId="2C824555" w14:textId="77777777" w:rsidR="00BB0E83" w:rsidRDefault="00000000">
      <w:pPr>
        <w:keepNext/>
        <w:keepLines/>
        <w:spacing w:before="380" w:after="140" w:line="274" w:lineRule="auto"/>
      </w:pPr>
      <w:r>
        <w:rPr>
          <w:rFonts w:ascii="Georgia" w:hAnsi="Georgia"/>
          <w:b/>
          <w:color w:val="1B474D"/>
          <w:sz w:val="29"/>
        </w:rPr>
        <w:lastRenderedPageBreak/>
        <w:t>The flaws of masculine and feminine pride</w:t>
      </w:r>
    </w:p>
    <w:p w14:paraId="1CAAA686" w14:textId="77777777" w:rsidR="00BB0E83" w:rsidRDefault="00000000">
      <w:r>
        <w:t>The Fall shows not only one generic sin but two related distortions of pride. Both Adam and Eve leave the place of humble dependence on God. Yet they do so with different failures.</w:t>
      </w:r>
    </w:p>
    <w:p w14:paraId="59C31195" w14:textId="77777777" w:rsidR="00BB0E83" w:rsidRDefault="00000000">
      <w:pPr>
        <w:keepNext/>
        <w:keepLines/>
        <w:spacing w:before="260" w:after="100" w:line="278" w:lineRule="auto"/>
      </w:pPr>
      <w:r>
        <w:rPr>
          <w:b/>
          <w:color w:val="1B474D"/>
        </w:rPr>
        <w:t>Eve: the narcissism of compassion</w:t>
      </w:r>
    </w:p>
    <w:p w14:paraId="2B867618" w14:textId="77777777" w:rsidR="00BB0E83" w:rsidRDefault="00000000">
      <w:r>
        <w:t>Eve’s sin includes the narcissism of compassion. She believes she can encompass all things, extend nurture where discernment should say no, and mother even what is poisonous into her own image of what it ought to become. She misinterprets God’s command and assumes authority she was not given.</w:t>
      </w:r>
    </w:p>
    <w:p w14:paraId="606D3EF3" w14:textId="77777777" w:rsidR="00BB0E83" w:rsidRDefault="00000000">
      <w:r>
        <w:t>Her compassion, which is beautiful when humble and rightly directed, becomes pride when it treats her own judgment as final. She sees the serpent’s invitation, sees the fruit, and believes her understanding can improve upon God’s command. That is the overreach.</w:t>
      </w:r>
    </w:p>
    <w:p w14:paraId="5A14CE03" w14:textId="77777777" w:rsidR="00BB0E83" w:rsidRDefault="00000000">
      <w:pPr>
        <w:keepNext/>
        <w:keepLines/>
        <w:spacing w:before="260" w:after="100" w:line="278" w:lineRule="auto"/>
      </w:pPr>
      <w:r>
        <w:rPr>
          <w:b/>
          <w:color w:val="1B474D"/>
        </w:rPr>
        <w:t>Adam: the overreach of order</w:t>
      </w:r>
    </w:p>
    <w:p w14:paraId="6B302BD8" w14:textId="77777777" w:rsidR="00BB0E83" w:rsidRDefault="00000000">
      <w:r>
        <w:t>Adam’s sin is the overreach of order. He believes he can redefine reality for Eve’s sake. He can impose order or abandon it indiscriminately, depending on what serves his immediate desire. He should lead with conviction, but he abdicates responsibility. He should guard the garden, but he allows the garden to be invaded. He should correct, but he stays silent. He should obey God, but he makes Eve’s happiness his highest law.</w:t>
      </w:r>
    </w:p>
    <w:p w14:paraId="320EE6BF" w14:textId="77777777" w:rsidR="00BB0E83" w:rsidRDefault="00000000">
      <w:r>
        <w:t>This is masculine pride at its worst: not courageous order under God, but cowardly control or cowardly abandonment. A man may bark commands to make himself feel strong, or he may refuse to give any direction because he is afraid to be disliked. Both are failures. Neither is biblical leadership.</w:t>
      </w:r>
    </w:p>
    <w:tbl>
      <w:tblPr>
        <w:tblW w:w="0" w:type="auto"/>
        <w:tblLayout w:type="fixed"/>
        <w:tblLook w:val="04A0" w:firstRow="1" w:lastRow="0" w:firstColumn="1" w:lastColumn="0" w:noHBand="0" w:noVBand="1"/>
      </w:tblPr>
      <w:tblGrid>
        <w:gridCol w:w="8640"/>
      </w:tblGrid>
      <w:tr w:rsidR="00BB0E83" w14:paraId="040E0241" w14:textId="77777777">
        <w:tc>
          <w:tcPr>
            <w:tcW w:w="8640" w:type="dxa"/>
            <w:shd w:val="clear" w:color="auto" w:fill="F1EFE9"/>
            <w:tcMar>
              <w:top w:w="150" w:type="dxa"/>
              <w:left w:w="200" w:type="dxa"/>
              <w:bottom w:w="150" w:type="dxa"/>
              <w:right w:w="200" w:type="dxa"/>
            </w:tcMar>
          </w:tcPr>
          <w:p w14:paraId="00B6E8CF" w14:textId="77777777" w:rsidR="00BB0E83" w:rsidRDefault="00000000">
            <w:pPr>
              <w:spacing w:after="0" w:line="302" w:lineRule="auto"/>
            </w:pPr>
            <w:r>
              <w:rPr>
                <w:b/>
                <w:sz w:val="21"/>
              </w:rPr>
              <w:t>Plain terms.</w:t>
            </w:r>
            <w:r>
              <w:rPr>
                <w:sz w:val="21"/>
              </w:rPr>
              <w:t xml:space="preserve"> Passion is like water: harnessed within boundaries, it nourishes; uncontrolled, it destroys.</w:t>
            </w:r>
          </w:p>
        </w:tc>
      </w:tr>
    </w:tbl>
    <w:p w14:paraId="28791BCE" w14:textId="77777777" w:rsidR="00BB0E83" w:rsidRDefault="00BB0E83">
      <w:pPr>
        <w:spacing w:after="220"/>
      </w:pPr>
    </w:p>
    <w:p w14:paraId="492C88E8" w14:textId="77777777" w:rsidR="00BB0E83" w:rsidRDefault="00000000">
      <w:r>
        <w:t>The image applies to both. Compassion without discernment can become destructive. Order without humility can become destructive. Desire without obedience becomes a flood. But passion placed within God's boundaries gives life. A river watered Eden because it had a course. Water with no boundary destroys homes.</w:t>
      </w:r>
    </w:p>
    <w:p w14:paraId="4C8D0961" w14:textId="77777777" w:rsidR="00BB0E83" w:rsidRDefault="00000000">
      <w:pPr>
        <w:keepNext/>
        <w:keepLines/>
        <w:spacing w:before="380" w:after="140" w:line="274" w:lineRule="auto"/>
      </w:pPr>
      <w:r>
        <w:rPr>
          <w:rFonts w:ascii="Georgia" w:hAnsi="Georgia"/>
          <w:b/>
          <w:color w:val="1B474D"/>
          <w:sz w:val="29"/>
        </w:rPr>
        <w:lastRenderedPageBreak/>
        <w:t>The illusion of moral autonomy</w:t>
      </w:r>
    </w:p>
    <w:p w14:paraId="59ADAF58" w14:textId="77777777" w:rsidR="00BB0E83" w:rsidRDefault="00000000">
      <w:r>
        <w:t xml:space="preserve">The knowledge of good and evil is more than bare awareness of right and wrong. The temptation carries the claimed right to </w:t>
      </w:r>
      <w:r>
        <w:rPr>
          <w:b/>
        </w:rPr>
        <w:t>redefine morality</w:t>
      </w:r>
      <w:r>
        <w:t>. Eve is not simply being told she will learn more facts. She is being offered the right to decide for herself what good and evil will mean.</w:t>
      </w:r>
    </w:p>
    <w:p w14:paraId="772CAC64" w14:textId="77777777" w:rsidR="00BB0E83" w:rsidRDefault="00000000">
      <w:r>
        <w:t>That is Satan’s own posture. He sets himself above God. He imagines that self-rule can replace divine authority. He presents God’s limits as a prison and self-definition as escape. But when the creature rejects the Creator, the creature does not become free. He loses the only true ground on which freedom can stand.</w:t>
      </w:r>
    </w:p>
    <w:p w14:paraId="07DE67FA" w14:textId="77777777" w:rsidR="00BB0E83" w:rsidRDefault="00000000">
      <w:r>
        <w:t>A philosopher named Friedrich Nietzsche made a parallel argument in a different setting. In plain terms, Nietzsche argued that humanity had dispensed with God and therefore must invent its own values. People would need to create meaning for themselves rather than receive truth from above. That may sound sophisticated, but it is exactly the serpent’s offer in the garden: “You decide. You create the values. You define good and evil for yourself.”</w:t>
      </w:r>
    </w:p>
    <w:p w14:paraId="7A4787CE" w14:textId="77777777" w:rsidR="00BB0E83" w:rsidRDefault="00000000">
      <w:r>
        <w:t>The problem is not that people become truly independent. No one is. When eternal values are rejected, human identity is destroyed rather than liberated. “I can do whatever I want” collapses into “whatever impulse grips me rules me.” A man who says he has no master soon discovers he is ruled by lust, anger, fear, envy, appetite, approval, money, power, or despair.</w:t>
      </w:r>
    </w:p>
    <w:p w14:paraId="2531ED90" w14:textId="77777777" w:rsidR="00BB0E83" w:rsidRDefault="00000000">
      <w:r>
        <w:t>Moral autonomy is an illusion. You will serve something. The question is whether you will serve the God who made you and tells you the truth, or whether you will serve the shifting desires inside you. The serpent offers Eve self-rule. What he gives her is slavery to a lie.</w:t>
      </w:r>
    </w:p>
    <w:p w14:paraId="07736D61" w14:textId="77777777" w:rsidR="00BB0E83" w:rsidRDefault="00000000">
      <w:pPr>
        <w:keepNext/>
        <w:keepLines/>
        <w:spacing w:before="380" w:after="140" w:line="274" w:lineRule="auto"/>
      </w:pPr>
      <w:r>
        <w:rPr>
          <w:rFonts w:ascii="Georgia" w:hAnsi="Georgia"/>
          <w:b/>
          <w:color w:val="1B474D"/>
          <w:sz w:val="29"/>
        </w:rPr>
        <w:t>Eyes opened, innocence gone: Genesis 3:7</w:t>
      </w:r>
    </w:p>
    <w:p w14:paraId="7237E153" w14:textId="77777777" w:rsidR="00BB0E83" w:rsidRDefault="00000000">
      <w:pPr>
        <w:keepLines/>
        <w:pBdr>
          <w:left w:val="single" w:sz="14" w:space="10" w:color="C9C6BE"/>
        </w:pBdr>
        <w:spacing w:before="220" w:after="40" w:line="302" w:lineRule="auto"/>
        <w:ind w:left="490" w:right="432"/>
      </w:pPr>
      <w:r>
        <w:rPr>
          <w:rFonts w:ascii="Georgia" w:hAnsi="Georgia"/>
          <w:sz w:val="21"/>
        </w:rPr>
        <w:t>Then the eyes of both of them were opened, and they knew that they were naked; and they sewed fig leaves together and made themselves loin coverings.</w:t>
      </w:r>
    </w:p>
    <w:p w14:paraId="64CC2B1B" w14:textId="77777777" w:rsidR="00BB0E83" w:rsidRDefault="00000000">
      <w:pPr>
        <w:spacing w:before="20" w:after="260" w:line="240" w:lineRule="auto"/>
        <w:ind w:left="490"/>
      </w:pPr>
      <w:r>
        <w:rPr>
          <w:caps/>
          <w:color w:val="6B6964"/>
          <w:sz w:val="18"/>
        </w:rPr>
        <w:t>Genesis 3:7, LSB</w:t>
      </w:r>
    </w:p>
    <w:p w14:paraId="079E91B0" w14:textId="77777777" w:rsidR="00BB0E83" w:rsidRDefault="00000000">
      <w:r>
        <w:t>The serpent told Eve her eyes would be opened. They are. But this is not physical sight. Adam and Eve did not gain functioning eyeballs when they sinned. Their eyes are opened to moral awareness. They now know guilt. They know exposure. They know that something between themselves, one another, and God has been broken.</w:t>
      </w:r>
    </w:p>
    <w:p w14:paraId="6947CF79" w14:textId="77777777" w:rsidR="00BB0E83" w:rsidRDefault="00000000">
      <w:r>
        <w:lastRenderedPageBreak/>
        <w:t xml:space="preserve">Nakedness reverses meaning. Genesis 2:25 said they were naked and unashamed. Their nakedness signified innocence, purity, transparency, and safety. Now the same nakedness means shame, vulnerability, and exposure. The Hebrew word </w:t>
      </w:r>
      <w:r>
        <w:rPr>
          <w:i/>
        </w:rPr>
        <w:t>bosh</w:t>
      </w:r>
      <w:r>
        <w:t>, “ashamed,” is stronger than ordinary embarrassment. It includes the fear of being exposed and exploited.</w:t>
      </w:r>
    </w:p>
    <w:p w14:paraId="02EF3A30" w14:textId="77777777" w:rsidR="00BB0E83" w:rsidRDefault="00000000">
      <w:r>
        <w:t>The first result of their promised enlightenment is not godlike mastery. It is shame.</w:t>
      </w:r>
    </w:p>
    <w:p w14:paraId="2E980620" w14:textId="77777777" w:rsidR="00BB0E83" w:rsidRDefault="00000000">
      <w:r>
        <w:t>Then they sew fig leaves together. This is the first religion. Humanity tries to deal with sin by its own effort. Adam and Eve cover themselves with something they can grow, gather, arrange, and tie around their bodies. They make a covering out of creation. They make a solution with their own hands.</w:t>
      </w:r>
    </w:p>
    <w:p w14:paraId="192FC66E" w14:textId="77777777" w:rsidR="00BB0E83" w:rsidRDefault="00000000">
      <w:r>
        <w:t>But fig leaves cannot remove guilt. They can conceal parts of the body, but they cannot cleanse the conscience. They are a covering that humanity made from something it grew, rather than a covering provided by God through something that had to die.</w:t>
      </w:r>
    </w:p>
    <w:p w14:paraId="58DC3B68" w14:textId="77777777" w:rsidR="00BB0E83" w:rsidRDefault="00000000">
      <w:r>
        <w:t>That contrast is exact, and it must be held hard. Genesis 3:7 gives us human religion: self-made leaves. Genesis 3:21, which Part Three will handle, gives us God’s provision: garments of skin. One is man trying to hide. The other is God acting to cover. One costs Adam and Eve their labor. The other points forward to the cost of atonement.</w:t>
      </w:r>
    </w:p>
    <w:tbl>
      <w:tblPr>
        <w:tblW w:w="0" w:type="auto"/>
        <w:tblLayout w:type="fixed"/>
        <w:tblLook w:val="04A0" w:firstRow="1" w:lastRow="0" w:firstColumn="1" w:lastColumn="0" w:noHBand="0" w:noVBand="1"/>
      </w:tblPr>
      <w:tblGrid>
        <w:gridCol w:w="8640"/>
      </w:tblGrid>
      <w:tr w:rsidR="00BB0E83" w14:paraId="10F8CE14" w14:textId="77777777">
        <w:tc>
          <w:tcPr>
            <w:tcW w:w="8640" w:type="dxa"/>
            <w:shd w:val="clear" w:color="auto" w:fill="F1EFE9"/>
            <w:tcMar>
              <w:top w:w="150" w:type="dxa"/>
              <w:left w:w="200" w:type="dxa"/>
              <w:bottom w:w="150" w:type="dxa"/>
              <w:right w:w="200" w:type="dxa"/>
            </w:tcMar>
          </w:tcPr>
          <w:p w14:paraId="13DFEFA2" w14:textId="77777777" w:rsidR="00BB0E83" w:rsidRDefault="00000000">
            <w:pPr>
              <w:spacing w:after="0" w:line="302" w:lineRule="auto"/>
            </w:pPr>
            <w:r>
              <w:rPr>
                <w:b/>
                <w:sz w:val="21"/>
              </w:rPr>
              <w:t>Hold on to this.</w:t>
            </w:r>
            <w:r>
              <w:rPr>
                <w:sz w:val="21"/>
              </w:rPr>
              <w:t xml:space="preserve"> Every false gospel is a fig-leaf gospel. It tells sinners to make themselves presentable, cover their shame, improve their record, and hide the stain. The gospel begins where fig leaves fail: God provides what the sinner cannot provide for himself.</w:t>
            </w:r>
          </w:p>
        </w:tc>
      </w:tr>
    </w:tbl>
    <w:p w14:paraId="34069FE5" w14:textId="77777777" w:rsidR="00BB0E83" w:rsidRDefault="00BB0E83">
      <w:pPr>
        <w:spacing w:after="220"/>
      </w:pPr>
    </w:p>
    <w:p w14:paraId="7D30EABB" w14:textId="77777777" w:rsidR="00BB0E83" w:rsidRDefault="00000000">
      <w:pPr>
        <w:keepNext/>
        <w:keepLines/>
        <w:spacing w:before="380" w:after="140" w:line="274" w:lineRule="auto"/>
      </w:pPr>
      <w:r>
        <w:rPr>
          <w:rFonts w:ascii="Georgia" w:hAnsi="Georgia"/>
          <w:b/>
          <w:color w:val="1B474D"/>
          <w:sz w:val="29"/>
        </w:rPr>
        <w:t>What the Fall actually was</w:t>
      </w:r>
    </w:p>
    <w:p w14:paraId="58AA0044" w14:textId="77777777" w:rsidR="00BB0E83" w:rsidRDefault="00000000">
      <w:r>
        <w:t>The Fall was not merely eating fruit. It was abandoning responsibility and letting pride have its moment.</w:t>
      </w:r>
    </w:p>
    <w:p w14:paraId="0CD9261F" w14:textId="77777777" w:rsidR="00BB0E83" w:rsidRDefault="00000000">
      <w:r>
        <w:t>Eve abandoned humble dependence on God’s word. She took what she believed would make her wise apart from God. Adam abandoned the responsibility entrusted to him. He let deception unfold, refused to protect, followed Eve knowingly into rebellion, and placed her desire above obedience to God. The serpent’s lie did not create the will to sin out of nothing. It found the imperfection of the human will and exploited it.</w:t>
      </w:r>
    </w:p>
    <w:p w14:paraId="01981895" w14:textId="77777777" w:rsidR="00BB0E83" w:rsidRDefault="00000000">
      <w:r>
        <w:t>The curse did not invent new flaws. It exploited the imperfection of the will of man.</w:t>
      </w:r>
    </w:p>
    <w:p w14:paraId="42F3AAC6" w14:textId="77777777" w:rsidR="00BB0E83" w:rsidRDefault="00000000">
      <w:r>
        <w:lastRenderedPageBreak/>
        <w:t>We were made in God’s image, but we are not God. That matters. We can choose wrongly. God cannot. We are not perfect, and this imperfection places our will against God’s will whenever we decide that our way is better than His. We must rely on Him in every decision because the moment we make ourselves the final authority, we recreate the choice in the garden.</w:t>
      </w:r>
    </w:p>
    <w:p w14:paraId="18EB52F0" w14:textId="77777777" w:rsidR="00BB0E83" w:rsidRDefault="00000000">
      <w:r>
        <w:t>Every sin that has ever happened or ever will happen is born in the same way Eve’s was: a decision made apart from God, according to our own will. “I do not need God. I can do this on my own.” Or, “I do not like Your way, God. I want to do it my way.” That is pride. That is the old serpent’s voice finding a home in the human heart.</w:t>
      </w:r>
    </w:p>
    <w:p w14:paraId="16D97A70" w14:textId="77777777" w:rsidR="00BB0E83" w:rsidRDefault="00000000">
      <w:r>
        <w:t>The patterns are still playing out in marriages, homes, churches, and nations.</w:t>
      </w:r>
    </w:p>
    <w:p w14:paraId="303AC579" w14:textId="77777777" w:rsidR="00BB0E83" w:rsidRDefault="00000000">
      <w:pPr>
        <w:spacing w:after="100" w:line="307" w:lineRule="auto"/>
        <w:ind w:left="432" w:hanging="259"/>
      </w:pPr>
      <w:r>
        <w:rPr>
          <w:color w:val="1B474D"/>
        </w:rPr>
        <w:t xml:space="preserve">•   </w:t>
      </w:r>
      <w:r>
        <w:t>Women are tempted to control, to step into authority not given by God, and to call overreach strength.</w:t>
      </w:r>
    </w:p>
    <w:p w14:paraId="59B681EE" w14:textId="77777777" w:rsidR="00BB0E83" w:rsidRDefault="00000000">
      <w:pPr>
        <w:spacing w:after="100" w:line="307" w:lineRule="auto"/>
        <w:ind w:left="432" w:hanging="259"/>
      </w:pPr>
      <w:r>
        <w:rPr>
          <w:color w:val="1B474D"/>
        </w:rPr>
        <w:t xml:space="preserve">•   </w:t>
      </w:r>
      <w:r>
        <w:t>Men are tempted to passivity, cowardice, and the refusal to lead, protect, correct, and sacrifice.</w:t>
      </w:r>
    </w:p>
    <w:p w14:paraId="49A37288" w14:textId="77777777" w:rsidR="00BB0E83" w:rsidRDefault="00000000">
      <w:pPr>
        <w:spacing w:after="100" w:line="307" w:lineRule="auto"/>
        <w:ind w:left="432" w:hanging="259"/>
      </w:pPr>
      <w:r>
        <w:rPr>
          <w:color w:val="1B474D"/>
        </w:rPr>
        <w:t xml:space="preserve">•   </w:t>
      </w:r>
      <w:r>
        <w:t>Both are tempted to make the other person’s approval more important than God’s command.</w:t>
      </w:r>
    </w:p>
    <w:p w14:paraId="1E6DBAE7" w14:textId="77777777" w:rsidR="00BB0E83" w:rsidRDefault="00000000">
      <w:pPr>
        <w:spacing w:after="100" w:line="307" w:lineRule="auto"/>
        <w:ind w:left="432" w:hanging="259"/>
      </w:pPr>
      <w:r>
        <w:rPr>
          <w:color w:val="1B474D"/>
        </w:rPr>
        <w:t xml:space="preserve">•   </w:t>
      </w:r>
      <w:r>
        <w:t>Both are tempted to edit God’s word until it serves what they already wanted.</w:t>
      </w:r>
    </w:p>
    <w:p w14:paraId="72A7EE2E" w14:textId="77777777" w:rsidR="00BB0E83" w:rsidRDefault="00000000">
      <w:pPr>
        <w:spacing w:after="100" w:line="307" w:lineRule="auto"/>
        <w:ind w:left="432" w:hanging="259"/>
      </w:pPr>
      <w:r>
        <w:rPr>
          <w:color w:val="1B474D"/>
        </w:rPr>
        <w:t xml:space="preserve">•   </w:t>
      </w:r>
      <w:r>
        <w:t>Both are tempted to hide behind fig leaves when the truth would require confession.</w:t>
      </w:r>
    </w:p>
    <w:p w14:paraId="2F6958BE" w14:textId="77777777" w:rsidR="00BB0E83" w:rsidRDefault="00000000">
      <w:r>
        <w:t>This is not a power struggle. It is the destruction of an order designed to work together. When Paul speaks in Ephesians 5 of wives submitting and husbands loving sacrificially, he is not promoting domination. He is calling the church back toward the order lost in the garden. The husband is called to lead not with pride or force, but with humility and sacrifice in the likeness of Christ. The wife’s submission is not weakness. It is strength under control, trust, and alignment with God’s design. And both are first called to submit to God.</w:t>
      </w:r>
    </w:p>
    <w:tbl>
      <w:tblPr>
        <w:tblW w:w="0" w:type="auto"/>
        <w:tblLayout w:type="fixed"/>
        <w:tblLook w:val="04A0" w:firstRow="1" w:lastRow="0" w:firstColumn="1" w:lastColumn="0" w:noHBand="0" w:noVBand="1"/>
      </w:tblPr>
      <w:tblGrid>
        <w:gridCol w:w="8640"/>
      </w:tblGrid>
      <w:tr w:rsidR="00BB0E83" w14:paraId="0EE81640" w14:textId="77777777">
        <w:tc>
          <w:tcPr>
            <w:tcW w:w="8640" w:type="dxa"/>
            <w:shd w:val="clear" w:color="auto" w:fill="F1EFE9"/>
            <w:tcMar>
              <w:top w:w="150" w:type="dxa"/>
              <w:left w:w="200" w:type="dxa"/>
              <w:bottom w:w="150" w:type="dxa"/>
              <w:right w:w="200" w:type="dxa"/>
            </w:tcMar>
          </w:tcPr>
          <w:p w14:paraId="777E3894" w14:textId="77777777" w:rsidR="00BB0E83" w:rsidRDefault="00000000">
            <w:pPr>
              <w:spacing w:after="0" w:line="302" w:lineRule="auto"/>
            </w:pPr>
            <w:r>
              <w:rPr>
                <w:b/>
                <w:sz w:val="21"/>
              </w:rPr>
              <w:t>Hold on to this.</w:t>
            </w:r>
          </w:p>
          <w:p w14:paraId="404D7183" w14:textId="77777777" w:rsidR="00BB0E83" w:rsidRDefault="00000000">
            <w:pPr>
              <w:spacing w:before="100" w:after="0" w:line="302" w:lineRule="auto"/>
              <w:ind w:left="346" w:hanging="230"/>
            </w:pPr>
            <w:r>
              <w:rPr>
                <w:color w:val="1B474D"/>
                <w:sz w:val="21"/>
              </w:rPr>
              <w:t xml:space="preserve">•   </w:t>
            </w:r>
            <w:r>
              <w:rPr>
                <w:sz w:val="21"/>
              </w:rPr>
              <w:t>God’s word must not be added to, subtracted from, or negotiated with.</w:t>
            </w:r>
          </w:p>
          <w:p w14:paraId="76089038" w14:textId="77777777" w:rsidR="00BB0E83" w:rsidRDefault="00000000">
            <w:pPr>
              <w:spacing w:before="100" w:after="0" w:line="302" w:lineRule="auto"/>
              <w:ind w:left="346" w:hanging="230"/>
            </w:pPr>
            <w:r>
              <w:rPr>
                <w:color w:val="1B474D"/>
                <w:sz w:val="21"/>
              </w:rPr>
              <w:t xml:space="preserve">•   </w:t>
            </w:r>
            <w:r>
              <w:rPr>
                <w:sz w:val="21"/>
              </w:rPr>
              <w:t>The oldest lie is that God is withholding what would make you truly free.</w:t>
            </w:r>
          </w:p>
          <w:p w14:paraId="4191A82F" w14:textId="77777777" w:rsidR="00BB0E83" w:rsidRDefault="00000000">
            <w:pPr>
              <w:spacing w:before="100" w:after="0" w:line="302" w:lineRule="auto"/>
              <w:ind w:left="346" w:hanging="230"/>
            </w:pPr>
            <w:r>
              <w:rPr>
                <w:color w:val="1B474D"/>
                <w:sz w:val="21"/>
              </w:rPr>
              <w:t xml:space="preserve">•   </w:t>
            </w:r>
            <w:r>
              <w:rPr>
                <w:sz w:val="21"/>
              </w:rPr>
              <w:t>Pride does not always sound arrogant. Sometimes it sounds like self-protection, self-definition, compassion without discernment, or love without obedience.</w:t>
            </w:r>
          </w:p>
          <w:p w14:paraId="0BEDE606" w14:textId="77777777" w:rsidR="00BB0E83" w:rsidRDefault="00000000">
            <w:pPr>
              <w:spacing w:before="100" w:after="0" w:line="302" w:lineRule="auto"/>
              <w:ind w:left="346" w:hanging="230"/>
            </w:pPr>
            <w:r>
              <w:rPr>
                <w:color w:val="1B474D"/>
                <w:sz w:val="21"/>
              </w:rPr>
              <w:t xml:space="preserve">•   </w:t>
            </w:r>
            <w:r>
              <w:rPr>
                <w:sz w:val="21"/>
              </w:rPr>
              <w:t>A silent man in a moment requiring courage is not neutral. He is abandoning responsibility.</w:t>
            </w:r>
          </w:p>
          <w:p w14:paraId="409E2A94" w14:textId="77777777" w:rsidR="00BB0E83" w:rsidRDefault="00000000">
            <w:pPr>
              <w:spacing w:before="100" w:after="0" w:line="302" w:lineRule="auto"/>
              <w:ind w:left="346" w:hanging="230"/>
            </w:pPr>
            <w:r>
              <w:rPr>
                <w:color w:val="1B474D"/>
                <w:sz w:val="21"/>
              </w:rPr>
              <w:t xml:space="preserve">•   </w:t>
            </w:r>
            <w:r>
              <w:rPr>
                <w:sz w:val="21"/>
              </w:rPr>
              <w:t>A desire that rejects God’s boundaries never gives freedom. It gives shame.</w:t>
            </w:r>
          </w:p>
          <w:p w14:paraId="0ED444AA" w14:textId="77777777" w:rsidR="00BB0E83" w:rsidRDefault="00000000">
            <w:pPr>
              <w:spacing w:before="100" w:after="0" w:line="302" w:lineRule="auto"/>
              <w:ind w:left="346" w:hanging="230"/>
            </w:pPr>
            <w:r>
              <w:rPr>
                <w:color w:val="1B474D"/>
                <w:sz w:val="21"/>
              </w:rPr>
              <w:lastRenderedPageBreak/>
              <w:t xml:space="preserve">•   </w:t>
            </w:r>
            <w:r>
              <w:rPr>
                <w:sz w:val="21"/>
              </w:rPr>
              <w:t>Fig leaves cannot cover sin. God must provide the covering.</w:t>
            </w:r>
          </w:p>
          <w:p w14:paraId="005AD985" w14:textId="77777777" w:rsidR="00BB0E83" w:rsidRDefault="00000000">
            <w:pPr>
              <w:spacing w:before="100" w:after="0" w:line="302" w:lineRule="auto"/>
              <w:ind w:left="346" w:hanging="230"/>
            </w:pPr>
            <w:r>
              <w:rPr>
                <w:color w:val="1B474D"/>
                <w:sz w:val="21"/>
              </w:rPr>
              <w:t xml:space="preserve">•   </w:t>
            </w:r>
            <w:r>
              <w:rPr>
                <w:sz w:val="21"/>
              </w:rPr>
              <w:t>We were made in God’s image, but we are not God. Wisdom begins with fearing Him, trusting Him, and obeying Him.</w:t>
            </w:r>
          </w:p>
          <w:p w14:paraId="385779CA" w14:textId="77777777" w:rsidR="00BB0E83" w:rsidRDefault="00000000">
            <w:pPr>
              <w:spacing w:before="100" w:after="0" w:line="302" w:lineRule="auto"/>
              <w:ind w:left="346" w:hanging="230"/>
            </w:pPr>
            <w:r>
              <w:rPr>
                <w:color w:val="1B474D"/>
                <w:sz w:val="21"/>
              </w:rPr>
              <w:t xml:space="preserve">•   </w:t>
            </w:r>
            <w:r>
              <w:rPr>
                <w:sz w:val="21"/>
              </w:rPr>
              <w:t>The Fall makes the need for the Second Adam unavoidable. Christ does not merely give advice to fallen people. He succeeds where Adam failed and provides what sinners cannot provide for themselves.</w:t>
            </w:r>
          </w:p>
        </w:tc>
      </w:tr>
    </w:tbl>
    <w:p w14:paraId="78AA4B45" w14:textId="77777777" w:rsidR="00BB0E83" w:rsidRDefault="00BB0E83">
      <w:pPr>
        <w:spacing w:after="220"/>
      </w:pPr>
    </w:p>
    <w:p w14:paraId="381694D9" w14:textId="77777777" w:rsidR="00BB0E83" w:rsidRDefault="00000000">
      <w:pPr>
        <w:spacing w:after="0"/>
      </w:pPr>
      <w:r>
        <w:br w:type="page"/>
      </w:r>
    </w:p>
    <w:p w14:paraId="55590932" w14:textId="77777777" w:rsidR="00BB0E83" w:rsidRDefault="00000000">
      <w:pPr>
        <w:keepNext/>
        <w:keepLines/>
        <w:spacing w:before="520" w:after="80"/>
      </w:pPr>
      <w:r>
        <w:rPr>
          <w:b/>
          <w:color w:val="6B6964"/>
          <w:sz w:val="20"/>
        </w:rPr>
        <w:lastRenderedPageBreak/>
        <w:t>PART THREE</w:t>
      </w:r>
    </w:p>
    <w:p w14:paraId="53C29E20" w14:textId="77777777" w:rsidR="00BB0E83" w:rsidRDefault="00000000">
      <w:pPr>
        <w:keepNext/>
        <w:keepLines/>
        <w:spacing w:after="120" w:line="254" w:lineRule="auto"/>
      </w:pPr>
      <w:r>
        <w:rPr>
          <w:rFonts w:ascii="Georgia" w:hAnsi="Georgia"/>
          <w:b/>
          <w:color w:val="123337"/>
          <w:sz w:val="46"/>
        </w:rPr>
        <w:t>After the Fall — The Curse, Sin, Death, and a World That Fights Back</w:t>
      </w:r>
    </w:p>
    <w:p w14:paraId="6C391F18" w14:textId="77777777" w:rsidR="00BB0E83" w:rsidRDefault="00BB0E83">
      <w:pPr>
        <w:keepNext/>
        <w:keepLines/>
        <w:pBdr>
          <w:bottom w:val="single" w:sz="10" w:space="2" w:color="C9C6BE"/>
        </w:pBdr>
        <w:spacing w:after="360"/>
      </w:pPr>
    </w:p>
    <w:p w14:paraId="666AC404" w14:textId="77777777" w:rsidR="00BB0E83" w:rsidRDefault="00000000">
      <w:pPr>
        <w:keepNext/>
        <w:keepLines/>
        <w:spacing w:before="380" w:after="140" w:line="274" w:lineRule="auto"/>
      </w:pPr>
      <w:r>
        <w:rPr>
          <w:rFonts w:ascii="Georgia" w:hAnsi="Georgia"/>
          <w:b/>
          <w:color w:val="1B474D"/>
          <w:sz w:val="29"/>
        </w:rPr>
        <w:t>The Sound in the Trees</w:t>
      </w:r>
    </w:p>
    <w:p w14:paraId="28EEC7AA" w14:textId="77777777" w:rsidR="00BB0E83" w:rsidRDefault="00000000">
      <w:r>
        <w:t>The fig leaves are not enough.</w:t>
      </w:r>
    </w:p>
    <w:p w14:paraId="6B6E820C" w14:textId="77777777" w:rsidR="00BB0E83" w:rsidRDefault="00000000">
      <w:r>
        <w:t>They have worked quickly, clumsily, desperately. Two people who had never known shame have suddenly become experts at concealment. They have stitched leaves together and tied them around themselves. The garden that had been open to them now seems full of places to disappear. Every branch is cover. Every trunk is a shield. Every shadow looks safer than the face of God.</w:t>
      </w:r>
    </w:p>
    <w:p w14:paraId="097FF688" w14:textId="77777777" w:rsidR="00BB0E83" w:rsidRDefault="00000000">
      <w:r>
        <w:t>Then they hear it.</w:t>
      </w:r>
    </w:p>
    <w:p w14:paraId="0D216FBD" w14:textId="77777777" w:rsidR="00BB0E83" w:rsidRDefault="00000000">
      <w:r>
        <w:t>Not the small sound of an evening visitor taking a pleasant walk. Not a gentle footfall at the edge of the garden. The language of Genesis 3:8 carries far more authority than that picture permits. The sound comes like a loud, thunderous, rushing wind returning through the garden. The God they have offended is approaching in power.</w:t>
      </w:r>
    </w:p>
    <w:p w14:paraId="56C85F34" w14:textId="77777777" w:rsidR="00BB0E83" w:rsidRDefault="00000000">
      <w:r>
        <w:t>Dad is mad.</w:t>
      </w:r>
    </w:p>
    <w:p w14:paraId="5FF93AE9" w14:textId="77777777" w:rsidR="00BB0E83" w:rsidRDefault="00000000">
      <w:r>
        <w:t>Adam and Eve crouch among the trees that God planted. Those trees had been gifts only hours before. Their fruit had been food. Their shade had been rest. Their beauty had been the proof of a generous Creator who withheld almost nothing. Now the very trees become hiding places. The gifts of God are being used to hide from God.</w:t>
      </w:r>
    </w:p>
    <w:p w14:paraId="7755E17F" w14:textId="77777777" w:rsidR="00BB0E83" w:rsidRDefault="00000000">
      <w:r>
        <w:t>Imagine the terror. They know something has changed, though they do not yet know the full reach of it. Their eyes have been opened, but not into godhood. They see themselves as guilty. Their bodies are the same bodies, but nakedness has become exposure. Their garden is the same garden, but it is no longer safe to them. The voice and presence that once meant life now make them afraid.</w:t>
      </w:r>
    </w:p>
    <w:p w14:paraId="34B8B1B5" w14:textId="77777777" w:rsidR="00BB0E83" w:rsidRDefault="00000000">
      <w:r>
        <w:lastRenderedPageBreak/>
        <w:t>Sin makes the sinner run from the One he most needs. It teaches people made for fellowship with God to hide behind leaves, and turns Eden into a courtroom before a sentence is announced.</w:t>
      </w:r>
    </w:p>
    <w:p w14:paraId="2C864E3D" w14:textId="77777777" w:rsidR="00BB0E83" w:rsidRDefault="00000000">
      <w:r>
        <w:t>But God comes. He does not abandon them in their hiding or leave them to invent their own covering. The Judge enters the garden, and before he speaks curse to serpent, woman, man, and ground, he asks a question.</w:t>
      </w:r>
    </w:p>
    <w:p w14:paraId="377439B3" w14:textId="77777777" w:rsidR="00BB0E83" w:rsidRDefault="00000000">
      <w:pPr>
        <w:keepNext/>
        <w:keepLines/>
        <w:spacing w:before="380" w:after="140" w:line="274" w:lineRule="auto"/>
      </w:pPr>
      <w:r>
        <w:rPr>
          <w:rFonts w:ascii="Georgia" w:hAnsi="Georgia"/>
          <w:b/>
          <w:color w:val="1B474D"/>
          <w:sz w:val="29"/>
        </w:rPr>
        <w:t>Genesis 3:8–10: The God Who Calls the Hiding Sinner</w:t>
      </w:r>
    </w:p>
    <w:p w14:paraId="00D66312" w14:textId="77777777" w:rsidR="00BB0E83" w:rsidRDefault="00000000">
      <w:pPr>
        <w:keepLines/>
        <w:pBdr>
          <w:left w:val="single" w:sz="14" w:space="10" w:color="C9C6BE"/>
        </w:pBdr>
        <w:spacing w:before="220" w:after="60" w:line="302" w:lineRule="auto"/>
        <w:ind w:left="490" w:right="432"/>
      </w:pPr>
      <w:r>
        <w:rPr>
          <w:rFonts w:ascii="Georgia" w:hAnsi="Georgia"/>
          <w:sz w:val="21"/>
        </w:rPr>
        <w:t>Then they heard the sound of Yahweh God walking in the garden in the cool of the day, and the man and his wife hid themselves from the presence of Yahweh God in the midst of the trees of the garden. Then Yahweh God called to the man and said to him, “Where are you?” And he said, “I heard the sound of You in the garden, and I was afraid because I was naked; so I hid.”</w:t>
      </w:r>
    </w:p>
    <w:p w14:paraId="3BA35140" w14:textId="77777777" w:rsidR="00BB0E83" w:rsidRDefault="00000000">
      <w:pPr>
        <w:keepLines/>
        <w:pBdr>
          <w:left w:val="single" w:sz="14" w:space="10" w:color="C9C6BE"/>
        </w:pBdr>
        <w:spacing w:before="60" w:after="40" w:line="302" w:lineRule="auto"/>
        <w:ind w:left="490" w:right="432"/>
      </w:pPr>
      <w:r>
        <w:rPr>
          <w:rFonts w:ascii="Georgia" w:hAnsi="Georgia"/>
          <w:sz w:val="21"/>
        </w:rPr>
        <w:t>— Genesis 3:8–10, LSB</w:t>
      </w:r>
    </w:p>
    <w:p w14:paraId="0370E86F" w14:textId="77777777" w:rsidR="00BB0E83" w:rsidRDefault="00000000">
      <w:r>
        <w:t xml:space="preserve">The phrase rendered “walking” or “moving about” comes from the Hebrew verb </w:t>
      </w:r>
      <w:r>
        <w:rPr>
          <w:i/>
        </w:rPr>
        <w:t>halakh</w:t>
      </w:r>
      <w:r>
        <w:t>. Here it appears in the Hitpael stem. A stem is a Hebrew verb pattern that adds a particular shade of meaning to a verb. In this case, it gives the sense of walking to and fro, back and forth, repeated movement through the garden. This is why “walking about” is a fair rendering. The picture is not of God discovering where Adam is. God is present and active in the garden.</w:t>
      </w:r>
    </w:p>
    <w:p w14:paraId="1D91A3A6" w14:textId="77777777" w:rsidR="00BB0E83" w:rsidRDefault="00000000">
      <w:r>
        <w:t xml:space="preserve">Some scholars understand this as a </w:t>
      </w:r>
      <w:r>
        <w:rPr>
          <w:b/>
        </w:rPr>
        <w:t>theophany</w:t>
      </w:r>
      <w:r>
        <w:t>, which simply means a visible manifestation of God. In that reading, God appears in a form Adam and Eve can perceive as he moves through the garden. The ordinary reading of “the cool of the day” can also suggest the evening, when the temperature becomes pleasant. If that is the sense, then God’s presence in the garden was a regular event. Adam and Eve were used to walking with him. This was not an unfamiliar voice. They knew the sound. They had known the joy of his approach before they knew fear.</w:t>
      </w:r>
    </w:p>
    <w:p w14:paraId="773FC90E" w14:textId="77777777" w:rsidR="00BB0E83" w:rsidRDefault="00000000">
      <w:r>
        <w:t>That thought should hurt us. The first response to God’s approach was not supposed to be panic. These two had been made for communion with him. They had walked in his world under his word. The garden was not a prison, and his command was not cruelty. He had given them every tree but one. His presence was their home.</w:t>
      </w:r>
    </w:p>
    <w:p w14:paraId="65110F4D" w14:textId="77777777" w:rsidR="00BB0E83" w:rsidRDefault="00000000">
      <w:r>
        <w:t xml:space="preserve">But there is another reading, and it is the author’s reading here. The Hebrew word </w:t>
      </w:r>
      <w:r>
        <w:rPr>
          <w:i/>
        </w:rPr>
        <w:t>ruach</w:t>
      </w:r>
      <w:r>
        <w:t xml:space="preserve">, translated “cool” or “breezy time,” can mean wind or spirit. In the Old Testament, wind is often not merely weather. It is the sign of divine approach. G. K. Beale is not needed to see the biblical pattern; Psalm 29 itself gives us the sound: the voice of Yahweh over the waters, </w:t>
      </w:r>
      <w:r>
        <w:lastRenderedPageBreak/>
        <w:t>powerful and full of majesty, breaking cedars, shaking wilderness, and flashing flames of fire. God’s appearance at Sinai comes with thunder, lightning, thick cloud, trumpet blast, smoke, and trembling earth.</w:t>
      </w:r>
    </w:p>
    <w:p w14:paraId="5A84E87E" w14:textId="77777777" w:rsidR="00BB0E83" w:rsidRDefault="00000000">
      <w:r>
        <w:t>Akkadian parallels also support a rendering such as “in the wind of the storm.” Niehaus has connected Genesis 3:8 to these storm-theophany passages, where God appears in thunder and wind to bring judgment. That is not an attempt to make the text dramatic. The text is already dramatic.</w:t>
      </w:r>
    </w:p>
    <w:tbl>
      <w:tblPr>
        <w:tblW w:w="0" w:type="auto"/>
        <w:tblLayout w:type="fixed"/>
        <w:tblLook w:val="04A0" w:firstRow="1" w:lastRow="0" w:firstColumn="1" w:lastColumn="0" w:noHBand="0" w:noVBand="1"/>
      </w:tblPr>
      <w:tblGrid>
        <w:gridCol w:w="8640"/>
      </w:tblGrid>
      <w:tr w:rsidR="00BB0E83" w14:paraId="78D26461" w14:textId="77777777">
        <w:tc>
          <w:tcPr>
            <w:tcW w:w="8640" w:type="dxa"/>
            <w:shd w:val="clear" w:color="auto" w:fill="F1EFE9"/>
            <w:tcMar>
              <w:top w:w="150" w:type="dxa"/>
              <w:left w:w="200" w:type="dxa"/>
              <w:bottom w:w="150" w:type="dxa"/>
              <w:right w:w="200" w:type="dxa"/>
            </w:tcMar>
          </w:tcPr>
          <w:p w14:paraId="37D81CB7" w14:textId="77777777" w:rsidR="00BB0E83" w:rsidRDefault="00000000">
            <w:pPr>
              <w:spacing w:after="0" w:line="302" w:lineRule="auto"/>
            </w:pPr>
            <w:r>
              <w:rPr>
                <w:b/>
                <w:sz w:val="21"/>
              </w:rPr>
              <w:t>A note on this reading.</w:t>
            </w:r>
            <w:r>
              <w:rPr>
                <w:sz w:val="21"/>
              </w:rPr>
              <w:t xml:space="preserve"> The traditional evening reading rightly reminds us that God’s fellowship in the garden was regular. Adam and Eve had known his presence. But the author of this book takes the storm reading as the force of this moment. This is not a stroll. Yahweh God approaches in power. The holy Judge is coming to confront rebellion.</w:t>
            </w:r>
          </w:p>
        </w:tc>
      </w:tr>
    </w:tbl>
    <w:p w14:paraId="3A61DD84" w14:textId="77777777" w:rsidR="00BB0E83" w:rsidRDefault="00BB0E83">
      <w:pPr>
        <w:spacing w:after="220"/>
      </w:pPr>
    </w:p>
    <w:p w14:paraId="577BE998" w14:textId="77777777" w:rsidR="00BB0E83" w:rsidRDefault="00000000">
      <w:r>
        <w:t>Adam and Eve hear the sound and hide “from the presence of Yahweh God.” That phrase reaches far beyond two frightened bodies behind branches. Sin is separation from God. It is the instinct to flee from the face that gives life. The sinner does not merely need more information. He needs reconciliation.</w:t>
      </w:r>
    </w:p>
    <w:p w14:paraId="47BD417D" w14:textId="77777777" w:rsidR="00BB0E83" w:rsidRDefault="00000000">
      <w:r>
        <w:t>Then God calls: “Where are you?”</w:t>
      </w:r>
    </w:p>
    <w:p w14:paraId="42862703" w14:textId="77777777" w:rsidR="00BB0E83" w:rsidRDefault="00000000">
      <w:r>
        <w:t>This is a rhetorical question. A rhetorical question is one asked not because the speaker lacks information, but because the question itself is meant to expose and summon an answer. God knows precisely where Adam is. He knows which tree stands between them. He knows what Adam ate, what Eve ate, who spoke first, and who remained silent.</w:t>
      </w:r>
    </w:p>
    <w:p w14:paraId="2F936652" w14:textId="77777777" w:rsidR="00BB0E83" w:rsidRDefault="00000000">
      <w:r>
        <w:t>God is not searching for data. He is inviting confession.</w:t>
      </w:r>
    </w:p>
    <w:p w14:paraId="44C93586" w14:textId="77777777" w:rsidR="00BB0E83" w:rsidRDefault="00000000">
      <w:r>
        <w:t>That is the first word out of God’s mouth after the Fall: a question that gives the sinner a chance to speak. The guilty man is called out of the trees before he is expelled from the garden. There is still a summons. There is still a moment in which Adam might say, “I sinned. I disobeyed your command. Have mercy on me.”</w:t>
      </w:r>
    </w:p>
    <w:p w14:paraId="7617386F" w14:textId="77777777" w:rsidR="00BB0E83" w:rsidRDefault="00000000">
      <w:r>
        <w:t>Instead Adam says, “I was afraid because I was naked, so I hid.” The sentence is true, but it is not enough. Fear has replaced intimacy. The man who was naked and unashamed is now naked and afraid. He admits the result of his sin, but not the sin itself. He names his feeling, but not his rebellion.</w:t>
      </w:r>
    </w:p>
    <w:p w14:paraId="73DCE398" w14:textId="77777777" w:rsidR="00BB0E83" w:rsidRDefault="00000000">
      <w:r>
        <w:lastRenderedPageBreak/>
        <w:t>That gap is the whole problem.</w:t>
      </w:r>
    </w:p>
    <w:p w14:paraId="7C14465C" w14:textId="77777777" w:rsidR="00BB0E83" w:rsidRDefault="00000000">
      <w:r>
        <w:t>We do the same. We tell God about the consequences without confessing the cause. “I am anxious.” “My marriage is falling apart.” “I am angry.” “I feel far from you.” Those may all be real. But God’s searching question presses deeper: What have you done? What command have you ignored? What desire have you set above my word? Where are you?</w:t>
      </w:r>
    </w:p>
    <w:p w14:paraId="30DC3946" w14:textId="77777777" w:rsidR="00BB0E83" w:rsidRDefault="00000000">
      <w:r>
        <w:t>God already knows. The question is whether we will come out of the trees.</w:t>
      </w:r>
    </w:p>
    <w:p w14:paraId="0B8E0408" w14:textId="77777777" w:rsidR="00BB0E83" w:rsidRDefault="00000000">
      <w:pPr>
        <w:keepNext/>
        <w:keepLines/>
        <w:spacing w:before="380" w:after="140" w:line="274" w:lineRule="auto"/>
      </w:pPr>
      <w:r>
        <w:rPr>
          <w:rFonts w:ascii="Georgia" w:hAnsi="Georgia"/>
          <w:b/>
          <w:color w:val="1B474D"/>
          <w:sz w:val="29"/>
        </w:rPr>
        <w:t>Genesis 3:11–13: The Questions Get Closer</w:t>
      </w:r>
    </w:p>
    <w:p w14:paraId="623D52F6" w14:textId="77777777" w:rsidR="00BB0E83" w:rsidRDefault="00000000">
      <w:pPr>
        <w:keepLines/>
        <w:pBdr>
          <w:left w:val="single" w:sz="14" w:space="10" w:color="C9C6BE"/>
        </w:pBdr>
        <w:spacing w:before="220" w:after="60" w:line="302" w:lineRule="auto"/>
        <w:ind w:left="490" w:right="432"/>
      </w:pPr>
      <w:r>
        <w:rPr>
          <w:rFonts w:ascii="Georgia" w:hAnsi="Georgia"/>
          <w:sz w:val="21"/>
        </w:rPr>
        <w:t>And He said, “Who told you that you were naked? Have you eaten from the tree of which I commanded you not to eat?” And the man said, “The woman whom You gave to be with me, she gave to me from the tree, and I ate.” Then Yahweh God said to the woman, “What is this you have done?” And the woman said, “The serpent deceived me, and I ate.”</w:t>
      </w:r>
    </w:p>
    <w:p w14:paraId="65A4A013" w14:textId="77777777" w:rsidR="00BB0E83" w:rsidRDefault="00000000">
      <w:pPr>
        <w:keepLines/>
        <w:pBdr>
          <w:left w:val="single" w:sz="14" w:space="10" w:color="C9C6BE"/>
        </w:pBdr>
        <w:spacing w:before="60" w:after="40" w:line="302" w:lineRule="auto"/>
        <w:ind w:left="490" w:right="432"/>
      </w:pPr>
      <w:r>
        <w:rPr>
          <w:rFonts w:ascii="Georgia" w:hAnsi="Georgia"/>
          <w:sz w:val="21"/>
        </w:rPr>
        <w:t>— Genesis 3:11–13, LSB</w:t>
      </w:r>
    </w:p>
    <w:p w14:paraId="779DEAA4" w14:textId="77777777" w:rsidR="00BB0E83" w:rsidRDefault="00000000">
      <w:r>
        <w:t>God’s questions become more direct. “Who told you that you were naked?” Again, God is not ignorant. He is leading Adam to recognize what has happened. Before their transgression, nakedness spoke of innocence, purity, and open fellowship. Now nakedness symbolizes guilt. Adam knows he is exposed because he has become a lawbreaker.</w:t>
      </w:r>
    </w:p>
    <w:p w14:paraId="003F8B72" w14:textId="77777777" w:rsidR="00BB0E83" w:rsidRDefault="00000000">
      <w:r>
        <w:t>Then comes the question Adam has tried not to answer: “Have you eaten from the tree of which I commanded you not to eat?” The Hebrew word order puts force on the violation of the command. This is not an abstract discussion about self-discovery. This is not a disagreement about personal fulfillment. God gave a command. Adam disobeyed it. That is the issue.</w:t>
      </w:r>
    </w:p>
    <w:p w14:paraId="20D53D41" w14:textId="77777777" w:rsidR="00BB0E83" w:rsidRDefault="00000000">
      <w:r>
        <w:t>Adam finally says the words, “and I ate.” But look at how far he makes God travel to get them out of him.</w:t>
      </w:r>
    </w:p>
    <w:p w14:paraId="2F9B99DE" w14:textId="77777777" w:rsidR="00BB0E83" w:rsidRDefault="00000000">
      <w:r>
        <w:t xml:space="preserve">“The woman whom </w:t>
      </w:r>
      <w:r>
        <w:rPr>
          <w:b/>
        </w:rPr>
        <w:t>You gave</w:t>
      </w:r>
      <w:r>
        <w:t xml:space="preserve"> to be with me, she gave to me from the tree, and I ate.” This shows the true nature of Adam in this moment. Like a coward, he blames the woman for taking the fruit and then blames God for making her. He does not blame himself for allowing it all to happen. He did not uphold his duty. He was silent. He willingly ate. Then he acts as though it was never his fault.</w:t>
      </w:r>
    </w:p>
    <w:p w14:paraId="7F6AA4CC" w14:textId="77777777" w:rsidR="00BB0E83" w:rsidRDefault="00000000">
      <w:r>
        <w:t>“Well, I wouldn’t have done this if you wouldn’t have said that.” Sound familiar, couples?</w:t>
      </w:r>
    </w:p>
    <w:p w14:paraId="39412D6E" w14:textId="77777777" w:rsidR="00BB0E83" w:rsidRDefault="00000000">
      <w:r>
        <w:lastRenderedPageBreak/>
        <w:t>That is blame-shifting in its oldest form. Adam turns God’s good gift into evidence against God. The woman whom he had celebrated as bone of his bones and flesh of his flesh now becomes “the woman whom You gave me.” Yesterday, she was the answer to what was “not good.” Today, he treats her as the cause of his own rebellion.</w:t>
      </w:r>
    </w:p>
    <w:p w14:paraId="1478B09A" w14:textId="77777777" w:rsidR="00BB0E83" w:rsidRDefault="00000000">
      <w:r>
        <w:t>Men, hear the warning. A husband’s cowardice will often wear the clothes of gentleness. Adam did not lead Eve in obedience to God. He did not confront the serpent. He did not speak the command God had given. He followed her into sin, and then he made her carry the moral weight of his choice. That is not love. It is not leadership. It is a man protecting himself at the expense of the woman entrusted to him.</w:t>
      </w:r>
    </w:p>
    <w:p w14:paraId="751BBD0A" w14:textId="77777777" w:rsidR="00BB0E83" w:rsidRDefault="00000000">
      <w:r>
        <w:t>In a marriage, this sounds painfully ordinary:</w:t>
      </w:r>
    </w:p>
    <w:p w14:paraId="44301235" w14:textId="77777777" w:rsidR="00BB0E83" w:rsidRDefault="00000000">
      <w:pPr>
        <w:spacing w:after="100" w:line="307" w:lineRule="auto"/>
        <w:ind w:left="432" w:hanging="259"/>
      </w:pPr>
      <w:r>
        <w:rPr>
          <w:color w:val="1B474D"/>
        </w:rPr>
        <w:t xml:space="preserve">•   </w:t>
      </w:r>
      <w:r>
        <w:t>“You made me angry.”</w:t>
      </w:r>
    </w:p>
    <w:p w14:paraId="0337528D" w14:textId="77777777" w:rsidR="00BB0E83" w:rsidRDefault="00000000">
      <w:pPr>
        <w:spacing w:after="100" w:line="307" w:lineRule="auto"/>
        <w:ind w:left="432" w:hanging="259"/>
      </w:pPr>
      <w:r>
        <w:rPr>
          <w:color w:val="1B474D"/>
        </w:rPr>
        <w:t xml:space="preserve">•   </w:t>
      </w:r>
      <w:r>
        <w:t>“If you had respected me, I would not have said that.”</w:t>
      </w:r>
    </w:p>
    <w:p w14:paraId="7C668FC9" w14:textId="77777777" w:rsidR="00BB0E83" w:rsidRDefault="00000000">
      <w:pPr>
        <w:spacing w:after="100" w:line="307" w:lineRule="auto"/>
        <w:ind w:left="432" w:hanging="259"/>
      </w:pPr>
      <w:r>
        <w:rPr>
          <w:color w:val="1B474D"/>
        </w:rPr>
        <w:t xml:space="preserve">•   </w:t>
      </w:r>
      <w:r>
        <w:t>“If you had not spent that money, I would not have lied.”</w:t>
      </w:r>
    </w:p>
    <w:p w14:paraId="05A70471" w14:textId="77777777" w:rsidR="00BB0E83" w:rsidRDefault="00000000">
      <w:pPr>
        <w:spacing w:after="100" w:line="307" w:lineRule="auto"/>
        <w:ind w:left="432" w:hanging="259"/>
      </w:pPr>
      <w:r>
        <w:rPr>
          <w:color w:val="1B474D"/>
        </w:rPr>
        <w:t xml:space="preserve">•   </w:t>
      </w:r>
      <w:r>
        <w:t>“If you had been more affectionate, I would not have looked elsewhere.”</w:t>
      </w:r>
    </w:p>
    <w:p w14:paraId="7362152D" w14:textId="77777777" w:rsidR="00BB0E83" w:rsidRDefault="00000000">
      <w:pPr>
        <w:spacing w:after="100" w:line="307" w:lineRule="auto"/>
        <w:ind w:left="432" w:hanging="259"/>
      </w:pPr>
      <w:r>
        <w:rPr>
          <w:color w:val="1B474D"/>
        </w:rPr>
        <w:t xml:space="preserve">•   </w:t>
      </w:r>
      <w:r>
        <w:t>“If you had not pushed me, I would not have withdrawn.”</w:t>
      </w:r>
    </w:p>
    <w:p w14:paraId="14D34D0C" w14:textId="77777777" w:rsidR="00BB0E83" w:rsidRDefault="00000000">
      <w:r>
        <w:t>Couples, another person’s sin may be real. A spouse may provoke, wound, manipulate, or fail. But your spouse’s sin does not become your permission slip. You will not stand before God with Adam’s sentence on your lips: “The person You gave me made me do it.” The Lord calls each of us to confess our own disobedience.</w:t>
      </w:r>
    </w:p>
    <w:p w14:paraId="093F75D7" w14:textId="77777777" w:rsidR="00BB0E83" w:rsidRDefault="00000000">
      <w:r>
        <w:t>God then turns to Eve: “What is this you have done?” Eve’s answer is different from Adam’s, but it is still incomplete. “The serpent deceived me, and I ate.” She does not deny the action. She names it: “I ate.” That is more than Adam first offered. Yet she shifts the cause outward to the serpent.</w:t>
      </w:r>
    </w:p>
    <w:p w14:paraId="62988096" w14:textId="77777777" w:rsidR="00BB0E83" w:rsidRDefault="00000000">
      <w:r>
        <w:t>The deception was real. Paul affirms it plainly: “And it was not Adam who was deceived, but the woman being deceived, fell into trespass” (1 Timothy 2:14, LSB). Eve was deceived; Adam sinned willfully. The serpent lied to her, twisted God’s word, and offered her a false picture of freedom. But the fact that she was deceived does not erase her act. She ate.</w:t>
      </w:r>
    </w:p>
    <w:p w14:paraId="0F89DF46" w14:textId="77777777" w:rsidR="00BB0E83" w:rsidRDefault="00000000">
      <w:r>
        <w:t xml:space="preserve">There is a necessary pastoral distinction here. Being lied to is grievous. Being manipulated is grievous. Being harmed by someone else’s evil is grievous. Scripture does not call those things small. But when God confronts our own sin, we must not hide behind the sins committed </w:t>
      </w:r>
      <w:r>
        <w:lastRenderedPageBreak/>
        <w:t>against us. A real cause is not always a full excuse. Eve’s sentence includes the truth of the serpent’s deception and the truth of her disobedience.</w:t>
      </w:r>
    </w:p>
    <w:p w14:paraId="37473FAC" w14:textId="77777777" w:rsidR="00BB0E83" w:rsidRDefault="00000000">
      <w:pPr>
        <w:keepNext/>
        <w:keepLines/>
        <w:spacing w:before="260" w:after="100" w:line="278" w:lineRule="auto"/>
      </w:pPr>
      <w:r>
        <w:rPr>
          <w:b/>
          <w:color w:val="1B474D"/>
        </w:rPr>
        <w:t>The Anatomy of Blame-Shifting</w:t>
      </w:r>
    </w:p>
    <w:p w14:paraId="436268A6" w14:textId="77777777" w:rsidR="00BB0E83" w:rsidRDefault="00000000">
      <w:r>
        <w:t>Genesis 3 shows what sin has done inside the human heart.</w:t>
      </w:r>
    </w:p>
    <w:p w14:paraId="315586DE" w14:textId="77777777" w:rsidR="00BB0E83" w:rsidRDefault="00000000">
      <w:pPr>
        <w:spacing w:after="100" w:line="307" w:lineRule="auto"/>
        <w:ind w:left="432" w:hanging="259"/>
      </w:pPr>
      <w:r>
        <w:rPr>
          <w:color w:val="1B474D"/>
        </w:rPr>
        <w:t xml:space="preserve">•   </w:t>
      </w:r>
      <w:r>
        <w:rPr>
          <w:b/>
        </w:rPr>
        <w:t>Sin distorts perception.</w:t>
      </w:r>
      <w:r>
        <w:t xml:space="preserve"> What was once beautiful and innocent, nakedness, becomes shameful because guilt has entered the heart.</w:t>
      </w:r>
    </w:p>
    <w:p w14:paraId="3923AEF7" w14:textId="77777777" w:rsidR="00BB0E83" w:rsidRDefault="00000000">
      <w:pPr>
        <w:spacing w:after="100" w:line="307" w:lineRule="auto"/>
        <w:ind w:left="432" w:hanging="259"/>
      </w:pPr>
      <w:r>
        <w:rPr>
          <w:color w:val="1B474D"/>
        </w:rPr>
        <w:t xml:space="preserve">•   </w:t>
      </w:r>
      <w:r>
        <w:rPr>
          <w:b/>
        </w:rPr>
        <w:t>Sin creates separation.</w:t>
      </w:r>
      <w:r>
        <w:t xml:space="preserve"> Adam and Eve hide from God, and Adam immediately places distance between himself and Eve.</w:t>
      </w:r>
    </w:p>
    <w:p w14:paraId="28FC1C0A" w14:textId="77777777" w:rsidR="00BB0E83" w:rsidRDefault="00000000">
      <w:pPr>
        <w:spacing w:after="100" w:line="307" w:lineRule="auto"/>
        <w:ind w:left="432" w:hanging="259"/>
      </w:pPr>
      <w:r>
        <w:rPr>
          <w:color w:val="1B474D"/>
        </w:rPr>
        <w:t xml:space="preserve">•   </w:t>
      </w:r>
      <w:r>
        <w:rPr>
          <w:b/>
        </w:rPr>
        <w:t>Sin leads to blame-shifting.</w:t>
      </w:r>
      <w:r>
        <w:t xml:space="preserve"> Adam blames Eve and God; Eve blames the serpent. Neither begins with, “I sinned against you.”</w:t>
      </w:r>
    </w:p>
    <w:p w14:paraId="6ACC6B18" w14:textId="77777777" w:rsidR="00BB0E83" w:rsidRDefault="00000000">
      <w:pPr>
        <w:spacing w:after="100" w:line="307" w:lineRule="auto"/>
        <w:ind w:left="432" w:hanging="259"/>
      </w:pPr>
      <w:r>
        <w:rPr>
          <w:color w:val="1B474D"/>
        </w:rPr>
        <w:t xml:space="preserve">•   </w:t>
      </w:r>
      <w:r>
        <w:rPr>
          <w:b/>
        </w:rPr>
        <w:t>Disobedience produces fear.</w:t>
      </w:r>
      <w:r>
        <w:t xml:space="preserve"> Adam is not afraid because God has become evil. He is afraid because he has become guilty.</w:t>
      </w:r>
    </w:p>
    <w:p w14:paraId="3F357227" w14:textId="77777777" w:rsidR="00BB0E83" w:rsidRDefault="00000000">
      <w:pPr>
        <w:spacing w:after="100" w:line="307" w:lineRule="auto"/>
        <w:ind w:left="432" w:hanging="259"/>
      </w:pPr>
      <w:r>
        <w:rPr>
          <w:color w:val="1B474D"/>
        </w:rPr>
        <w:t xml:space="preserve">•   </w:t>
      </w:r>
      <w:r>
        <w:rPr>
          <w:b/>
        </w:rPr>
        <w:t>God seeks confession rather than information.</w:t>
      </w:r>
      <w:r>
        <w:t xml:space="preserve"> His questions are not an investigation for facts. They are a merciful summons for the sinner to own the truth.</w:t>
      </w:r>
    </w:p>
    <w:p w14:paraId="00691485" w14:textId="77777777" w:rsidR="00BB0E83" w:rsidRDefault="00000000">
      <w:r>
        <w:t>A home cannot heal where every person prosecutes and no one confesses. A church cannot remain healthy where sin is always somebody else’s fault. The first movement toward restoration is not explaining why everyone else failed. It is saying, without qualification, “I ate.”</w:t>
      </w:r>
    </w:p>
    <w:p w14:paraId="5A44D754" w14:textId="77777777" w:rsidR="00BB0E83" w:rsidRDefault="00000000">
      <w:pPr>
        <w:keepNext/>
        <w:keepLines/>
        <w:spacing w:before="380" w:after="140" w:line="274" w:lineRule="auto"/>
      </w:pPr>
      <w:r>
        <w:rPr>
          <w:rFonts w:ascii="Georgia" w:hAnsi="Georgia"/>
          <w:b/>
          <w:color w:val="1B474D"/>
          <w:sz w:val="29"/>
        </w:rPr>
        <w:t>Genesis 3:14–15: Curse on the Serpent, Gospel in the Curse</w:t>
      </w:r>
    </w:p>
    <w:p w14:paraId="1E05A762" w14:textId="77777777" w:rsidR="00BB0E83" w:rsidRDefault="00000000">
      <w:pPr>
        <w:keepLines/>
        <w:pBdr>
          <w:left w:val="single" w:sz="14" w:space="10" w:color="C9C6BE"/>
        </w:pBdr>
        <w:spacing w:before="220" w:after="60" w:line="302" w:lineRule="auto"/>
        <w:ind w:left="490" w:right="432"/>
      </w:pPr>
      <w:r>
        <w:rPr>
          <w:rFonts w:ascii="Georgia" w:hAnsi="Georgia"/>
          <w:sz w:val="21"/>
        </w:rPr>
        <w:t>And Yahweh God said to the serpent,</w:t>
      </w:r>
    </w:p>
    <w:p w14:paraId="59F311BF" w14:textId="77777777" w:rsidR="00BB0E83" w:rsidRDefault="00000000">
      <w:pPr>
        <w:keepLines/>
        <w:pBdr>
          <w:left w:val="single" w:sz="14" w:space="10" w:color="C9C6BE"/>
        </w:pBdr>
        <w:spacing w:before="60" w:after="60" w:line="302" w:lineRule="auto"/>
        <w:ind w:left="490" w:right="432"/>
      </w:pPr>
      <w:r>
        <w:rPr>
          <w:rFonts w:ascii="Georgia" w:hAnsi="Georgia"/>
          <w:sz w:val="21"/>
        </w:rPr>
        <w:t>“Because you have done this,</w:t>
      </w:r>
    </w:p>
    <w:p w14:paraId="5CFCC099" w14:textId="77777777" w:rsidR="00BB0E83" w:rsidRDefault="00000000">
      <w:pPr>
        <w:keepLines/>
        <w:pBdr>
          <w:left w:val="single" w:sz="14" w:space="10" w:color="C9C6BE"/>
        </w:pBdr>
        <w:spacing w:before="60" w:after="60" w:line="302" w:lineRule="auto"/>
        <w:ind w:left="490" w:right="432"/>
      </w:pPr>
      <w:r>
        <w:rPr>
          <w:rFonts w:ascii="Georgia" w:hAnsi="Georgia"/>
          <w:sz w:val="21"/>
        </w:rPr>
        <w:t>Cursed are you more than any of the cattle,</w:t>
      </w:r>
    </w:p>
    <w:p w14:paraId="6775A338" w14:textId="77777777" w:rsidR="00BB0E83" w:rsidRDefault="00000000">
      <w:pPr>
        <w:keepLines/>
        <w:pBdr>
          <w:left w:val="single" w:sz="14" w:space="10" w:color="C9C6BE"/>
        </w:pBdr>
        <w:spacing w:before="60" w:after="60" w:line="302" w:lineRule="auto"/>
        <w:ind w:left="490" w:right="432"/>
      </w:pPr>
      <w:r>
        <w:rPr>
          <w:rFonts w:ascii="Georgia" w:hAnsi="Georgia"/>
          <w:sz w:val="21"/>
        </w:rPr>
        <w:t>And more than every beast of the field;</w:t>
      </w:r>
    </w:p>
    <w:p w14:paraId="27037BEE" w14:textId="77777777" w:rsidR="00BB0E83" w:rsidRDefault="00000000">
      <w:pPr>
        <w:keepLines/>
        <w:pBdr>
          <w:left w:val="single" w:sz="14" w:space="10" w:color="C9C6BE"/>
        </w:pBdr>
        <w:spacing w:before="60" w:after="60" w:line="302" w:lineRule="auto"/>
        <w:ind w:left="490" w:right="432"/>
      </w:pPr>
      <w:r>
        <w:rPr>
          <w:rFonts w:ascii="Georgia" w:hAnsi="Georgia"/>
          <w:sz w:val="21"/>
        </w:rPr>
        <w:t>On your belly you will go,</w:t>
      </w:r>
    </w:p>
    <w:p w14:paraId="4BB6121B" w14:textId="77777777" w:rsidR="00BB0E83" w:rsidRDefault="00000000">
      <w:pPr>
        <w:keepLines/>
        <w:pBdr>
          <w:left w:val="single" w:sz="14" w:space="10" w:color="C9C6BE"/>
        </w:pBdr>
        <w:spacing w:before="60" w:after="60" w:line="302" w:lineRule="auto"/>
        <w:ind w:left="490" w:right="432"/>
      </w:pPr>
      <w:r>
        <w:rPr>
          <w:rFonts w:ascii="Georgia" w:hAnsi="Georgia"/>
          <w:sz w:val="21"/>
        </w:rPr>
        <w:t>And dust you will eat</w:t>
      </w:r>
    </w:p>
    <w:p w14:paraId="22E17BF0" w14:textId="77777777" w:rsidR="00BB0E83" w:rsidRDefault="00000000">
      <w:pPr>
        <w:keepLines/>
        <w:pBdr>
          <w:left w:val="single" w:sz="14" w:space="10" w:color="C9C6BE"/>
        </w:pBdr>
        <w:spacing w:before="60" w:after="60" w:line="302" w:lineRule="auto"/>
        <w:ind w:left="490" w:right="432"/>
      </w:pPr>
      <w:r>
        <w:rPr>
          <w:rFonts w:ascii="Georgia" w:hAnsi="Georgia"/>
          <w:sz w:val="21"/>
        </w:rPr>
        <w:t>All the days of your life;</w:t>
      </w:r>
    </w:p>
    <w:p w14:paraId="3F5C6FC4" w14:textId="77777777" w:rsidR="00BB0E83" w:rsidRDefault="00000000">
      <w:pPr>
        <w:keepLines/>
        <w:pBdr>
          <w:left w:val="single" w:sz="14" w:space="10" w:color="C9C6BE"/>
        </w:pBdr>
        <w:spacing w:before="60" w:after="60" w:line="302" w:lineRule="auto"/>
        <w:ind w:left="490" w:right="432"/>
      </w:pPr>
      <w:r>
        <w:rPr>
          <w:rFonts w:ascii="Georgia" w:hAnsi="Georgia"/>
          <w:sz w:val="21"/>
        </w:rPr>
        <w:t>And I will put enmity</w:t>
      </w:r>
    </w:p>
    <w:p w14:paraId="58389A47" w14:textId="77777777" w:rsidR="00BB0E83" w:rsidRDefault="00000000">
      <w:pPr>
        <w:keepLines/>
        <w:pBdr>
          <w:left w:val="single" w:sz="14" w:space="10" w:color="C9C6BE"/>
        </w:pBdr>
        <w:spacing w:before="60" w:after="60" w:line="302" w:lineRule="auto"/>
        <w:ind w:left="490" w:right="432"/>
      </w:pPr>
      <w:r>
        <w:rPr>
          <w:rFonts w:ascii="Georgia" w:hAnsi="Georgia"/>
          <w:sz w:val="21"/>
        </w:rPr>
        <w:t>Between you and the woman,</w:t>
      </w:r>
    </w:p>
    <w:p w14:paraId="0E837B19" w14:textId="77777777" w:rsidR="00BB0E83" w:rsidRDefault="00000000">
      <w:pPr>
        <w:keepLines/>
        <w:pBdr>
          <w:left w:val="single" w:sz="14" w:space="10" w:color="C9C6BE"/>
        </w:pBdr>
        <w:spacing w:before="60" w:after="60" w:line="302" w:lineRule="auto"/>
        <w:ind w:left="490" w:right="432"/>
      </w:pPr>
      <w:r>
        <w:rPr>
          <w:rFonts w:ascii="Georgia" w:hAnsi="Georgia"/>
          <w:sz w:val="21"/>
        </w:rPr>
        <w:t>And between your seed and her seed;</w:t>
      </w:r>
    </w:p>
    <w:p w14:paraId="651637BC" w14:textId="77777777" w:rsidR="00BB0E83" w:rsidRDefault="00000000">
      <w:pPr>
        <w:keepLines/>
        <w:pBdr>
          <w:left w:val="single" w:sz="14" w:space="10" w:color="C9C6BE"/>
        </w:pBdr>
        <w:spacing w:before="60" w:after="60" w:line="302" w:lineRule="auto"/>
        <w:ind w:left="490" w:right="432"/>
      </w:pPr>
      <w:r>
        <w:rPr>
          <w:rFonts w:ascii="Georgia" w:hAnsi="Georgia"/>
          <w:sz w:val="21"/>
        </w:rPr>
        <w:t>He shall bruise you on the head,</w:t>
      </w:r>
    </w:p>
    <w:p w14:paraId="20651658" w14:textId="77777777" w:rsidR="00BB0E83" w:rsidRDefault="00000000">
      <w:pPr>
        <w:keepLines/>
        <w:pBdr>
          <w:left w:val="single" w:sz="14" w:space="10" w:color="C9C6BE"/>
        </w:pBdr>
        <w:spacing w:before="60" w:after="60" w:line="302" w:lineRule="auto"/>
        <w:ind w:left="490" w:right="432"/>
      </w:pPr>
      <w:r>
        <w:rPr>
          <w:rFonts w:ascii="Georgia" w:hAnsi="Georgia"/>
          <w:sz w:val="21"/>
        </w:rPr>
        <w:t>And you shall bruise him on the heel.”</w:t>
      </w:r>
    </w:p>
    <w:p w14:paraId="6116E8C9" w14:textId="77777777" w:rsidR="00BB0E83" w:rsidRDefault="00000000">
      <w:pPr>
        <w:keepLines/>
        <w:pBdr>
          <w:left w:val="single" w:sz="14" w:space="10" w:color="C9C6BE"/>
        </w:pBdr>
        <w:spacing w:before="60" w:after="40" w:line="302" w:lineRule="auto"/>
        <w:ind w:left="490" w:right="432"/>
      </w:pPr>
      <w:r>
        <w:rPr>
          <w:rFonts w:ascii="Georgia" w:hAnsi="Georgia"/>
          <w:sz w:val="21"/>
        </w:rPr>
        <w:t>— Genesis 3:14–15, LSB</w:t>
      </w:r>
    </w:p>
    <w:p w14:paraId="46ED5769" w14:textId="77777777" w:rsidR="00BB0E83" w:rsidRDefault="00000000">
      <w:r>
        <w:lastRenderedPageBreak/>
        <w:t>God interrogated Adam and Eve. He asked questions that exposed their sin and gave them an opening to confess. He does not do that with the serpent. There is no question offered to him. No summons to repentance. No opportunity to explain. Judgment begins immediately.</w:t>
      </w:r>
    </w:p>
    <w:p w14:paraId="1A3F42AB" w14:textId="77777777" w:rsidR="00BB0E83" w:rsidRDefault="00000000">
      <w:r>
        <w:t>Unlike Adam and Eve, the serpent is directly cursed. God says, “Cursed are you.” Later, the ground will be cursed because of Adam, but Adam himself is not addressed with this direct formula. The difference matters. The serpent is brought low before all the animals.</w:t>
      </w:r>
    </w:p>
    <w:p w14:paraId="07ED66B4" w14:textId="77777777" w:rsidR="00BB0E83" w:rsidRDefault="00000000">
      <w:r>
        <w:t>“On your belly you will go” may describe a visible condition, but it can also be symbolic language for humiliation. To be brought down to the ground is to be defeated, shamed, and made low. “Dust you will eat” makes that point even sharper. In Micah 7:17, the nations “will lick the dust like a serpent.” In Isaiah 65:25, dust is the serpent’s food. It is biblical language for humiliation and total defeat.</w:t>
      </w:r>
    </w:p>
    <w:p w14:paraId="3989ACEE" w14:textId="77777777" w:rsidR="00BB0E83" w:rsidRDefault="00000000">
      <w:r>
        <w:t>There is a bitter irony in the sentence. Man is dust. The serpent is sentenced to eat dust. He will feed on the defeated, and yet he will finally be defeated by one of them.</w:t>
      </w:r>
    </w:p>
    <w:p w14:paraId="71BC005F" w14:textId="77777777" w:rsidR="00BB0E83" w:rsidRDefault="00000000">
      <w:r>
        <w:t>Then, inside the judgment, God speaks a promise.</w:t>
      </w:r>
    </w:p>
    <w:p w14:paraId="54673B84" w14:textId="77777777" w:rsidR="00BB0E83" w:rsidRDefault="00000000">
      <w:r>
        <w:t>“I will put hostility,” or enmity, “between you and the woman, and between your seed and her seed.” Enmity means active hatred, opposition, and conflict. God announces a cosmic struggle. The serpent’s seed is his offspring or line, those who belong to his rebellion. The woman’s seed is her offspring or line, humanity through whom the promised Deliverer will come.</w:t>
      </w:r>
    </w:p>
    <w:p w14:paraId="17630C4D" w14:textId="77777777" w:rsidR="00BB0E83" w:rsidRDefault="00000000">
      <w:r>
        <w:t>The word “seed” can speak of a whole line of descendants. Genesis will show that line unfolding through births, families, covenants, and promises. Yet the promise narrows. The final clause moves from a corporate offspring to a singular person: “He shall bruise you on the head.” One particular descendant will meet the serpent.</w:t>
      </w:r>
    </w:p>
    <w:p w14:paraId="4DDB952D" w14:textId="77777777" w:rsidR="00BB0E83" w:rsidRDefault="00000000">
      <w:r>
        <w:t>The wounds are not equal.</w:t>
      </w:r>
    </w:p>
    <w:p w14:paraId="7BF6C9D1" w14:textId="77777777" w:rsidR="00BB0E83" w:rsidRDefault="00000000">
      <w:pPr>
        <w:spacing w:after="100" w:line="307" w:lineRule="auto"/>
        <w:ind w:left="432" w:hanging="259"/>
      </w:pPr>
      <w:r>
        <w:rPr>
          <w:color w:val="1B474D"/>
        </w:rPr>
        <w:t xml:space="preserve">•   </w:t>
      </w:r>
      <w:r>
        <w:rPr>
          <w:b/>
        </w:rPr>
        <w:t>The serpent strikes the heel.</w:t>
      </w:r>
      <w:r>
        <w:t xml:space="preserve"> It is a real wound. It is painful, bloody, and terrible. Christ truly suffers.</w:t>
      </w:r>
    </w:p>
    <w:p w14:paraId="45A95B66" w14:textId="77777777" w:rsidR="00BB0E83" w:rsidRDefault="00000000">
      <w:pPr>
        <w:spacing w:after="100" w:line="307" w:lineRule="auto"/>
        <w:ind w:left="432" w:hanging="259"/>
      </w:pPr>
      <w:r>
        <w:rPr>
          <w:color w:val="1B474D"/>
        </w:rPr>
        <w:t xml:space="preserve">•   </w:t>
      </w:r>
      <w:r>
        <w:rPr>
          <w:b/>
        </w:rPr>
        <w:t>The woman’s Seed crushes the head.</w:t>
      </w:r>
      <w:r>
        <w:t xml:space="preserve"> A head wound is fatal and final. The enemy is not merely inconvenienced. He is defeated.</w:t>
      </w:r>
    </w:p>
    <w:p w14:paraId="0D24374B" w14:textId="77777777" w:rsidR="00BB0E83" w:rsidRDefault="00000000">
      <w:r>
        <w:t xml:space="preserve">This is the </w:t>
      </w:r>
      <w:r>
        <w:rPr>
          <w:b/>
        </w:rPr>
        <w:t>protevangelium</w:t>
      </w:r>
      <w:r>
        <w:t>, meaning “first gospel.” Genesis 3:15 is the earliest announcement of the good news in Scripture. The gospel begins here, spoken over the enemy’s head before a single word of the curse falls on the man.</w:t>
      </w:r>
    </w:p>
    <w:p w14:paraId="4169E68D" w14:textId="77777777" w:rsidR="00BB0E83" w:rsidRDefault="00000000">
      <w:r>
        <w:lastRenderedPageBreak/>
        <w:t>The author says it plainly: “The serpent will bruise his heel, but he shall bruise your head.” Romans 16:20 says God will crush Satan; Hebrews 2:14 says Christ through death renders the devil powerless; and Revelation 12:9–11 identifies the serpent of old as Satan, overcome by the blood of the Lamb.</w:t>
      </w:r>
    </w:p>
    <w:p w14:paraId="16BE92CE" w14:textId="77777777" w:rsidR="00BB0E83" w:rsidRDefault="00000000">
      <w:r>
        <w:t>Notice the timing. Judgment is real. God does not pretend that Adam and Eve have done nothing. The serpent will be cursed. Pain will come. The ground will resist. Death will enter. The garden will be lost. But God plants a promise in the middle of the wreckage. The enemy who introduced death will meet the Seed who destroys death by dying.</w:t>
      </w:r>
    </w:p>
    <w:p w14:paraId="2812ABAC" w14:textId="77777777" w:rsidR="00BB0E83" w:rsidRDefault="00000000">
      <w:r>
        <w:t>The entire Bible turns on this hinge. Every sacrifice, every covenant, every faithful line, every cry for a king, every prophecy of a coming Servant is moving toward the heel and the head. Part Four will show the promised Seed in full. For now, hear the first gospel as it was first spoken: the serpent does not get the last word.</w:t>
      </w:r>
    </w:p>
    <w:p w14:paraId="6F50C038" w14:textId="77777777" w:rsidR="00BB0E83" w:rsidRDefault="00000000">
      <w:pPr>
        <w:keepNext/>
        <w:keepLines/>
        <w:spacing w:before="380" w:after="140" w:line="274" w:lineRule="auto"/>
      </w:pPr>
      <w:r>
        <w:rPr>
          <w:rFonts w:ascii="Georgia" w:hAnsi="Georgia"/>
          <w:b/>
          <w:color w:val="1B474D"/>
          <w:sz w:val="29"/>
        </w:rPr>
        <w:t>Genesis 3:16: Eve’s Sorrow and the War Within Marriage</w:t>
      </w:r>
    </w:p>
    <w:p w14:paraId="07EB2347" w14:textId="77777777" w:rsidR="00BB0E83" w:rsidRDefault="00000000">
      <w:pPr>
        <w:keepLines/>
        <w:pBdr>
          <w:left w:val="single" w:sz="14" w:space="10" w:color="C9C6BE"/>
        </w:pBdr>
        <w:spacing w:before="220" w:after="60" w:line="302" w:lineRule="auto"/>
        <w:ind w:left="490" w:right="432"/>
      </w:pPr>
      <w:r>
        <w:rPr>
          <w:rFonts w:ascii="Georgia" w:hAnsi="Georgia"/>
          <w:sz w:val="21"/>
        </w:rPr>
        <w:t>To the woman He said,</w:t>
      </w:r>
    </w:p>
    <w:p w14:paraId="62B502E1" w14:textId="77777777" w:rsidR="00BB0E83" w:rsidRDefault="00000000">
      <w:pPr>
        <w:keepLines/>
        <w:pBdr>
          <w:left w:val="single" w:sz="14" w:space="10" w:color="C9C6BE"/>
        </w:pBdr>
        <w:spacing w:before="60" w:after="60" w:line="302" w:lineRule="auto"/>
        <w:ind w:left="490" w:right="432"/>
      </w:pPr>
      <w:r>
        <w:rPr>
          <w:rFonts w:ascii="Georgia" w:hAnsi="Georgia"/>
          <w:sz w:val="21"/>
        </w:rPr>
        <w:t>“I will greatly multiply</w:t>
      </w:r>
    </w:p>
    <w:p w14:paraId="553C5265" w14:textId="77777777" w:rsidR="00BB0E83" w:rsidRDefault="00000000">
      <w:pPr>
        <w:keepLines/>
        <w:pBdr>
          <w:left w:val="single" w:sz="14" w:space="10" w:color="C9C6BE"/>
        </w:pBdr>
        <w:spacing w:before="60" w:after="60" w:line="302" w:lineRule="auto"/>
        <w:ind w:left="490" w:right="432"/>
      </w:pPr>
      <w:r>
        <w:rPr>
          <w:rFonts w:ascii="Georgia" w:hAnsi="Georgia"/>
          <w:sz w:val="21"/>
        </w:rPr>
        <w:t>Your pain and conception,</w:t>
      </w:r>
    </w:p>
    <w:p w14:paraId="0631D2AC" w14:textId="77777777" w:rsidR="00BB0E83" w:rsidRDefault="00000000">
      <w:pPr>
        <w:keepLines/>
        <w:pBdr>
          <w:left w:val="single" w:sz="14" w:space="10" w:color="C9C6BE"/>
        </w:pBdr>
        <w:spacing w:before="60" w:after="60" w:line="302" w:lineRule="auto"/>
        <w:ind w:left="490" w:right="432"/>
      </w:pPr>
      <w:r>
        <w:rPr>
          <w:rFonts w:ascii="Georgia" w:hAnsi="Georgia"/>
          <w:sz w:val="21"/>
        </w:rPr>
        <w:t>In pain you will bear children;</w:t>
      </w:r>
    </w:p>
    <w:p w14:paraId="406BCC21" w14:textId="77777777" w:rsidR="00BB0E83" w:rsidRDefault="00000000">
      <w:pPr>
        <w:keepLines/>
        <w:pBdr>
          <w:left w:val="single" w:sz="14" w:space="10" w:color="C9C6BE"/>
        </w:pBdr>
        <w:spacing w:before="60" w:after="60" w:line="302" w:lineRule="auto"/>
        <w:ind w:left="490" w:right="432"/>
      </w:pPr>
      <w:r>
        <w:rPr>
          <w:rFonts w:ascii="Georgia" w:hAnsi="Georgia"/>
          <w:sz w:val="21"/>
        </w:rPr>
        <w:t>Your desire will be for your husband,</w:t>
      </w:r>
    </w:p>
    <w:p w14:paraId="0282D7F2" w14:textId="77777777" w:rsidR="00BB0E83" w:rsidRDefault="00000000">
      <w:pPr>
        <w:keepLines/>
        <w:pBdr>
          <w:left w:val="single" w:sz="14" w:space="10" w:color="C9C6BE"/>
        </w:pBdr>
        <w:spacing w:before="60" w:after="60" w:line="302" w:lineRule="auto"/>
        <w:ind w:left="490" w:right="432"/>
      </w:pPr>
      <w:r>
        <w:rPr>
          <w:rFonts w:ascii="Georgia" w:hAnsi="Georgia"/>
          <w:sz w:val="21"/>
        </w:rPr>
        <w:t>And he will rule over you.”</w:t>
      </w:r>
    </w:p>
    <w:p w14:paraId="70A31D1A" w14:textId="77777777" w:rsidR="00BB0E83" w:rsidRDefault="00000000">
      <w:pPr>
        <w:keepLines/>
        <w:pBdr>
          <w:left w:val="single" w:sz="14" w:space="10" w:color="C9C6BE"/>
        </w:pBdr>
        <w:spacing w:before="60" w:after="40" w:line="302" w:lineRule="auto"/>
        <w:ind w:left="490" w:right="432"/>
      </w:pPr>
      <w:r>
        <w:rPr>
          <w:rFonts w:ascii="Georgia" w:hAnsi="Georgia"/>
          <w:sz w:val="21"/>
        </w:rPr>
        <w:t>— Genesis 3:16, LSB</w:t>
      </w:r>
    </w:p>
    <w:p w14:paraId="3CA06582" w14:textId="77777777" w:rsidR="00BB0E83" w:rsidRDefault="00000000">
      <w:r>
        <w:t xml:space="preserve">The Hebrew expression </w:t>
      </w:r>
      <w:r>
        <w:rPr>
          <w:i/>
        </w:rPr>
        <w:t>itsevonek weheronek</w:t>
      </w:r>
      <w:r>
        <w:t xml:space="preserve"> is a </w:t>
      </w:r>
      <w:r>
        <w:rPr>
          <w:b/>
        </w:rPr>
        <w:t>hendiadys</w:t>
      </w:r>
      <w:r>
        <w:t>: two words joined to express one idea, like “nice and warm.” Here it means pain and suffering in childbearing, reaching beyond the hours of delivery.</w:t>
      </w:r>
    </w:p>
    <w:p w14:paraId="70630EC1" w14:textId="77777777" w:rsidR="00BB0E83" w:rsidRDefault="00000000">
      <w:r>
        <w:t xml:space="preserve">The root </w:t>
      </w:r>
      <w:r>
        <w:rPr>
          <w:i/>
        </w:rPr>
        <w:t>atsav</w:t>
      </w:r>
      <w:r>
        <w:t xml:space="preserve"> can speak of physical and emotional pain (Genesis 5:29; Proverbs 10:22). Eve’s pain includes the grief, anxiety, endurance, sacrifice, and sorrow bound up with bearing and raising children in a fallen world. She bears life under the shadow of death.</w:t>
      </w:r>
    </w:p>
    <w:p w14:paraId="2339FCD9" w14:textId="77777777" w:rsidR="00BB0E83" w:rsidRDefault="00000000">
      <w:r>
        <w:t xml:space="preserve">Then comes the sentence about husband and wife: “Your desire will be for your husband, and he will rule over you.” The Hebrew word </w:t>
      </w:r>
      <w:r>
        <w:rPr>
          <w:i/>
        </w:rPr>
        <w:t>teshuqah</w:t>
      </w:r>
      <w:r>
        <w:t xml:space="preserve"> means “desire.” The decisive cross-reference is one chapter later. In Genesis 4:7, God tells Cain that sin is crouching at the door and its desire is for him, but he must master it. The same word appears there, in a contest of control.</w:t>
      </w:r>
    </w:p>
    <w:p w14:paraId="02A5D8B1" w14:textId="77777777" w:rsidR="00BB0E83" w:rsidRDefault="00000000">
      <w:r>
        <w:lastRenderedPageBreak/>
        <w:t>Plain version: this is not romantic longing. It is the language of something that wants to take over.</w:t>
      </w:r>
    </w:p>
    <w:p w14:paraId="2F76B932" w14:textId="77777777" w:rsidR="00BB0E83" w:rsidRDefault="00000000">
      <w:r>
        <w:t>Ladies, here it is. This is the curse of Eve. This is the warning given by God directly to you. Your nature, your natural inclination in the fallen condition, is not to be a companion to your man but to rule over him. The desire is not merely to be loved by him. It is to seize authority from him, to press past companionship into control.</w:t>
      </w:r>
    </w:p>
    <w:p w14:paraId="78AB8429" w14:textId="77777777" w:rsidR="00BB0E83" w:rsidRDefault="00000000">
      <w:r>
        <w:t xml:space="preserve">The corresponding word is </w:t>
      </w:r>
      <w:r>
        <w:rPr>
          <w:i/>
        </w:rPr>
        <w:t>mashal</w:t>
      </w:r>
      <w:r>
        <w:t>, “he will rule over you.” It means to rule with power, mastery, or control. The point is not that God blesses a husband’s domination. The point is that the Fall produces conflict between men and women. The wife’s fallen impulse to seize authority meets the husband’s fallen impulse to answer with domination.</w:t>
      </w:r>
    </w:p>
    <w:tbl>
      <w:tblPr>
        <w:tblW w:w="0" w:type="auto"/>
        <w:tblLayout w:type="fixed"/>
        <w:tblLook w:val="04A0" w:firstRow="1" w:lastRow="0" w:firstColumn="1" w:lastColumn="0" w:noHBand="0" w:noVBand="1"/>
      </w:tblPr>
      <w:tblGrid>
        <w:gridCol w:w="8640"/>
      </w:tblGrid>
      <w:tr w:rsidR="00BB0E83" w14:paraId="235CA8EF" w14:textId="77777777">
        <w:tc>
          <w:tcPr>
            <w:tcW w:w="8640" w:type="dxa"/>
            <w:shd w:val="clear" w:color="auto" w:fill="F1EFE9"/>
            <w:tcMar>
              <w:top w:w="150" w:type="dxa"/>
              <w:left w:w="200" w:type="dxa"/>
              <w:bottom w:w="150" w:type="dxa"/>
              <w:right w:w="200" w:type="dxa"/>
            </w:tcMar>
          </w:tcPr>
          <w:p w14:paraId="66FA174C" w14:textId="77777777" w:rsidR="00BB0E83" w:rsidRDefault="00000000">
            <w:pPr>
              <w:spacing w:after="0" w:line="302" w:lineRule="auto"/>
            </w:pPr>
            <w:r>
              <w:rPr>
                <w:b/>
                <w:sz w:val="21"/>
              </w:rPr>
              <w:t>A note on this reading.</w:t>
            </w:r>
            <w:r>
              <w:rPr>
                <w:sz w:val="21"/>
              </w:rPr>
              <w:t xml:space="preserve"> Genesis 3:16 is not the ideal marital relationship. It is a consequence of the Fall. It describes a broken world; it does not prescribe how husbands should behave. The author is complementarian: he teaches that men and women are equal in value and distinct in God-given roles. But he does not defend domination. A husband ruling through power, mastery, or control is not restoring Eden. He is displaying the curse.</w:t>
            </w:r>
          </w:p>
        </w:tc>
      </w:tr>
    </w:tbl>
    <w:p w14:paraId="34C9A900" w14:textId="77777777" w:rsidR="00BB0E83" w:rsidRDefault="00BB0E83">
      <w:pPr>
        <w:spacing w:after="220"/>
      </w:pPr>
    </w:p>
    <w:p w14:paraId="3765261D" w14:textId="77777777" w:rsidR="00BB0E83" w:rsidRDefault="00000000">
      <w:r>
        <w:t>Now, men, does marriage make a lot more sense? Do you understand why you do not understand your wife?</w:t>
      </w:r>
    </w:p>
    <w:p w14:paraId="3E73FA75" w14:textId="77777777" w:rsidR="00BB0E83" w:rsidRDefault="00000000">
      <w:r>
        <w:t>The line is sharp because the conflict is real. A husband and wife can stand in the same kitchen, want the good of their family, love their children, and still find themselves locked in a contest neither one names honestly. She presses to control because she does not trust his leadership. He either pushes harder to control because he feels threatened, or he gives up and disappears because he is weak. Both patterns are curse, not design.</w:t>
      </w:r>
    </w:p>
    <w:p w14:paraId="025C1EC5" w14:textId="77777777" w:rsidR="00BB0E83" w:rsidRDefault="00000000">
      <w:pPr>
        <w:keepNext/>
        <w:keepLines/>
        <w:spacing w:before="260" w:after="100" w:line="278" w:lineRule="auto"/>
      </w:pPr>
      <w:r>
        <w:rPr>
          <w:b/>
          <w:color w:val="1B474D"/>
        </w:rPr>
        <w:t>How the Curse Shows Up at Home</w:t>
      </w:r>
    </w:p>
    <w:p w14:paraId="23150AE3" w14:textId="77777777" w:rsidR="00BB0E83" w:rsidRDefault="00000000">
      <w:r>
        <w:t>The curse is not always loud. It can live in a smile, a sigh, a sarcastic sentence, a refusal to speak, a husband who never takes initiative, or a wife who must have the final decision on every matter. It appears in homes and churches whenever God’s order is treated as an arena for self-rule.</w:t>
      </w:r>
    </w:p>
    <w:p w14:paraId="794F7D75" w14:textId="77777777" w:rsidR="00BB0E83" w:rsidRDefault="00000000">
      <w:r>
        <w:t>The wife’s sinful impulse can look like this:</w:t>
      </w:r>
    </w:p>
    <w:p w14:paraId="798CDDEC" w14:textId="77777777" w:rsidR="00BB0E83" w:rsidRDefault="00000000">
      <w:pPr>
        <w:spacing w:after="100" w:line="307" w:lineRule="auto"/>
        <w:ind w:left="432" w:hanging="259"/>
      </w:pPr>
      <w:r>
        <w:rPr>
          <w:color w:val="1B474D"/>
        </w:rPr>
        <w:t xml:space="preserve">•   </w:t>
      </w:r>
      <w:r>
        <w:t>She corrects, manages, and overrides until there is no room for her husband to lead.</w:t>
      </w:r>
    </w:p>
    <w:p w14:paraId="2C2AA0A5" w14:textId="77777777" w:rsidR="00BB0E83" w:rsidRDefault="00000000">
      <w:pPr>
        <w:spacing w:after="100" w:line="307" w:lineRule="auto"/>
        <w:ind w:left="432" w:hanging="259"/>
      </w:pPr>
      <w:r>
        <w:rPr>
          <w:color w:val="1B474D"/>
        </w:rPr>
        <w:lastRenderedPageBreak/>
        <w:t xml:space="preserve">•   </w:t>
      </w:r>
      <w:r>
        <w:t>She treats his leadership as a problem to defeat rather than a calling to strengthen.</w:t>
      </w:r>
    </w:p>
    <w:p w14:paraId="7A61A1CB" w14:textId="77777777" w:rsidR="00BB0E83" w:rsidRDefault="00000000">
      <w:pPr>
        <w:spacing w:after="100" w:line="307" w:lineRule="auto"/>
        <w:ind w:left="432" w:hanging="259"/>
      </w:pPr>
      <w:r>
        <w:rPr>
          <w:color w:val="1B474D"/>
        </w:rPr>
        <w:t xml:space="preserve">•   </w:t>
      </w:r>
      <w:r>
        <w:t>She uses competence as a reason to take authority, forgetting that ability does not erase order.</w:t>
      </w:r>
    </w:p>
    <w:p w14:paraId="0E88F05F" w14:textId="77777777" w:rsidR="00BB0E83" w:rsidRDefault="00000000">
      <w:pPr>
        <w:spacing w:after="100" w:line="307" w:lineRule="auto"/>
        <w:ind w:left="432" w:hanging="259"/>
      </w:pPr>
      <w:r>
        <w:rPr>
          <w:color w:val="1B474D"/>
        </w:rPr>
        <w:t xml:space="preserve">•   </w:t>
      </w:r>
      <w:r>
        <w:t>She calls control “help” when it is really refusal to trust God’s design.</w:t>
      </w:r>
    </w:p>
    <w:p w14:paraId="367A174C" w14:textId="77777777" w:rsidR="00BB0E83" w:rsidRDefault="00000000">
      <w:r>
        <w:t>The husband’s sinful impulse can look like this:</w:t>
      </w:r>
    </w:p>
    <w:p w14:paraId="04DC8D96" w14:textId="77777777" w:rsidR="00BB0E83" w:rsidRDefault="00000000">
      <w:pPr>
        <w:spacing w:after="100" w:line="307" w:lineRule="auto"/>
        <w:ind w:left="432" w:hanging="259"/>
      </w:pPr>
      <w:r>
        <w:rPr>
          <w:color w:val="1B474D"/>
        </w:rPr>
        <w:t xml:space="preserve">•   </w:t>
      </w:r>
      <w:r>
        <w:t>He answers her fear or control with harshness, threats, and demands.</w:t>
      </w:r>
    </w:p>
    <w:p w14:paraId="1C307834" w14:textId="77777777" w:rsidR="00BB0E83" w:rsidRDefault="00000000">
      <w:pPr>
        <w:spacing w:after="100" w:line="307" w:lineRule="auto"/>
        <w:ind w:left="432" w:hanging="259"/>
      </w:pPr>
      <w:r>
        <w:rPr>
          <w:color w:val="1B474D"/>
        </w:rPr>
        <w:t xml:space="preserve">•   </w:t>
      </w:r>
      <w:r>
        <w:t>He confuses headship with getting his way.</w:t>
      </w:r>
    </w:p>
    <w:p w14:paraId="0A802C06" w14:textId="77777777" w:rsidR="00BB0E83" w:rsidRDefault="00000000">
      <w:pPr>
        <w:spacing w:after="100" w:line="307" w:lineRule="auto"/>
        <w:ind w:left="432" w:hanging="259"/>
      </w:pPr>
      <w:r>
        <w:rPr>
          <w:color w:val="1B474D"/>
        </w:rPr>
        <w:t xml:space="preserve">•   </w:t>
      </w:r>
      <w:r>
        <w:t>He goes silent, leaves decisions to her, and resents her for carrying what he abandoned.</w:t>
      </w:r>
    </w:p>
    <w:p w14:paraId="7225A071" w14:textId="77777777" w:rsidR="00BB0E83" w:rsidRDefault="00000000">
      <w:pPr>
        <w:spacing w:after="100" w:line="307" w:lineRule="auto"/>
        <w:ind w:left="432" w:hanging="259"/>
      </w:pPr>
      <w:r>
        <w:rPr>
          <w:color w:val="1B474D"/>
        </w:rPr>
        <w:t xml:space="preserve">•   </w:t>
      </w:r>
      <w:r>
        <w:t>He refuses to know God’s word, pray, repent, or lead his household toward Christ.</w:t>
      </w:r>
    </w:p>
    <w:p w14:paraId="28890D15" w14:textId="77777777" w:rsidR="00BB0E83" w:rsidRDefault="00000000">
      <w:r>
        <w:t>Men have failed women. Too many women look at the man beside them and see Adam, not Jesus. They see a man who is spiritually passive, biblically unprepared, and willing to let her carry the weight of the house. Then they are told to trust leadership that has not learned to follow Christ. That failure is grievous.</w:t>
      </w:r>
    </w:p>
    <w:p w14:paraId="2CC7A630" w14:textId="77777777" w:rsidR="00BB0E83" w:rsidRDefault="00000000">
      <w:r>
        <w:t>Ladies, a husband’s failure does not give you permission to answer rebellion with rebellion. Submission is first to the Lord through his commandments. Men, a wife’s resistance does not give you permission to crush her. Your pattern is Christ, who gave himself up for the church to make her holy and blameless. We will come back to that restoration in Part Four. Genesis 3 tells us why marriage is a battlefield. Christ shows us how it becomes sacred again.</w:t>
      </w:r>
    </w:p>
    <w:p w14:paraId="023F44D3" w14:textId="77777777" w:rsidR="00BB0E83" w:rsidRDefault="00000000">
      <w:r>
        <w:t>The answer is not a power struggle where one sinner finally wins. The answer is both husband and wife submitting to God first. The husband leads by sacrificial obedience, not force. The wife honors that leadership as strength under control, not weakness. Both confess the old desire to rule themselves. Both turn from the curse toward Christ.</w:t>
      </w:r>
    </w:p>
    <w:p w14:paraId="50400DC5" w14:textId="77777777" w:rsidR="00BB0E83" w:rsidRDefault="00000000">
      <w:pPr>
        <w:keepNext/>
        <w:keepLines/>
        <w:spacing w:before="380" w:after="140" w:line="274" w:lineRule="auto"/>
      </w:pPr>
      <w:r>
        <w:rPr>
          <w:rFonts w:ascii="Georgia" w:hAnsi="Georgia"/>
          <w:b/>
          <w:color w:val="1B474D"/>
          <w:sz w:val="29"/>
        </w:rPr>
        <w:t>Genesis 3:17–19: Adam, the Ground, and the Sweat of Death</w:t>
      </w:r>
    </w:p>
    <w:p w14:paraId="445D2479" w14:textId="77777777" w:rsidR="00BB0E83" w:rsidRDefault="00000000">
      <w:pPr>
        <w:keepLines/>
        <w:pBdr>
          <w:left w:val="single" w:sz="14" w:space="10" w:color="C9C6BE"/>
        </w:pBdr>
        <w:spacing w:before="220" w:after="60" w:line="302" w:lineRule="auto"/>
        <w:ind w:left="490" w:right="432"/>
      </w:pPr>
      <w:r>
        <w:rPr>
          <w:rFonts w:ascii="Georgia" w:hAnsi="Georgia"/>
          <w:sz w:val="21"/>
        </w:rPr>
        <w:t>Then to Adam He said, “Because you have listened to the voice of your wife and have eaten from the tree about which I commanded you, saying, ‘You shall not eat from it’;</w:t>
      </w:r>
    </w:p>
    <w:p w14:paraId="444D01A2" w14:textId="77777777" w:rsidR="00BB0E83" w:rsidRDefault="00000000">
      <w:pPr>
        <w:keepLines/>
        <w:pBdr>
          <w:left w:val="single" w:sz="14" w:space="10" w:color="C9C6BE"/>
        </w:pBdr>
        <w:spacing w:before="60" w:after="60" w:line="302" w:lineRule="auto"/>
        <w:ind w:left="490" w:right="432"/>
      </w:pPr>
      <w:r>
        <w:rPr>
          <w:rFonts w:ascii="Georgia" w:hAnsi="Georgia"/>
          <w:sz w:val="21"/>
        </w:rPr>
        <w:t>Cursed is the ground because of you;</w:t>
      </w:r>
    </w:p>
    <w:p w14:paraId="59448F39" w14:textId="77777777" w:rsidR="00BB0E83" w:rsidRDefault="00000000">
      <w:pPr>
        <w:keepLines/>
        <w:pBdr>
          <w:left w:val="single" w:sz="14" w:space="10" w:color="C9C6BE"/>
        </w:pBdr>
        <w:spacing w:before="60" w:after="60" w:line="302" w:lineRule="auto"/>
        <w:ind w:left="490" w:right="432"/>
      </w:pPr>
      <w:r>
        <w:rPr>
          <w:rFonts w:ascii="Georgia" w:hAnsi="Georgia"/>
          <w:sz w:val="21"/>
        </w:rPr>
        <w:t>In pain you will eat of it</w:t>
      </w:r>
    </w:p>
    <w:p w14:paraId="363762B6" w14:textId="77777777" w:rsidR="00BB0E83" w:rsidRDefault="00000000">
      <w:pPr>
        <w:keepLines/>
        <w:pBdr>
          <w:left w:val="single" w:sz="14" w:space="10" w:color="C9C6BE"/>
        </w:pBdr>
        <w:spacing w:before="60" w:after="60" w:line="302" w:lineRule="auto"/>
        <w:ind w:left="490" w:right="432"/>
      </w:pPr>
      <w:r>
        <w:rPr>
          <w:rFonts w:ascii="Georgia" w:hAnsi="Georgia"/>
          <w:sz w:val="21"/>
        </w:rPr>
        <w:t>All the days of your life.</w:t>
      </w:r>
    </w:p>
    <w:p w14:paraId="05D2B444" w14:textId="77777777" w:rsidR="00BB0E83" w:rsidRDefault="00000000">
      <w:pPr>
        <w:keepLines/>
        <w:pBdr>
          <w:left w:val="single" w:sz="14" w:space="10" w:color="C9C6BE"/>
        </w:pBdr>
        <w:spacing w:before="60" w:after="60" w:line="302" w:lineRule="auto"/>
        <w:ind w:left="490" w:right="432"/>
      </w:pPr>
      <w:r>
        <w:rPr>
          <w:rFonts w:ascii="Georgia" w:hAnsi="Georgia"/>
          <w:sz w:val="21"/>
        </w:rPr>
        <w:t>“Both thorns and thistles it shall grow for you;</w:t>
      </w:r>
    </w:p>
    <w:p w14:paraId="7F5A4780" w14:textId="77777777" w:rsidR="00BB0E83" w:rsidRDefault="00000000">
      <w:pPr>
        <w:keepLines/>
        <w:pBdr>
          <w:left w:val="single" w:sz="14" w:space="10" w:color="C9C6BE"/>
        </w:pBdr>
        <w:spacing w:before="60" w:after="60" w:line="302" w:lineRule="auto"/>
        <w:ind w:left="490" w:right="432"/>
      </w:pPr>
      <w:r>
        <w:rPr>
          <w:rFonts w:ascii="Georgia" w:hAnsi="Georgia"/>
          <w:sz w:val="21"/>
        </w:rPr>
        <w:t>And you will eat the plants of the field;</w:t>
      </w:r>
    </w:p>
    <w:p w14:paraId="4575FF8C" w14:textId="77777777" w:rsidR="00BB0E83" w:rsidRDefault="00000000">
      <w:pPr>
        <w:keepLines/>
        <w:pBdr>
          <w:left w:val="single" w:sz="14" w:space="10" w:color="C9C6BE"/>
        </w:pBdr>
        <w:spacing w:before="60" w:after="60" w:line="302" w:lineRule="auto"/>
        <w:ind w:left="490" w:right="432"/>
      </w:pPr>
      <w:r>
        <w:rPr>
          <w:rFonts w:ascii="Georgia" w:hAnsi="Georgia"/>
          <w:sz w:val="21"/>
        </w:rPr>
        <w:lastRenderedPageBreak/>
        <w:t>By the sweat of your face</w:t>
      </w:r>
    </w:p>
    <w:p w14:paraId="5AD9760C" w14:textId="77777777" w:rsidR="00BB0E83" w:rsidRDefault="00000000">
      <w:pPr>
        <w:keepLines/>
        <w:pBdr>
          <w:left w:val="single" w:sz="14" w:space="10" w:color="C9C6BE"/>
        </w:pBdr>
        <w:spacing w:before="60" w:after="60" w:line="302" w:lineRule="auto"/>
        <w:ind w:left="490" w:right="432"/>
      </w:pPr>
      <w:r>
        <w:rPr>
          <w:rFonts w:ascii="Georgia" w:hAnsi="Georgia"/>
          <w:sz w:val="21"/>
        </w:rPr>
        <w:t>You will eat bread,</w:t>
      </w:r>
    </w:p>
    <w:p w14:paraId="6392A28B" w14:textId="77777777" w:rsidR="00BB0E83" w:rsidRDefault="00000000">
      <w:pPr>
        <w:keepLines/>
        <w:pBdr>
          <w:left w:val="single" w:sz="14" w:space="10" w:color="C9C6BE"/>
        </w:pBdr>
        <w:spacing w:before="60" w:after="60" w:line="302" w:lineRule="auto"/>
        <w:ind w:left="490" w:right="432"/>
      </w:pPr>
      <w:r>
        <w:rPr>
          <w:rFonts w:ascii="Georgia" w:hAnsi="Georgia"/>
          <w:sz w:val="21"/>
        </w:rPr>
        <w:t>Till you return to the ground,</w:t>
      </w:r>
    </w:p>
    <w:p w14:paraId="0B7295D3" w14:textId="77777777" w:rsidR="00BB0E83" w:rsidRDefault="00000000">
      <w:pPr>
        <w:keepLines/>
        <w:pBdr>
          <w:left w:val="single" w:sz="14" w:space="10" w:color="C9C6BE"/>
        </w:pBdr>
        <w:spacing w:before="60" w:after="60" w:line="302" w:lineRule="auto"/>
        <w:ind w:left="490" w:right="432"/>
      </w:pPr>
      <w:r>
        <w:rPr>
          <w:rFonts w:ascii="Georgia" w:hAnsi="Georgia"/>
          <w:sz w:val="21"/>
        </w:rPr>
        <w:t>Because from it you were taken;</w:t>
      </w:r>
    </w:p>
    <w:p w14:paraId="45EA85A3" w14:textId="77777777" w:rsidR="00BB0E83" w:rsidRDefault="00000000">
      <w:pPr>
        <w:keepLines/>
        <w:pBdr>
          <w:left w:val="single" w:sz="14" w:space="10" w:color="C9C6BE"/>
        </w:pBdr>
        <w:spacing w:before="60" w:after="60" w:line="302" w:lineRule="auto"/>
        <w:ind w:left="490" w:right="432"/>
      </w:pPr>
      <w:r>
        <w:rPr>
          <w:rFonts w:ascii="Georgia" w:hAnsi="Georgia"/>
          <w:sz w:val="21"/>
        </w:rPr>
        <w:t>For you are dust,</w:t>
      </w:r>
    </w:p>
    <w:p w14:paraId="51158AB7" w14:textId="77777777" w:rsidR="00BB0E83" w:rsidRDefault="00000000">
      <w:pPr>
        <w:keepLines/>
        <w:pBdr>
          <w:left w:val="single" w:sz="14" w:space="10" w:color="C9C6BE"/>
        </w:pBdr>
        <w:spacing w:before="60" w:after="60" w:line="302" w:lineRule="auto"/>
        <w:ind w:left="490" w:right="432"/>
      </w:pPr>
      <w:r>
        <w:rPr>
          <w:rFonts w:ascii="Georgia" w:hAnsi="Georgia"/>
          <w:sz w:val="21"/>
        </w:rPr>
        <w:t>And to dust you shall return.”</w:t>
      </w:r>
    </w:p>
    <w:p w14:paraId="427779C7" w14:textId="77777777" w:rsidR="00BB0E83" w:rsidRDefault="00000000">
      <w:pPr>
        <w:keepLines/>
        <w:pBdr>
          <w:left w:val="single" w:sz="14" w:space="10" w:color="C9C6BE"/>
        </w:pBdr>
        <w:spacing w:before="60" w:after="40" w:line="302" w:lineRule="auto"/>
        <w:ind w:left="490" w:right="432"/>
      </w:pPr>
      <w:r>
        <w:rPr>
          <w:rFonts w:ascii="Georgia" w:hAnsi="Georgia"/>
          <w:sz w:val="21"/>
        </w:rPr>
        <w:t>— Genesis 3:17–19, LSB</w:t>
      </w:r>
    </w:p>
    <w:p w14:paraId="7C87A553" w14:textId="77777777" w:rsidR="00BB0E83" w:rsidRDefault="00000000">
      <w:r>
        <w:t xml:space="preserve">God begins with Adam’s act: “Because you have listened to the voice of your wife.” The Hebrew idiom </w:t>
      </w:r>
      <w:r>
        <w:rPr>
          <w:i/>
        </w:rPr>
        <w:t>shama b’qol</w:t>
      </w:r>
      <w:r>
        <w:t xml:space="preserve">, “to listen to the voice of,” means </w:t>
      </w:r>
      <w:r>
        <w:rPr>
          <w:b/>
        </w:rPr>
        <w:t>to obey</w:t>
      </w:r>
      <w:r>
        <w:t>. This is not a rebuke for hearing his wife speak. A godly husband should listen carefully to his wife. He should receive her wisdom, honor her, and love her as his own flesh. Adam’s sin was obeying her against the direct command of God.</w:t>
      </w:r>
    </w:p>
    <w:p w14:paraId="7ADE5FC7" w14:textId="77777777" w:rsidR="00BB0E83" w:rsidRDefault="00000000">
      <w:r>
        <w:t>He was supposed to lead in obedience to God. Instead, he obeyed his wife into sin. The issue is not listening as such. The issue is which voice rules when a human voice contradicts the voice of God.</w:t>
      </w:r>
    </w:p>
    <w:p w14:paraId="400D5499" w14:textId="77777777" w:rsidR="00BB0E83" w:rsidRDefault="00000000">
      <w:r>
        <w:t xml:space="preserve">Then God says, “Cursed is the ground because of you.” Notice the precision. God does not directly say to Adam, “Cursed are you,” as he said to the serpent. He curses the </w:t>
      </w:r>
      <w:r>
        <w:rPr>
          <w:b/>
        </w:rPr>
        <w:t>ground</w:t>
      </w:r>
      <w:r>
        <w:t>, the very soil Adam was formed from and was given to keep. The punishment aims at the relationship between the steward and his domain.</w:t>
      </w:r>
    </w:p>
    <w:p w14:paraId="5A733C6F" w14:textId="77777777" w:rsidR="00BB0E83" w:rsidRDefault="00000000">
      <w:r>
        <w:t>Adam had been taken from the ground. God had planted a garden and placed Adam in it to cultivate and keep it. The soil was not his enemy. It was the realm of his calling. He was made from it and entrusted with it. Now the ground will resist him.</w:t>
      </w:r>
    </w:p>
    <w:p w14:paraId="11E259C6" w14:textId="77777777" w:rsidR="00BB0E83" w:rsidRDefault="00000000">
      <w:r>
        <w:t xml:space="preserve">“In painful toil you will eat of it.” The word for pain is again </w:t>
      </w:r>
      <w:r>
        <w:rPr>
          <w:i/>
        </w:rPr>
        <w:t>atsav</w:t>
      </w:r>
      <w:r>
        <w:t>, the same root used in Eve’s sentence. The parallel is deliberate:</w:t>
      </w:r>
    </w:p>
    <w:p w14:paraId="339AC68A" w14:textId="77777777" w:rsidR="00BB0E83" w:rsidRDefault="00000000">
      <w:pPr>
        <w:spacing w:after="100" w:line="307" w:lineRule="auto"/>
        <w:ind w:left="432" w:hanging="259"/>
      </w:pPr>
      <w:r>
        <w:rPr>
          <w:color w:val="1B474D"/>
        </w:rPr>
        <w:t xml:space="preserve">•   </w:t>
      </w:r>
      <w:r>
        <w:t xml:space="preserve">Eve’s sorrow comes in </w:t>
      </w:r>
      <w:r>
        <w:rPr>
          <w:b/>
        </w:rPr>
        <w:t>bringing forth life</w:t>
      </w:r>
      <w:r>
        <w:t xml:space="preserve"> through childbearing.</w:t>
      </w:r>
    </w:p>
    <w:p w14:paraId="53BF6C28" w14:textId="77777777" w:rsidR="00BB0E83" w:rsidRDefault="00000000">
      <w:pPr>
        <w:spacing w:after="100" w:line="307" w:lineRule="auto"/>
        <w:ind w:left="432" w:hanging="259"/>
      </w:pPr>
      <w:r>
        <w:rPr>
          <w:color w:val="1B474D"/>
        </w:rPr>
        <w:t xml:space="preserve">•   </w:t>
      </w:r>
      <w:r>
        <w:t xml:space="preserve">Adam’s sorrow comes in </w:t>
      </w:r>
      <w:r>
        <w:rPr>
          <w:b/>
        </w:rPr>
        <w:t>bringing forth bread</w:t>
      </w:r>
      <w:r>
        <w:t xml:space="preserve"> through labor.</w:t>
      </w:r>
    </w:p>
    <w:p w14:paraId="71A51411" w14:textId="77777777" w:rsidR="00BB0E83" w:rsidRDefault="00000000">
      <w:r>
        <w:t>Both curses fall at the point of their fruitfulness. The woman bears children in pain. The man brings food from the ground in pain. The Fall has reached the places where human beings were commanded to be fruitful and multiply, fill the earth, subdue it, and exercise dominion as faithful stewards.</w:t>
      </w:r>
    </w:p>
    <w:p w14:paraId="64FFD2B3" w14:textId="77777777" w:rsidR="00BB0E83" w:rsidRDefault="00000000">
      <w:pPr>
        <w:keepNext/>
        <w:keepLines/>
        <w:spacing w:before="260" w:after="100" w:line="278" w:lineRule="auto"/>
      </w:pPr>
      <w:r>
        <w:rPr>
          <w:b/>
          <w:color w:val="1B474D"/>
        </w:rPr>
        <w:lastRenderedPageBreak/>
        <w:t>Work Was Not the Curse</w:t>
      </w:r>
    </w:p>
    <w:p w14:paraId="4543070D" w14:textId="77777777" w:rsidR="00BB0E83" w:rsidRDefault="00000000">
      <w:r>
        <w:t xml:space="preserve">Say this plainly: </w:t>
      </w:r>
      <w:r>
        <w:rPr>
          <w:b/>
        </w:rPr>
        <w:t>the curse is not work.</w:t>
      </w:r>
    </w:p>
    <w:p w14:paraId="37725863" w14:textId="77777777" w:rsidR="00BB0E83" w:rsidRDefault="00000000">
      <w:r>
        <w:t>Work existed before the Fall. Genesis 2:15 says God placed the man in the garden to cultivate it and keep it. Work was part of the very good creation. Adam’s calling was not punishment. It was worshipful stewardship. God made the garden, made it grow, and gave Adam meaningful responsibility inside that abundance.</w:t>
      </w:r>
    </w:p>
    <w:p w14:paraId="38B59F90" w14:textId="77777777" w:rsidR="00BB0E83" w:rsidRDefault="00000000">
      <w:r>
        <w:t>What changes in Genesis 3 is not that man now has something to do. What changes is the resistance his work meets. The ground no longer gives easily. Food comes through exhausting conflict. The field grows thorns and thistles. Labor that once was fitting and fruitful becomes frustrating, uncertain, and painful.</w:t>
      </w:r>
    </w:p>
    <w:p w14:paraId="2AB729BC" w14:textId="77777777" w:rsidR="00BB0E83" w:rsidRDefault="00000000">
      <w:r>
        <w:t>Every honest worker knows it. The repair creates another repair. The crop needs rain, then the rain becomes too much. The machine breaks when money is short. The work is good, but the world fights back.</w:t>
      </w:r>
    </w:p>
    <w:p w14:paraId="4FC8E3A4" w14:textId="77777777" w:rsidR="00BB0E83" w:rsidRDefault="00000000">
      <w:r>
        <w:t>“Thorns and thistles” picture obstacles, hardship, frustration, and creation’s corruption by sin. A thorn simply grows. Weeds grow effortlessly where wheat must be fought for.</w:t>
      </w:r>
    </w:p>
    <w:p w14:paraId="68D1FC51" w14:textId="77777777" w:rsidR="00BB0E83" w:rsidRDefault="00000000">
      <w:r>
        <w:t>And remember this for Part Four: Jesus wears thorns on his head. The curse that came from the ground is pressed onto the brow of the King who came to bear it.</w:t>
      </w:r>
    </w:p>
    <w:p w14:paraId="5AC9A549" w14:textId="77777777" w:rsidR="00BB0E83" w:rsidRDefault="00000000">
      <w:r>
        <w:t xml:space="preserve">The author makes a brilliant observation by taking us back to Genesis 2:8: “And Yahweh God </w:t>
      </w:r>
      <w:r>
        <w:rPr>
          <w:b/>
        </w:rPr>
        <w:t>planted</w:t>
      </w:r>
      <w:r>
        <w:t xml:space="preserve"> a garden in Eden.” God planted it. Adam entered a garden already prepared by divine generosity. He received fruit that he had not planted and abundance that he had not earned.</w:t>
      </w:r>
    </w:p>
    <w:p w14:paraId="04D6D703" w14:textId="77777777" w:rsidR="00BB0E83" w:rsidRDefault="00000000">
      <w:r>
        <w:t>Now Adam’s work of provision becomes vastly more labor-intensive. You will now have to plant your own gardens and grow your own crops. God is not going to hand you these things anymore. You are still responsible for all of it, but now it will be much harder because you failed.</w:t>
      </w:r>
    </w:p>
    <w:p w14:paraId="41033A5F" w14:textId="77777777" w:rsidR="00BB0E83" w:rsidRDefault="00000000">
      <w:r>
        <w:t>That is the theology of frustrated labor. Every farmer trying to force a living from stubborn soil, every builder repairing what weather destroys, every father working two jobs to put bread on the table, every mother doing unending work that no one sees, every pastor laboring for hearts that resist truth is living inside Genesis 3:17.</w:t>
      </w:r>
    </w:p>
    <w:p w14:paraId="33E335C4" w14:textId="77777777" w:rsidR="00BB0E83" w:rsidRDefault="00000000">
      <w:r>
        <w:lastRenderedPageBreak/>
        <w:t>Work still matters because we remain image-bearers and stewards. But in this age it comes mixed with sweat, setbacks, and the knowledge that our best earthly building will need repair or be handed to another.</w:t>
      </w:r>
    </w:p>
    <w:p w14:paraId="2E925F38" w14:textId="77777777" w:rsidR="00BB0E83" w:rsidRDefault="00000000">
      <w:r>
        <w:t xml:space="preserve">“By the sweat of your brow” is a </w:t>
      </w:r>
      <w:r>
        <w:rPr>
          <w:b/>
        </w:rPr>
        <w:t>metonymy</w:t>
      </w:r>
      <w:r>
        <w:t>: naming one part to stand for the whole. Sweat stands for the struggle to survive: aching backs, failed plans, unpaid debts, sleepless nights, and labor that seems to vanish.</w:t>
      </w:r>
    </w:p>
    <w:p w14:paraId="405BB7F8" w14:textId="77777777" w:rsidR="00BB0E83" w:rsidRDefault="00000000">
      <w:r>
        <w:t>Then the sentence reaches its end: “Till you return to the ground, because from it you were taken; for you are dust, and to dust you shall return.” Death is the ultimate judgment.</w:t>
      </w:r>
    </w:p>
    <w:p w14:paraId="19AD69A8" w14:textId="77777777" w:rsidR="00BB0E83" w:rsidRDefault="00000000">
      <w:r>
        <w:t>The irony is devastating. The temptation was to be like God. The verdict reminds Adam that he is dirt. Paul says, “The first man is from the earth, earthy” (1 Corinthians 15:47, LSB). The same hands that shaped Adam from clay now sentence the clay to return.</w:t>
      </w:r>
    </w:p>
    <w:p w14:paraId="2CBB0D3A" w14:textId="77777777" w:rsidR="00BB0E83" w:rsidRDefault="00000000">
      <w:r>
        <w:t>Adam sought autonomy, life on his own terms, wisdom apart from God. He receives what rebellion always gives: not independence, but death. Man cannot become God. Man cannot sustain himself. Dust cannot breathe unless God gives breath. And dust returns to dust when God’s judgment falls.</w:t>
      </w:r>
    </w:p>
    <w:p w14:paraId="1EF73095" w14:textId="77777777" w:rsidR="00BB0E83" w:rsidRDefault="00000000">
      <w:pPr>
        <w:keepNext/>
        <w:keepLines/>
        <w:spacing w:before="380" w:after="140" w:line="274" w:lineRule="auto"/>
      </w:pPr>
      <w:r>
        <w:rPr>
          <w:rFonts w:ascii="Georgia" w:hAnsi="Georgia"/>
          <w:b/>
          <w:color w:val="1B474D"/>
          <w:sz w:val="29"/>
        </w:rPr>
        <w:t>Nature Fights Back</w:t>
      </w:r>
    </w:p>
    <w:p w14:paraId="0C0F74B0" w14:textId="77777777" w:rsidR="00BB0E83" w:rsidRDefault="00000000">
      <w:r>
        <w:t>The curse on the ground is not a small agricultural detail tucked into an ancient story. It is an explanation for the groaning world we inhabit. Nature itself has been caught up in the Fall of man.</w:t>
      </w:r>
    </w:p>
    <w:p w14:paraId="47FC2C06" w14:textId="77777777" w:rsidR="00BB0E83" w:rsidRDefault="00000000">
      <w:r>
        <w:t>Paul gives the clearest New Testament explanation in Romans 8:</w:t>
      </w:r>
    </w:p>
    <w:p w14:paraId="3031C2D7" w14:textId="77777777" w:rsidR="00BB0E83" w:rsidRDefault="00000000">
      <w:pPr>
        <w:keepLines/>
        <w:pBdr>
          <w:left w:val="single" w:sz="14" w:space="10" w:color="C9C6BE"/>
        </w:pBdr>
        <w:spacing w:before="220" w:after="60" w:line="302" w:lineRule="auto"/>
        <w:ind w:left="490" w:right="432"/>
      </w:pPr>
      <w:r>
        <w:rPr>
          <w:rFonts w:ascii="Georgia" w:hAnsi="Georgia"/>
          <w:sz w:val="21"/>
        </w:rPr>
        <w:t>For the anxious longing of the creation eagerly waits for the revealing of the sons of God. For the creation was subjected to futility, not willingly, but because of Him who subjected it, in hope that the creation itself also will be set free from the slavery to corruption into the freedom of the glory of the children of God. For we know that the whole creation groans and suffers the pains of childbirth together until now. And not only this, but also we ourselves, having the first fruits of the Spirit, even we ourselves groan within ourselves, eagerly waiting for our adoption as sons, the redemption of our body.</w:t>
      </w:r>
    </w:p>
    <w:p w14:paraId="000C71B9" w14:textId="77777777" w:rsidR="00BB0E83" w:rsidRDefault="00000000">
      <w:pPr>
        <w:keepLines/>
        <w:pBdr>
          <w:left w:val="single" w:sz="14" w:space="10" w:color="C9C6BE"/>
        </w:pBdr>
        <w:spacing w:before="60" w:after="40" w:line="302" w:lineRule="auto"/>
        <w:ind w:left="490" w:right="432"/>
      </w:pPr>
      <w:r>
        <w:rPr>
          <w:rFonts w:ascii="Georgia" w:hAnsi="Georgia"/>
          <w:sz w:val="21"/>
        </w:rPr>
        <w:t>— Romans 8:19–23, LSB</w:t>
      </w:r>
    </w:p>
    <w:p w14:paraId="787381D9" w14:textId="77777777" w:rsidR="00BB0E83" w:rsidRDefault="00000000">
      <w:r>
        <w:t xml:space="preserve">Creation was “subjected to futility.” The Greek word </w:t>
      </w:r>
      <w:r>
        <w:rPr>
          <w:i/>
        </w:rPr>
        <w:t>mataiotes</w:t>
      </w:r>
      <w:r>
        <w:t xml:space="preserve"> means emptiness, frustration, or purposelessness. Things do not reach their created end cleanly. Fields fail. Bodies weaken. </w:t>
      </w:r>
      <w:r>
        <w:lastRenderedPageBreak/>
        <w:t>Structures decay. The world has splendor, but it does not hold still. It has order, but it has fracture inside the order.</w:t>
      </w:r>
    </w:p>
    <w:p w14:paraId="02495228" w14:textId="77777777" w:rsidR="00BB0E83" w:rsidRDefault="00000000">
      <w:r>
        <w:t xml:space="preserve">Paul also calls it “slavery to corruption.” The Greek phrase </w:t>
      </w:r>
      <w:r>
        <w:rPr>
          <w:i/>
        </w:rPr>
        <w:t>douleia tes phthoras</w:t>
      </w:r>
      <w:r>
        <w:t xml:space="preserve"> means bondage or slavery to decay. Creation is held under a master it did not choose. It breaks down. It wears out. It groans under a sentence that entered through human rebellion.</w:t>
      </w:r>
    </w:p>
    <w:p w14:paraId="51E16E12" w14:textId="77777777" w:rsidR="00BB0E83" w:rsidRDefault="00000000">
      <w:r>
        <w:t xml:space="preserve">The central argument must be said without confusion: the ground was cursed because of </w:t>
      </w:r>
      <w:r>
        <w:rPr>
          <w:b/>
        </w:rPr>
        <w:t>man</w:t>
      </w:r>
      <w:r>
        <w:t>. Creation is not suffering for its own sin. It is a kingdom bearing the consequences of its king’s treason. Man was appointed to exercise dominion as God’s image-bearer. When the steward rebelled against his King, the realm under the steward’s care was subjected to frustration.</w:t>
      </w:r>
    </w:p>
    <w:p w14:paraId="50488274" w14:textId="77777777" w:rsidR="00BB0E83" w:rsidRDefault="00000000">
      <w:r>
        <w:t>Nature is not neutral toward human rebellion. It is in revolt against the effects of it, straining under a weight it never chose.</w:t>
      </w:r>
    </w:p>
    <w:tbl>
      <w:tblPr>
        <w:tblW w:w="0" w:type="auto"/>
        <w:tblLayout w:type="fixed"/>
        <w:tblLook w:val="04A0" w:firstRow="1" w:lastRow="0" w:firstColumn="1" w:lastColumn="0" w:noHBand="0" w:noVBand="1"/>
      </w:tblPr>
      <w:tblGrid>
        <w:gridCol w:w="8640"/>
      </w:tblGrid>
      <w:tr w:rsidR="00BB0E83" w14:paraId="041C6A3A" w14:textId="77777777">
        <w:tc>
          <w:tcPr>
            <w:tcW w:w="8640" w:type="dxa"/>
            <w:shd w:val="clear" w:color="auto" w:fill="F1EFE9"/>
            <w:tcMar>
              <w:top w:w="150" w:type="dxa"/>
              <w:left w:w="200" w:type="dxa"/>
              <w:bottom w:w="150" w:type="dxa"/>
              <w:right w:w="200" w:type="dxa"/>
            </w:tcMar>
          </w:tcPr>
          <w:p w14:paraId="08C18BCA" w14:textId="77777777" w:rsidR="00BB0E83" w:rsidRDefault="00000000">
            <w:pPr>
              <w:spacing w:after="0" w:line="302" w:lineRule="auto"/>
            </w:pPr>
            <w:r>
              <w:rPr>
                <w:b/>
                <w:sz w:val="21"/>
              </w:rPr>
              <w:t>Plain terms.</w:t>
            </w:r>
            <w:r>
              <w:rPr>
                <w:sz w:val="21"/>
              </w:rPr>
              <w:t xml:space="preserve"> The world is not a machine we happen to live in. It is a covenant environment. It responds. When man rebels, the ground goes hard; when the King returns, the seas go still.</w:t>
            </w:r>
          </w:p>
        </w:tc>
      </w:tr>
    </w:tbl>
    <w:p w14:paraId="5123DC21" w14:textId="77777777" w:rsidR="00BB0E83" w:rsidRDefault="00BB0E83">
      <w:pPr>
        <w:spacing w:after="220"/>
      </w:pPr>
    </w:p>
    <w:p w14:paraId="67C0CC81" w14:textId="77777777" w:rsidR="00BB0E83" w:rsidRDefault="00000000">
      <w:r>
        <w:t>Genesis shows this pattern beginning almost immediately. Cain kills Abel, and God says, “The voice of your brother’s blood is crying to Me from the ground” (Genesis 4:10, LSB). Blood does not merely disappear into dirt. The ground becomes a witness. Cain’s judgment deepens Adam’s: “When you cultivate the ground, it will no longer give its strength to you” (Genesis 4:12, LSB). The soil that received Abel’s blood will no longer yield itself to the murderer.</w:t>
      </w:r>
    </w:p>
    <w:p w14:paraId="6A726DFE" w14:textId="77777777" w:rsidR="00BB0E83" w:rsidRDefault="00000000">
      <w:r>
        <w:t>The world of Noah shows the same principle on a massive scale. Human wickedness fills the earth, and God brings a flood. Water, a basic means of life, becomes the instrument of judgment. In Egypt, the plagues show created order turned against a proud king. Water becomes blood. Dust becomes gnats. Darkness covers the land. Hail devastates field and tree. Locusts consume what remains. The God of creation can command his creatures against those who harden themselves against him.</w:t>
      </w:r>
    </w:p>
    <w:p w14:paraId="42F29026" w14:textId="77777777" w:rsidR="00BB0E83" w:rsidRDefault="00000000">
      <w:r>
        <w:t>Consider how Scripture speaks of the land itself:</w:t>
      </w:r>
    </w:p>
    <w:p w14:paraId="6E90EAB4" w14:textId="77777777" w:rsidR="00BB0E83" w:rsidRDefault="00000000">
      <w:pPr>
        <w:spacing w:after="100" w:line="307" w:lineRule="auto"/>
        <w:ind w:left="432" w:hanging="259"/>
      </w:pPr>
      <w:r>
        <w:rPr>
          <w:color w:val="1B474D"/>
        </w:rPr>
        <w:t xml:space="preserve">•   </w:t>
      </w:r>
      <w:r>
        <w:rPr>
          <w:b/>
        </w:rPr>
        <w:t>The ground swallowed Korah and his company</w:t>
      </w:r>
      <w:r>
        <w:t xml:space="preserve"> when they rebelled against the authority God had established (Numbers 16:31–33). The earth opened its mouth in judgment.</w:t>
      </w:r>
    </w:p>
    <w:p w14:paraId="4888E09E" w14:textId="77777777" w:rsidR="00BB0E83" w:rsidRDefault="00000000">
      <w:pPr>
        <w:spacing w:after="100" w:line="307" w:lineRule="auto"/>
        <w:ind w:left="432" w:hanging="259"/>
      </w:pPr>
      <w:r>
        <w:rPr>
          <w:color w:val="1B474D"/>
        </w:rPr>
        <w:lastRenderedPageBreak/>
        <w:t xml:space="preserve">•   </w:t>
      </w:r>
      <w:r>
        <w:rPr>
          <w:b/>
        </w:rPr>
        <w:t>The land of Israel was commanded to vomit out its inhabitants</w:t>
      </w:r>
      <w:r>
        <w:t xml:space="preserve"> because of their sin (Leviticus 18:25; 20:22). The language is deliberately physical. Defilement makes the land sick.</w:t>
      </w:r>
    </w:p>
    <w:p w14:paraId="461DF686" w14:textId="77777777" w:rsidR="00BB0E83" w:rsidRDefault="00000000">
      <w:pPr>
        <w:spacing w:after="100" w:line="307" w:lineRule="auto"/>
        <w:ind w:left="432" w:hanging="259"/>
      </w:pPr>
      <w:r>
        <w:rPr>
          <w:color w:val="1B474D"/>
        </w:rPr>
        <w:t xml:space="preserve">•   </w:t>
      </w:r>
      <w:r>
        <w:rPr>
          <w:b/>
        </w:rPr>
        <w:t>The land kept its sabbaths during exile</w:t>
      </w:r>
      <w:r>
        <w:t xml:space="preserve"> while God’s people were removed from it (Leviticus 26:34–35; 2 Chronicles 36:21). The land had been denied the rest God commanded, and it received that rest through judgment.</w:t>
      </w:r>
    </w:p>
    <w:p w14:paraId="06874674" w14:textId="77777777" w:rsidR="00BB0E83" w:rsidRDefault="00000000">
      <w:pPr>
        <w:spacing w:after="100" w:line="307" w:lineRule="auto"/>
        <w:ind w:left="432" w:hanging="259"/>
      </w:pPr>
      <w:r>
        <w:rPr>
          <w:color w:val="1B474D"/>
        </w:rPr>
        <w:t xml:space="preserve">•   </w:t>
      </w:r>
      <w:r>
        <w:rPr>
          <w:b/>
        </w:rPr>
        <w:t>Hosea says the land mourns</w:t>
      </w:r>
      <w:r>
        <w:t xml:space="preserve"> because there is no faithfulness, no lovingkindness, and no knowledge of God. Even the beasts, birds, and fish are swept away under human faithlessness (Hosea 4:1–3).</w:t>
      </w:r>
    </w:p>
    <w:p w14:paraId="0EA68678" w14:textId="77777777" w:rsidR="00BB0E83" w:rsidRDefault="00000000">
      <w:pPr>
        <w:spacing w:after="100" w:line="307" w:lineRule="auto"/>
        <w:ind w:left="432" w:hanging="259"/>
      </w:pPr>
      <w:r>
        <w:rPr>
          <w:color w:val="1B474D"/>
        </w:rPr>
        <w:t xml:space="preserve">•   </w:t>
      </w:r>
      <w:r>
        <w:rPr>
          <w:b/>
        </w:rPr>
        <w:t>Isaiah says the earth is polluted by its inhabitants</w:t>
      </w:r>
      <w:r>
        <w:t xml:space="preserve"> because they transgressed laws, violated statutes, and broke the everlasting covenant; therefore a curse devours the earth (Isaiah 24:4–6).</w:t>
      </w:r>
    </w:p>
    <w:p w14:paraId="25815128" w14:textId="77777777" w:rsidR="00BB0E83" w:rsidRDefault="00000000">
      <w:pPr>
        <w:spacing w:after="100" w:line="307" w:lineRule="auto"/>
        <w:ind w:left="432" w:hanging="259"/>
      </w:pPr>
      <w:r>
        <w:rPr>
          <w:color w:val="1B474D"/>
        </w:rPr>
        <w:t xml:space="preserve">•   </w:t>
      </w:r>
      <w:r>
        <w:rPr>
          <w:b/>
        </w:rPr>
        <w:t>Jeremiah asks, “How long will the land mourn?”</w:t>
      </w:r>
      <w:r>
        <w:t xml:space="preserve"> He sees the pasture made desolate because of the evil of those who live in it (Jeremiah 12:4, 11).</w:t>
      </w:r>
    </w:p>
    <w:p w14:paraId="6D1341C5" w14:textId="77777777" w:rsidR="00BB0E83" w:rsidRDefault="00000000">
      <w:pPr>
        <w:spacing w:after="100" w:line="307" w:lineRule="auto"/>
        <w:ind w:left="432" w:hanging="259"/>
      </w:pPr>
      <w:r>
        <w:rPr>
          <w:color w:val="1B474D"/>
        </w:rPr>
        <w:t xml:space="preserve">•   </w:t>
      </w:r>
      <w:r>
        <w:rPr>
          <w:b/>
        </w:rPr>
        <w:t>Joel 1 records a devastated land</w:t>
      </w:r>
      <w:r>
        <w:t xml:space="preserve"> where field, grain, vine, fig tree, and livestock all suffer under judgment. The priests are told to lament because creation itself has been struck.</w:t>
      </w:r>
    </w:p>
    <w:p w14:paraId="16CF2565" w14:textId="77777777" w:rsidR="00BB0E83" w:rsidRDefault="00000000">
      <w:pPr>
        <w:spacing w:after="100" w:line="307" w:lineRule="auto"/>
        <w:ind w:left="432" w:hanging="259"/>
      </w:pPr>
      <w:r>
        <w:rPr>
          <w:color w:val="1B474D"/>
        </w:rPr>
        <w:t xml:space="preserve">•   </w:t>
      </w:r>
      <w:r>
        <w:rPr>
          <w:b/>
        </w:rPr>
        <w:t>Habakkuk says “the stone will cry out from the wall”</w:t>
      </w:r>
      <w:r>
        <w:t xml:space="preserve"> and the beam will answer it (Habakkuk 2:11). Even a house built by bloodshed can become a witness against its builder.</w:t>
      </w:r>
    </w:p>
    <w:p w14:paraId="23DA4CDD" w14:textId="77777777" w:rsidR="00BB0E83" w:rsidRDefault="00000000">
      <w:r>
        <w:t>This is not pagan nature worship. Creation is not a god; it is God’s work, dependent on him and held under his covenant rule. The prophets are saying that human sin is never private. Rebellion damages the realm man was appointed to serve.</w:t>
      </w:r>
    </w:p>
    <w:p w14:paraId="08C38478" w14:textId="77777777" w:rsidR="00BB0E83" w:rsidRDefault="00000000">
      <w:r>
        <w:t>Thorns and thistles are the daily form of that sermon. The weed appears where no one planted it; wheat must be cultivated and guarded. Drought can dry a field; flood can turn good ground to ruin. Genesis 3 has made every human project fragile.</w:t>
      </w:r>
    </w:p>
    <w:p w14:paraId="4FBD9C53" w14:textId="77777777" w:rsidR="00BB0E83" w:rsidRDefault="00000000">
      <w:r>
        <w:t>And the Bible does not leave creation only in its rebellion. Creation recognizes its rightful King.</w:t>
      </w:r>
    </w:p>
    <w:p w14:paraId="382306DA" w14:textId="77777777" w:rsidR="00BB0E83" w:rsidRDefault="00000000">
      <w:r>
        <w:t>Jesus stands in a boat with terrified disciples. He rebukes the wind and says to the sea, “Silence! Be still!” The wind ceases, and there is a great calm. The disciples ask, “Who then is this, that even the wind and the sea obey Him?” (Mark 4:39–41, LSB). The answer is the One through whom all things were made. The sea does not merely obey a miracle worker. It obeys its King.</w:t>
      </w:r>
    </w:p>
    <w:p w14:paraId="32CAA5D9" w14:textId="77777777" w:rsidR="00BB0E83" w:rsidRDefault="00000000">
      <w:r>
        <w:lastRenderedPageBreak/>
        <w:t>Jesus speaks to a fig tree, and it withers at his word. When religious leaders demand that his disciples be silenced, he says, “I tell you, if these become silent, the stones will cry out!” (Luke 19:40, LSB). At his crucifixion, the sun darkens. The earth quakes. Rocks split. Graves open (Matthew 27:45–54). Creation responds when its Creator is nailed to a cross.</w:t>
      </w:r>
    </w:p>
    <w:p w14:paraId="234948B4" w14:textId="77777777" w:rsidR="00BB0E83" w:rsidRDefault="00000000">
      <w:r>
        <w:t>The old creation groans, shakes, and waits. The prophets also see its renewal. Isaiah promises a day when “the wolf will dwell with the lamb,” the lion will eat straw like the ox, and no creature will hurt or destroy on God’s holy mountain (Isaiah 11:6–9, LSB). Isaiah 55 gives this direct reversal of Genesis 3:18:</w:t>
      </w:r>
    </w:p>
    <w:p w14:paraId="4D76F72F" w14:textId="77777777" w:rsidR="00BB0E83" w:rsidRDefault="00000000">
      <w:pPr>
        <w:keepLines/>
        <w:pBdr>
          <w:left w:val="single" w:sz="14" w:space="10" w:color="C9C6BE"/>
        </w:pBdr>
        <w:spacing w:before="220" w:after="60" w:line="302" w:lineRule="auto"/>
        <w:ind w:left="490" w:right="432"/>
      </w:pPr>
      <w:r>
        <w:rPr>
          <w:rFonts w:ascii="Georgia" w:hAnsi="Georgia"/>
          <w:sz w:val="21"/>
        </w:rPr>
        <w:t>“Instead of the thorn bush the cypress will come up,</w:t>
      </w:r>
    </w:p>
    <w:p w14:paraId="67F59F16" w14:textId="77777777" w:rsidR="00BB0E83" w:rsidRDefault="00000000">
      <w:pPr>
        <w:keepLines/>
        <w:pBdr>
          <w:left w:val="single" w:sz="14" w:space="10" w:color="C9C6BE"/>
        </w:pBdr>
        <w:spacing w:before="60" w:after="60" w:line="302" w:lineRule="auto"/>
        <w:ind w:left="490" w:right="432"/>
      </w:pPr>
      <w:r>
        <w:rPr>
          <w:rFonts w:ascii="Georgia" w:hAnsi="Georgia"/>
          <w:sz w:val="21"/>
        </w:rPr>
        <w:t>And instead of the nettle the myrtle will come up;</w:t>
      </w:r>
    </w:p>
    <w:p w14:paraId="54E5071A" w14:textId="77777777" w:rsidR="00BB0E83" w:rsidRDefault="00000000">
      <w:pPr>
        <w:keepLines/>
        <w:pBdr>
          <w:left w:val="single" w:sz="14" w:space="10" w:color="C9C6BE"/>
        </w:pBdr>
        <w:spacing w:before="60" w:after="60" w:line="302" w:lineRule="auto"/>
        <w:ind w:left="490" w:right="432"/>
      </w:pPr>
      <w:r>
        <w:rPr>
          <w:rFonts w:ascii="Georgia" w:hAnsi="Georgia"/>
          <w:sz w:val="21"/>
        </w:rPr>
        <w:t>And it will be to Yahweh for a name,</w:t>
      </w:r>
    </w:p>
    <w:p w14:paraId="714E50CD" w14:textId="77777777" w:rsidR="00BB0E83" w:rsidRDefault="00000000">
      <w:pPr>
        <w:keepLines/>
        <w:pBdr>
          <w:left w:val="single" w:sz="14" w:space="10" w:color="C9C6BE"/>
        </w:pBdr>
        <w:spacing w:before="60" w:after="60" w:line="302" w:lineRule="auto"/>
        <w:ind w:left="490" w:right="432"/>
      </w:pPr>
      <w:r>
        <w:rPr>
          <w:rFonts w:ascii="Georgia" w:hAnsi="Georgia"/>
          <w:sz w:val="21"/>
        </w:rPr>
        <w:t>For an everlasting sign which will not be cut off.”</w:t>
      </w:r>
    </w:p>
    <w:p w14:paraId="647EB8F0" w14:textId="77777777" w:rsidR="00BB0E83" w:rsidRDefault="00000000">
      <w:pPr>
        <w:keepLines/>
        <w:pBdr>
          <w:left w:val="single" w:sz="14" w:space="10" w:color="C9C6BE"/>
        </w:pBdr>
        <w:spacing w:before="60" w:after="40" w:line="302" w:lineRule="auto"/>
        <w:ind w:left="490" w:right="432"/>
      </w:pPr>
      <w:r>
        <w:rPr>
          <w:rFonts w:ascii="Georgia" w:hAnsi="Georgia"/>
          <w:sz w:val="21"/>
        </w:rPr>
        <w:t>— Isaiah 55:13, LSB</w:t>
      </w:r>
    </w:p>
    <w:p w14:paraId="6C89C1C0" w14:textId="77777777" w:rsidR="00BB0E83" w:rsidRDefault="00000000">
      <w:r>
        <w:t>Instead of thorn, cypress. Instead of brier, myrtle. That is not decorative poetry. It is God promising that the curse will not have the final word. Isaiah speaks in the vocabulary of Eden’s loss because he is announcing Eden’s restoration.</w:t>
      </w:r>
    </w:p>
    <w:p w14:paraId="7BDAD889" w14:textId="77777777" w:rsidR="00BB0E83" w:rsidRDefault="00000000">
      <w:pPr>
        <w:keepNext/>
        <w:keepLines/>
        <w:spacing w:before="260" w:after="100" w:line="278" w:lineRule="auto"/>
      </w:pPr>
      <w:r>
        <w:rPr>
          <w:b/>
          <w:color w:val="1B474D"/>
        </w:rPr>
        <w:t>Creation Is Preaching</w:t>
      </w:r>
    </w:p>
    <w:p w14:paraId="15B1EE4B" w14:textId="77777777" w:rsidR="00BB0E83" w:rsidRDefault="00000000">
      <w:r>
        <w:t>Every callus, failed crop, and graveside preaches Genesis 3: something is wrong.</w:t>
      </w:r>
    </w:p>
    <w:p w14:paraId="660F63B9" w14:textId="77777777" w:rsidR="00BB0E83" w:rsidRDefault="00000000">
      <w:r>
        <w:t>Nature’s resistance is a mercy. If the ground always yielded, bodies never decayed, plans always succeeded, and death never came, sinners would imagine they were safe in rebellion. The thorns, sweat, and grave say otherwise.</w:t>
      </w:r>
    </w:p>
    <w:p w14:paraId="77719E0D" w14:textId="77777777" w:rsidR="00BB0E83" w:rsidRDefault="00000000">
      <w:r>
        <w:t>That does not mean every hardship can be traced to one personal sin. Job destroys that cruel and shallow conclusion. It means the entire created order bears the consequences of Adam’s Fall. We suffer in a world under curse, and we ourselves contribute to its brokenness by our own sin.</w:t>
      </w:r>
    </w:p>
    <w:p w14:paraId="5CC93D80" w14:textId="77777777" w:rsidR="00BB0E83" w:rsidRDefault="00000000">
      <w:r>
        <w:t>But the groaning is not hopeless. Romans 8 says creation was subjected “in hope.” Its pain is compared to childbirth. Childbirth hurts, but it is not pain without direction. There is a birth coming. The creation waits for the revealing of the sons of God because the redemption of God’s people and the liberation of the created order are joined in God’s plan.</w:t>
      </w:r>
    </w:p>
    <w:p w14:paraId="2F493D2E" w14:textId="77777777" w:rsidR="00BB0E83" w:rsidRDefault="00000000">
      <w:r>
        <w:t xml:space="preserve">So do not treat the world as a disposable machine. Tend your Eden. Care for what God has entrusted to you: house, property, community, church, field, family, body, and work. </w:t>
      </w:r>
      <w:r>
        <w:lastRenderedPageBreak/>
        <w:t>Stewardship cannot remove the curse, but faithful stewardship honors the King whose world it is. And do not despair when the world fights back. The groaning ground is waiting for Christ too.</w:t>
      </w:r>
    </w:p>
    <w:p w14:paraId="27BCD3D8" w14:textId="77777777" w:rsidR="00BB0E83" w:rsidRDefault="00000000">
      <w:pPr>
        <w:keepNext/>
        <w:keepLines/>
        <w:spacing w:before="380" w:after="140" w:line="274" w:lineRule="auto"/>
      </w:pPr>
      <w:r>
        <w:rPr>
          <w:rFonts w:ascii="Georgia" w:hAnsi="Georgia"/>
          <w:b/>
          <w:color w:val="1B474D"/>
          <w:sz w:val="29"/>
        </w:rPr>
        <w:t>Sin and Death Enter the World</w:t>
      </w:r>
    </w:p>
    <w:p w14:paraId="1217DFE9" w14:textId="77777777" w:rsidR="00BB0E83" w:rsidRDefault="00000000">
      <w:r>
        <w:t>Genesis 3 is not merely the story of one bad afternoon in an ancient garden. It is the entrance of sin and death into the human race.</w:t>
      </w:r>
    </w:p>
    <w:p w14:paraId="38F5AA56" w14:textId="77777777" w:rsidR="00BB0E83" w:rsidRDefault="00000000">
      <w:pPr>
        <w:keepLines/>
        <w:pBdr>
          <w:left w:val="single" w:sz="14" w:space="10" w:color="C9C6BE"/>
        </w:pBdr>
        <w:spacing w:before="220" w:after="60" w:line="302" w:lineRule="auto"/>
        <w:ind w:left="490" w:right="432"/>
      </w:pPr>
      <w:r>
        <w:rPr>
          <w:rFonts w:ascii="Georgia" w:hAnsi="Georgia"/>
          <w:sz w:val="21"/>
        </w:rPr>
        <w:t>Therefore, just as through one man sin entered into the world, and death through sin, and so death spread to all men because all sinned.</w:t>
      </w:r>
    </w:p>
    <w:p w14:paraId="43948407" w14:textId="77777777" w:rsidR="00BB0E83" w:rsidRDefault="00000000">
      <w:pPr>
        <w:keepLines/>
        <w:pBdr>
          <w:left w:val="single" w:sz="14" w:space="10" w:color="C9C6BE"/>
        </w:pBdr>
        <w:spacing w:before="60" w:after="40" w:line="302" w:lineRule="auto"/>
        <w:ind w:left="490" w:right="432"/>
      </w:pPr>
      <w:r>
        <w:rPr>
          <w:rFonts w:ascii="Georgia" w:hAnsi="Georgia"/>
          <w:sz w:val="21"/>
        </w:rPr>
        <w:t>— Romans 5:12, LSB</w:t>
      </w:r>
    </w:p>
    <w:p w14:paraId="3399D1C4" w14:textId="77777777" w:rsidR="00BB0E83" w:rsidRDefault="00000000">
      <w:r>
        <w:t xml:space="preserve">Paul says sin entered the world through one man, and death came through sin. Adam was not simply the first sinner in a long line of independent sinners. He stood as the representative head of the human race. This is called </w:t>
      </w:r>
      <w:r>
        <w:rPr>
          <w:b/>
        </w:rPr>
        <w:t>federal headship</w:t>
      </w:r>
      <w:r>
        <w:t>. Plainly, it means Adam acted as the covenant representative of those who came from him, so his fall has consequences for all his people.</w:t>
      </w:r>
    </w:p>
    <w:p w14:paraId="2F112226" w14:textId="77777777" w:rsidR="00BB0E83" w:rsidRDefault="00000000">
      <w:r>
        <w:t>Part Four will develop that truth fully, especially Adam and Christ as the two representative heads. For now, Genesis 3 gives us the first terrible fact: when Adam fell, death spread.</w:t>
      </w:r>
    </w:p>
    <w:p w14:paraId="3F57CC65" w14:textId="77777777" w:rsidR="00BB0E83" w:rsidRDefault="00000000">
      <w:r>
        <w:t>God had warned, “In the day that you eat from it you will surely die.” Was that a bluff? No. They did not drop dead beside the tree, but God’s word was completely true. The moment they ate, they died the death that mattered most, and the funeral simply took a long time to arrive.</w:t>
      </w:r>
    </w:p>
    <w:p w14:paraId="26490833" w14:textId="77777777" w:rsidR="00BB0E83" w:rsidRDefault="00000000">
      <w:pPr>
        <w:keepNext/>
        <w:keepLines/>
        <w:spacing w:before="260" w:after="100" w:line="278" w:lineRule="auto"/>
      </w:pPr>
      <w:r>
        <w:rPr>
          <w:b/>
          <w:color w:val="1B474D"/>
        </w:rPr>
        <w:t>The Three Deaths</w:t>
      </w:r>
    </w:p>
    <w:p w14:paraId="5ACC4745" w14:textId="77777777" w:rsidR="00BB0E83" w:rsidRDefault="00000000">
      <w:r>
        <w:t>Scripture teaches death in more than one sense. Keeping the distinctions clear helps us see the force of God’s warning.</w:t>
      </w:r>
    </w:p>
    <w:p w14:paraId="69D70B7D" w14:textId="77777777" w:rsidR="00BB0E83" w:rsidRDefault="00000000">
      <w:pPr>
        <w:spacing w:after="100" w:line="307" w:lineRule="auto"/>
        <w:ind w:left="432" w:hanging="259"/>
      </w:pPr>
      <w:r>
        <w:rPr>
          <w:color w:val="1B474D"/>
        </w:rPr>
        <w:t xml:space="preserve">•   </w:t>
      </w:r>
      <w:r>
        <w:rPr>
          <w:b/>
        </w:rPr>
        <w:t>Spiritual death</w:t>
      </w:r>
      <w:r>
        <w:t xml:space="preserve"> is immediate separation from God. The sinner remains biologically alive but is dead toward God, unable to make himself alive. Ephesians 2:1 says we were “dead in your transgressions and sins” (LSB). Adam and Eve hide from God because this death begins at once.</w:t>
      </w:r>
    </w:p>
    <w:p w14:paraId="79E0AA0D" w14:textId="77777777" w:rsidR="00BB0E83" w:rsidRDefault="00000000">
      <w:pPr>
        <w:spacing w:after="100" w:line="307" w:lineRule="auto"/>
        <w:ind w:left="432" w:hanging="259"/>
      </w:pPr>
      <w:r>
        <w:rPr>
          <w:color w:val="1B474D"/>
        </w:rPr>
        <w:t xml:space="preserve">•   </w:t>
      </w:r>
      <w:r>
        <w:rPr>
          <w:b/>
        </w:rPr>
        <w:t>Physical death</w:t>
      </w:r>
      <w:r>
        <w:t xml:space="preserve"> is delayed but certain. The body returns to dust. Adam lives for many years after Genesis 3, but the sentence continues working in him from the day he eats. Every funeral is the public announcement that God’s warning was true.</w:t>
      </w:r>
    </w:p>
    <w:p w14:paraId="3AE8A74A" w14:textId="77777777" w:rsidR="00BB0E83" w:rsidRDefault="00000000">
      <w:pPr>
        <w:spacing w:after="100" w:line="307" w:lineRule="auto"/>
        <w:ind w:left="432" w:hanging="259"/>
      </w:pPr>
      <w:r>
        <w:rPr>
          <w:color w:val="1B474D"/>
        </w:rPr>
        <w:lastRenderedPageBreak/>
        <w:t xml:space="preserve">•   </w:t>
      </w:r>
      <w:r>
        <w:rPr>
          <w:b/>
        </w:rPr>
        <w:t>Eternal death</w:t>
      </w:r>
      <w:r>
        <w:t xml:space="preserve"> is the second death. Revelation 20:14 calls the lake of fire “the second death.” It is final judgment, conscious separation from the favorable presence of God, and the everlasting consequence of remaining in sin apart from Christ.</w:t>
      </w:r>
    </w:p>
    <w:p w14:paraId="0A669163" w14:textId="77777777" w:rsidR="00BB0E83" w:rsidRDefault="00000000">
      <w:r>
        <w:t>Adam and Eve become spiritually dead immediately. Physical death begins its long approach. Without the promise of the Seed and the mercy of God, eternal death would be their final end. That is why Genesis 3:15 matters so much. Judgment comes first, but grace enters before despair can become final.</w:t>
      </w:r>
    </w:p>
    <w:p w14:paraId="1BE42BBA" w14:textId="77777777" w:rsidR="00BB0E83" w:rsidRDefault="00000000">
      <w:pPr>
        <w:keepNext/>
        <w:keepLines/>
        <w:spacing w:before="260" w:after="100" w:line="278" w:lineRule="auto"/>
      </w:pPr>
      <w:r>
        <w:rPr>
          <w:b/>
          <w:color w:val="1B474D"/>
        </w:rPr>
        <w:t>Original Sin: What We Inherited</w:t>
      </w:r>
    </w:p>
    <w:p w14:paraId="1B6E5138" w14:textId="77777777" w:rsidR="00BB0E83" w:rsidRDefault="00000000">
      <w:r>
        <w:rPr>
          <w:b/>
        </w:rPr>
        <w:t>Original sin</w:t>
      </w:r>
      <w:r>
        <w:t xml:space="preserve"> does not merely mean that people copy Adam’s bad example. We do imitate him, but the problem is deeper. We inherit his guilt and a corrupted nature. We are born fallen, bent away from God before we ever make our first conscious act of rebellion.</w:t>
      </w:r>
    </w:p>
    <w:p w14:paraId="722E923B" w14:textId="77777777" w:rsidR="00BB0E83" w:rsidRDefault="00000000">
      <w:r>
        <w:t>David says, “Behold, I was brought forth in iniquity, and in sin my mother conceived me” (Psalm 51:5, LSB). Job asks, “Who can make the clean out of the unclean? No one!” (Job 14:4, LSB). Jeremiah says, “The heart is more deceitful than all else and is desperately sick” (Jeremiah 17:9, LSB). Paul concludes that none is righteous, none understands, none seeks for God, and all have turned aside (Romans 3:10–18).</w:t>
      </w:r>
    </w:p>
    <w:p w14:paraId="7FACC6CF" w14:textId="77777777" w:rsidR="00BB0E83" w:rsidRDefault="00000000">
      <w:r>
        <w:t>Genesis itself teaches the same truth. Before the flood, “every intent of the thoughts of his heart was only evil continually” (Genesis 6:5, LSB). After the flood, God says that “the intent of man’s heart is evil from his youth” (Genesis 8:21, LSB). The flood did not wash sin out of the human heart. The problem was not merely the people then living; it was the fallen nature carried in humanity.</w:t>
      </w:r>
    </w:p>
    <w:p w14:paraId="2253EA43" w14:textId="77777777" w:rsidR="00BB0E83" w:rsidRDefault="00000000">
      <w:r>
        <w:t xml:space="preserve">The Reformed confession calls this </w:t>
      </w:r>
      <w:r>
        <w:rPr>
          <w:b/>
        </w:rPr>
        <w:t>total depravity</w:t>
      </w:r>
      <w:r>
        <w:t>. Plain terms: it does not mean every person is as bad as he could possibly be. It means sin has touched every part of us, including mind, will, affections, body, conscience, and relationships, so that no part is left clean enough to save the rest.</w:t>
      </w:r>
    </w:p>
    <w:p w14:paraId="084ED7F2" w14:textId="77777777" w:rsidR="00BB0E83" w:rsidRDefault="00000000">
      <w:r>
        <w:t>We can still show kindness, build, create, work, sacrifice for children, and recognize earthly beauty because we remain made in God’s image and live under common grace. But no sinner can cure his own sin. A spiritually dead heart cannot make itself alive.</w:t>
      </w:r>
    </w:p>
    <w:p w14:paraId="53BF1CF4" w14:textId="77777777" w:rsidR="00BB0E83" w:rsidRDefault="00000000">
      <w:r>
        <w:t>Ephesians 2:1–3 says we are dead in sins, following the world, flesh, and ruler of the authority of the air, and by nature children of wrath. This is death that needs resurrection.</w:t>
      </w:r>
    </w:p>
    <w:tbl>
      <w:tblPr>
        <w:tblW w:w="0" w:type="auto"/>
        <w:tblLayout w:type="fixed"/>
        <w:tblLook w:val="04A0" w:firstRow="1" w:lastRow="0" w:firstColumn="1" w:lastColumn="0" w:noHBand="0" w:noVBand="1"/>
      </w:tblPr>
      <w:tblGrid>
        <w:gridCol w:w="8640"/>
      </w:tblGrid>
      <w:tr w:rsidR="00BB0E83" w14:paraId="10D223FA" w14:textId="77777777">
        <w:tc>
          <w:tcPr>
            <w:tcW w:w="8640" w:type="dxa"/>
            <w:shd w:val="clear" w:color="auto" w:fill="F1EFE9"/>
            <w:tcMar>
              <w:top w:w="150" w:type="dxa"/>
              <w:left w:w="200" w:type="dxa"/>
              <w:bottom w:w="150" w:type="dxa"/>
              <w:right w:w="200" w:type="dxa"/>
            </w:tcMar>
          </w:tcPr>
          <w:p w14:paraId="65C6A5C3" w14:textId="77777777" w:rsidR="00BB0E83" w:rsidRDefault="00000000">
            <w:pPr>
              <w:spacing w:after="0" w:line="302" w:lineRule="auto"/>
            </w:pPr>
            <w:r>
              <w:rPr>
                <w:b/>
                <w:sz w:val="21"/>
              </w:rPr>
              <w:lastRenderedPageBreak/>
              <w:t>Plain terms.</w:t>
            </w:r>
            <w:r>
              <w:rPr>
                <w:sz w:val="21"/>
              </w:rPr>
              <w:t xml:space="preserve"> Original sin means we do not begin life morally neutral and then eventually become sinners. We are born into Adam’s ruined house. We sin because we are sinners, and we need a new head, a new heart, and a new life.</w:t>
            </w:r>
          </w:p>
        </w:tc>
      </w:tr>
    </w:tbl>
    <w:p w14:paraId="68BAE424" w14:textId="77777777" w:rsidR="00BB0E83" w:rsidRDefault="00BB0E83">
      <w:pPr>
        <w:spacing w:after="220"/>
      </w:pPr>
    </w:p>
    <w:p w14:paraId="64CF2D5D" w14:textId="77777777" w:rsidR="00BB0E83" w:rsidRDefault="00000000">
      <w:pPr>
        <w:keepNext/>
        <w:keepLines/>
        <w:spacing w:before="260" w:after="100" w:line="278" w:lineRule="auto"/>
      </w:pPr>
      <w:r>
        <w:rPr>
          <w:b/>
          <w:color w:val="1B474D"/>
        </w:rPr>
        <w:t>The Will That Chooses Apart from God</w:t>
      </w:r>
    </w:p>
    <w:p w14:paraId="7B0C4563" w14:textId="77777777" w:rsidR="00BB0E83" w:rsidRDefault="00000000">
      <w:r>
        <w:t>The author gives a necessary summary of the Fall: the curse “didn’t invent new flaws; it exploited the imperfection of the will of man.” We were made by God and in his image, but we are not God himself. That means we have the ability to make a wrong choice. We are not perfect.</w:t>
      </w:r>
    </w:p>
    <w:p w14:paraId="20CEE9CB" w14:textId="77777777" w:rsidR="00BB0E83" w:rsidRDefault="00000000">
      <w:r>
        <w:t>This imperfection places our will against God’s will because we can choose wrong and God cannot. We must always rely on him for every decision. The same exact thing that happened to Eve is how every sin that ever happened or ever will happen is born: we make decisions apart from God according to our own will.</w:t>
      </w:r>
    </w:p>
    <w:p w14:paraId="3CEBC9EB" w14:textId="77777777" w:rsidR="00BB0E83" w:rsidRDefault="00000000">
      <w:r>
        <w:t>Pride says, “I do not need God. I can do this on my own.” Or, “I do not like that way, God. I want to do it my way.”</w:t>
      </w:r>
    </w:p>
    <w:p w14:paraId="3CAE068D" w14:textId="77777777" w:rsidR="00BB0E83" w:rsidRDefault="00000000">
      <w:r>
        <w:t>That is the center of sin. Not merely breaking a rule, but self-rule. Not merely wanting a forbidden fruit, but deciding that God’s word is not enough. Eve saw, desired, took, and ate because she accepted the serpent’s promise that she could decide good and evil for herself. Adam ate because he set Eve’s desire above God’s command. Both chose their own will over the will of God.</w:t>
      </w:r>
    </w:p>
    <w:p w14:paraId="7B3E2251" w14:textId="77777777" w:rsidR="00BB0E83" w:rsidRDefault="00000000">
      <w:r>
        <w:t>Pride predates Adam and Eve. It was Satan’s downfall. It is what the serpent exploited in the garden. The devil did not need to persuade Eve to bow down and worship him. He only needed to persuade her to serve herself. That is the nature of temptation. It tells us freedom is found in independence from God, when the truth is that independence from God is death.</w:t>
      </w:r>
    </w:p>
    <w:p w14:paraId="19B76820" w14:textId="77777777" w:rsidR="00BB0E83" w:rsidRDefault="00000000">
      <w:r>
        <w:t>This is why every sin has an Eden shape:</w:t>
      </w:r>
    </w:p>
    <w:p w14:paraId="2C226047" w14:textId="77777777" w:rsidR="00BB0E83" w:rsidRDefault="00000000">
      <w:pPr>
        <w:spacing w:after="100" w:line="307" w:lineRule="auto"/>
        <w:ind w:left="432" w:hanging="259"/>
      </w:pPr>
      <w:r>
        <w:rPr>
          <w:color w:val="1B474D"/>
        </w:rPr>
        <w:t xml:space="preserve">•   </w:t>
      </w:r>
      <w:r>
        <w:t>God speaks clearly, and we decide his command is too restrictive.</w:t>
      </w:r>
    </w:p>
    <w:p w14:paraId="3DD456AA" w14:textId="77777777" w:rsidR="00BB0E83" w:rsidRDefault="00000000">
      <w:pPr>
        <w:spacing w:after="100" w:line="307" w:lineRule="auto"/>
        <w:ind w:left="432" w:hanging="259"/>
      </w:pPr>
      <w:r>
        <w:rPr>
          <w:color w:val="1B474D"/>
        </w:rPr>
        <w:t xml:space="preserve">•   </w:t>
      </w:r>
      <w:r>
        <w:t>God provides abundantly, and we fixate on what he withheld.</w:t>
      </w:r>
    </w:p>
    <w:p w14:paraId="160D8D8E" w14:textId="77777777" w:rsidR="00BB0E83" w:rsidRDefault="00000000">
      <w:pPr>
        <w:spacing w:after="100" w:line="307" w:lineRule="auto"/>
        <w:ind w:left="432" w:hanging="259"/>
      </w:pPr>
      <w:r>
        <w:rPr>
          <w:color w:val="1B474D"/>
        </w:rPr>
        <w:t xml:space="preserve">•   </w:t>
      </w:r>
      <w:r>
        <w:t>God offers wisdom in his timing, and we grasp for it now.</w:t>
      </w:r>
    </w:p>
    <w:p w14:paraId="20FC333D" w14:textId="77777777" w:rsidR="00BB0E83" w:rsidRDefault="00000000">
      <w:pPr>
        <w:spacing w:after="100" w:line="307" w:lineRule="auto"/>
        <w:ind w:left="432" w:hanging="259"/>
      </w:pPr>
      <w:r>
        <w:rPr>
          <w:color w:val="1B474D"/>
        </w:rPr>
        <w:t xml:space="preserve">•   </w:t>
      </w:r>
      <w:r>
        <w:t>God calls us to trust him, and we call self-rule maturity.</w:t>
      </w:r>
    </w:p>
    <w:p w14:paraId="06467CE9" w14:textId="77777777" w:rsidR="00BB0E83" w:rsidRDefault="00000000">
      <w:pPr>
        <w:spacing w:after="100" w:line="307" w:lineRule="auto"/>
        <w:ind w:left="432" w:hanging="259"/>
      </w:pPr>
      <w:r>
        <w:rPr>
          <w:color w:val="1B474D"/>
        </w:rPr>
        <w:lastRenderedPageBreak/>
        <w:t xml:space="preserve">•   </w:t>
      </w:r>
      <w:r>
        <w:t>God confronts us, and we hide, fear, and blame.</w:t>
      </w:r>
    </w:p>
    <w:p w14:paraId="5932B0A3" w14:textId="77777777" w:rsidR="00BB0E83" w:rsidRDefault="00000000">
      <w:r>
        <w:t>The answer is not to trust our instinct more confidently. It is to submit our instinct to the word of God. We must rely on him for every decision. Not because God is trying to keep us small, but because he alone is good, wise, and unable to choose evil. We are creatures. We flourish only when our will is yielded to his.</w:t>
      </w:r>
    </w:p>
    <w:p w14:paraId="08AF4DB0" w14:textId="77777777" w:rsidR="00BB0E83" w:rsidRDefault="00000000">
      <w:pPr>
        <w:keepNext/>
        <w:keepLines/>
        <w:spacing w:before="380" w:after="140" w:line="274" w:lineRule="auto"/>
      </w:pPr>
      <w:r>
        <w:rPr>
          <w:rFonts w:ascii="Georgia" w:hAnsi="Georgia"/>
          <w:b/>
          <w:color w:val="1B474D"/>
          <w:sz w:val="29"/>
        </w:rPr>
        <w:t>Genesis 3:20–21: Grace in the Middle of Judgment</w:t>
      </w:r>
    </w:p>
    <w:p w14:paraId="4843FEB4" w14:textId="77777777" w:rsidR="00BB0E83" w:rsidRDefault="00000000">
      <w:pPr>
        <w:keepLines/>
        <w:pBdr>
          <w:left w:val="single" w:sz="14" w:space="10" w:color="C9C6BE"/>
        </w:pBdr>
        <w:spacing w:before="220" w:after="60" w:line="302" w:lineRule="auto"/>
        <w:ind w:left="490" w:right="432"/>
      </w:pPr>
      <w:r>
        <w:rPr>
          <w:rFonts w:ascii="Georgia" w:hAnsi="Georgia"/>
          <w:sz w:val="21"/>
        </w:rPr>
        <w:t>Now the man called his wife’s name Eve, because she was the mother of all the living. Then Yahweh God made garments of skin for Adam and his wife, and He clothed them.</w:t>
      </w:r>
    </w:p>
    <w:p w14:paraId="738F07D8" w14:textId="77777777" w:rsidR="00BB0E83" w:rsidRDefault="00000000">
      <w:pPr>
        <w:keepLines/>
        <w:pBdr>
          <w:left w:val="single" w:sz="14" w:space="10" w:color="C9C6BE"/>
        </w:pBdr>
        <w:spacing w:before="60" w:after="40" w:line="302" w:lineRule="auto"/>
        <w:ind w:left="490" w:right="432"/>
      </w:pPr>
      <w:r>
        <w:rPr>
          <w:rFonts w:ascii="Georgia" w:hAnsi="Georgia"/>
          <w:sz w:val="21"/>
        </w:rPr>
        <w:t>— Genesis 3:20–21, LSB</w:t>
      </w:r>
    </w:p>
    <w:p w14:paraId="512CDC1C" w14:textId="77777777" w:rsidR="00BB0E83" w:rsidRDefault="00000000">
      <w:r>
        <w:t>The death sentence has been spoken, and then Adam names his wife Eve.</w:t>
      </w:r>
    </w:p>
    <w:p w14:paraId="4104F4B7" w14:textId="77777777" w:rsidR="00BB0E83" w:rsidRDefault="00000000">
      <w:r>
        <w:t xml:space="preserve">Her name is </w:t>
      </w:r>
      <w:r>
        <w:rPr>
          <w:i/>
        </w:rPr>
        <w:t>Chavvah</w:t>
      </w:r>
      <w:r>
        <w:t xml:space="preserve">, related to the Hebrew root </w:t>
      </w:r>
      <w:r>
        <w:rPr>
          <w:i/>
        </w:rPr>
        <w:t>chayah</w:t>
      </w:r>
      <w:r>
        <w:t>, “to live.” She is “the mother of all the living.” Standing under death’s sentence, Adam names her Life. Death has entered, but life will continue. The woman’s Seed will come.</w:t>
      </w:r>
    </w:p>
    <w:p w14:paraId="762CE273" w14:textId="77777777" w:rsidR="00BB0E83" w:rsidRDefault="00000000">
      <w:r>
        <w:t>The name also fits the order God established. Adam’s naming of the woman is a mark of entrusted responsibility. He is not claiming that she is less human or less valuable. He is acknowledging the role God gave him, just as his earlier naming of the animals reflected responsibility under God’s authority. But now the name carries a particular defiance against despair. Life will come from the woman even after the Fall.</w:t>
      </w:r>
    </w:p>
    <w:p w14:paraId="32F84B0B" w14:textId="77777777" w:rsidR="00BB0E83" w:rsidRDefault="00000000">
      <w:r>
        <w:t xml:space="preserve">Then verse 21 brings one of the clearest pictures of grace in all of Genesis: “Then Yahweh God made garments of skin for Adam and his wife, and </w:t>
      </w:r>
      <w:r>
        <w:rPr>
          <w:b/>
        </w:rPr>
        <w:t>He clothed them</w:t>
      </w:r>
      <w:r>
        <w:t>.” Verse 21 is important.</w:t>
      </w:r>
    </w:p>
    <w:p w14:paraId="7A63A2CF" w14:textId="77777777" w:rsidR="00BB0E83" w:rsidRDefault="00000000">
      <w:r>
        <w:t>They had covered themselves with fig leaves. Their response to guilt was self-made religion: stitch something together, cover the visible shame, and hope it will hold. God does not accept their leaves as the final answer. He makes garments of skin.</w:t>
      </w:r>
    </w:p>
    <w:p w14:paraId="5B69D9C8" w14:textId="77777777" w:rsidR="00BB0E83" w:rsidRDefault="00000000">
      <w:r>
        <w:t>The text strongly implies the first animal sacrifice. For skins to cover Adam and Eve, an animal must die. The pattern is present: the guilty cannot provide their own acceptable covering, and an innocent life is given so they may stand covered before God.</w:t>
      </w:r>
    </w:p>
    <w:p w14:paraId="06D4ADCB" w14:textId="77777777" w:rsidR="00BB0E83" w:rsidRDefault="00000000">
      <w:pPr>
        <w:keepNext/>
        <w:keepLines/>
        <w:spacing w:before="260" w:after="100" w:line="278" w:lineRule="auto"/>
      </w:pPr>
      <w:r>
        <w:rPr>
          <w:b/>
          <w:color w:val="1B474D"/>
        </w:rPr>
        <w:t>Two Coverings</w:t>
      </w:r>
    </w:p>
    <w:p w14:paraId="281BF9F2" w14:textId="77777777" w:rsidR="00BB0E83" w:rsidRDefault="00000000">
      <w:pPr>
        <w:spacing w:after="100" w:line="307" w:lineRule="auto"/>
        <w:ind w:left="432" w:hanging="259"/>
      </w:pPr>
      <w:r>
        <w:rPr>
          <w:color w:val="1B474D"/>
        </w:rPr>
        <w:t xml:space="preserve">•   </w:t>
      </w:r>
      <w:r>
        <w:rPr>
          <w:b/>
        </w:rPr>
        <w:t>What they grew versus what had to die.</w:t>
      </w:r>
      <w:r>
        <w:t xml:space="preserve"> Fig leaves came from the garden without cost to them; skins required the death of another.</w:t>
      </w:r>
    </w:p>
    <w:p w14:paraId="54509167" w14:textId="77777777" w:rsidR="00BB0E83" w:rsidRDefault="00000000">
      <w:pPr>
        <w:spacing w:after="100" w:line="307" w:lineRule="auto"/>
        <w:ind w:left="432" w:hanging="259"/>
      </w:pPr>
      <w:r>
        <w:rPr>
          <w:color w:val="1B474D"/>
        </w:rPr>
        <w:lastRenderedPageBreak/>
        <w:t xml:space="preserve">•   </w:t>
      </w:r>
      <w:r>
        <w:rPr>
          <w:b/>
        </w:rPr>
        <w:t>What they made versus what God made.</w:t>
      </w:r>
      <w:r>
        <w:t xml:space="preserve"> Their own hands produced a temporary covering; God himself provided the covering they needed.</w:t>
      </w:r>
    </w:p>
    <w:p w14:paraId="31E70A1D" w14:textId="77777777" w:rsidR="00BB0E83" w:rsidRDefault="00000000">
      <w:pPr>
        <w:spacing w:after="100" w:line="307" w:lineRule="auto"/>
        <w:ind w:left="432" w:hanging="259"/>
      </w:pPr>
      <w:r>
        <w:rPr>
          <w:color w:val="1B474D"/>
        </w:rPr>
        <w:t xml:space="preserve">•   </w:t>
      </w:r>
      <w:r>
        <w:rPr>
          <w:b/>
        </w:rPr>
        <w:t>What covered the front versus what covered them entirely.</w:t>
      </w:r>
      <w:r>
        <w:t xml:space="preserve"> Their loincloths managed outward embarrassment; God gave garments fit for their new, exposed condition.</w:t>
      </w:r>
    </w:p>
    <w:p w14:paraId="077BD161" w14:textId="77777777" w:rsidR="00BB0E83" w:rsidRDefault="00000000">
      <w:r>
        <w:t>For the first time in history, something innocent dies so that the guilty can be covered. An animal that did nothing wrong is killed in Eden so that two rebels can stand clothed in front of a holy God.</w:t>
      </w:r>
    </w:p>
    <w:p w14:paraId="341C3DB9" w14:textId="77777777" w:rsidR="00BB0E83" w:rsidRDefault="00000000">
      <w:r>
        <w:t>This is substitution. A substitute is someone or something that stands in another’s place. The animal receives death; Adam and Eve receive covering. The pattern will grow through altars, lambs, priests, blood, and the Day of Atonement. Part Four will walk through that door, especially in Leviticus 16. But the first shadow falls here, in Eden, when God clothes guilty people with the death of an innocent one.</w:t>
      </w:r>
    </w:p>
    <w:p w14:paraId="3A78A09F" w14:textId="77777777" w:rsidR="00BB0E83" w:rsidRDefault="00000000">
      <w:r>
        <w:t>The author’s point is clear: even though we disobeyed God, he does not cast us out like disobedient slaves. His providence in clothing Adam and Eve symbolizes his faithful nature toward his creation.</w:t>
      </w:r>
    </w:p>
    <w:p w14:paraId="40B6D95D" w14:textId="77777777" w:rsidR="00BB0E83" w:rsidRDefault="00000000">
      <w:r>
        <w:t>“I must cast you out because of your sin, but I will still provide for you.”</w:t>
      </w:r>
    </w:p>
    <w:p w14:paraId="41BDAA50" w14:textId="77777777" w:rsidR="00BB0E83" w:rsidRDefault="00000000">
      <w:r>
        <w:t>That is grace in the middle of judgment. God does not erase the consequences. He does not say the garden can remain open as though sin were harmless. But he provides before he sends them out. He covers before he expels. He sustains the people who have rebelled against him.</w:t>
      </w:r>
    </w:p>
    <w:p w14:paraId="243B9DA0" w14:textId="77777777" w:rsidR="00BB0E83" w:rsidRDefault="00000000">
      <w:r>
        <w:t>Every later sacrifice teaches the same lesson: we cannot cover our guilt by rearranging leaves. Only God can provide the covering we need. And he will finally provide not an animal, but his own Son.</w:t>
      </w:r>
    </w:p>
    <w:p w14:paraId="1E1ABF72" w14:textId="77777777" w:rsidR="00BB0E83" w:rsidRDefault="00000000">
      <w:pPr>
        <w:keepNext/>
        <w:keepLines/>
        <w:spacing w:before="380" w:after="140" w:line="274" w:lineRule="auto"/>
      </w:pPr>
      <w:r>
        <w:rPr>
          <w:rFonts w:ascii="Georgia" w:hAnsi="Georgia"/>
          <w:b/>
          <w:color w:val="1B474D"/>
          <w:sz w:val="29"/>
        </w:rPr>
        <w:t>Genesis 3:22–24: Expulsion as Mercy</w:t>
      </w:r>
    </w:p>
    <w:p w14:paraId="032F345C" w14:textId="77777777" w:rsidR="00BB0E83" w:rsidRDefault="00000000">
      <w:pPr>
        <w:keepLines/>
        <w:pBdr>
          <w:left w:val="single" w:sz="14" w:space="10" w:color="C9C6BE"/>
        </w:pBdr>
        <w:spacing w:before="220" w:after="60" w:line="302" w:lineRule="auto"/>
        <w:ind w:left="490" w:right="432"/>
      </w:pPr>
      <w:r>
        <w:rPr>
          <w:rFonts w:ascii="Georgia" w:hAnsi="Georgia"/>
          <w:sz w:val="21"/>
        </w:rPr>
        <w:t>Then Yahweh God said, “Behold, the man has become like one of Us to know good and evil; and now, lest he send forth his hand and take also from the tree of life and eat and live forever”—therefore Yahweh God sent him out from the garden of Eden, to cultivate the ground from which he was taken. So He drove the man out; and at the east of the garden of Eden He stationed the cherubim and the flaming sword which turned every direction to guard the way to the tree of life.</w:t>
      </w:r>
    </w:p>
    <w:p w14:paraId="44F86CE3" w14:textId="77777777" w:rsidR="00BB0E83" w:rsidRDefault="00000000">
      <w:pPr>
        <w:keepLines/>
        <w:pBdr>
          <w:left w:val="single" w:sz="14" w:space="10" w:color="C9C6BE"/>
        </w:pBdr>
        <w:spacing w:before="60" w:after="40" w:line="302" w:lineRule="auto"/>
        <w:ind w:left="490" w:right="432"/>
      </w:pPr>
      <w:r>
        <w:rPr>
          <w:rFonts w:ascii="Georgia" w:hAnsi="Georgia"/>
          <w:sz w:val="21"/>
        </w:rPr>
        <w:t>— Genesis 3:22–24, LSB</w:t>
      </w:r>
    </w:p>
    <w:p w14:paraId="0976148A" w14:textId="77777777" w:rsidR="00BB0E83" w:rsidRDefault="00000000">
      <w:r>
        <w:t>This is the payoff to the two trees we were told to remember in Part One.</w:t>
      </w:r>
    </w:p>
    <w:p w14:paraId="11FEB4F9" w14:textId="77777777" w:rsidR="00BB0E83" w:rsidRDefault="00000000">
      <w:r>
        <w:lastRenderedPageBreak/>
        <w:t>“Now that the man has become like one of us, knowing good and evil” reaches back to God’s warning in Genesis 2:17. The fruit gave moral awareness, but it gave it through corruption. Adam and Eve did not become gods. They became guilty creatures who now knew evil from the inside.</w:t>
      </w:r>
    </w:p>
    <w:p w14:paraId="737168D4" w14:textId="77777777" w:rsidR="00BB0E83" w:rsidRDefault="00000000">
      <w:r>
        <w:t>“Like one of us” likely refers to the heavenly court, the angelic assembly that appears elsewhere in Scripture. Genesis 1:26 says, “Let Us make man in Our image.” Job 1:6 speaks of the sons of God presenting themselves before Yahweh. Isaiah 6:8 says, “Whom shall I send, and who will go for Us?” God is not uncertain about his own identity. He speaks in the presence of his heavenly court.</w:t>
      </w:r>
    </w:p>
    <w:p w14:paraId="60CF8BF1" w14:textId="77777777" w:rsidR="00BB0E83" w:rsidRDefault="00000000">
      <w:r>
        <w:t>But the center of this scene is the tree of life.</w:t>
      </w:r>
    </w:p>
    <w:p w14:paraId="1538915E" w14:textId="77777777" w:rsidR="00BB0E83" w:rsidRDefault="00000000">
      <w:r>
        <w:t xml:space="preserve">This is why we were told to remember there were </w:t>
      </w:r>
      <w:r>
        <w:rPr>
          <w:b/>
        </w:rPr>
        <w:t>two trees</w:t>
      </w:r>
      <w:r>
        <w:t>. Adam and Eve obtained the knowledge of good and evil through disobedience. They were thieves. They took something that was not rightfully theirs and were commanded not to take it.</w:t>
      </w:r>
    </w:p>
    <w:p w14:paraId="362D7D72" w14:textId="77777777" w:rsidR="00BB0E83" w:rsidRDefault="00000000">
      <w:r>
        <w:t>And notice what Genesis 2 never says: it never says they could not eat from the tree of life.</w:t>
      </w:r>
    </w:p>
    <w:p w14:paraId="0A323E08" w14:textId="77777777" w:rsidR="00BB0E83" w:rsidRDefault="00000000">
      <w:r>
        <w:t>That fact changes how we hear the expulsion. In a fallen state of disobedience, all they would have to do is reach out, take from the tree of life, and eat. Then they would be eternal. Eternal apart from God. Eternal with no chance of reconciliation. Eternal with no chance at redemption.</w:t>
      </w:r>
    </w:p>
    <w:p w14:paraId="4482748D" w14:textId="77777777" w:rsidR="00BB0E83" w:rsidRDefault="00000000">
      <w:r>
        <w:t>Let that land.</w:t>
      </w:r>
    </w:p>
    <w:p w14:paraId="5BBE0F2D" w14:textId="77777777" w:rsidR="00BB0E83" w:rsidRDefault="00000000">
      <w:r>
        <w:t>An immortal sinner is not the goal of salvation. Eternal life in a corrupt, rebellious condition would not be blessing. It would be everlasting ruin. God shuts the way to the tree because he intends to save sinners, not preserve their sin forever.</w:t>
      </w:r>
    </w:p>
    <w:tbl>
      <w:tblPr>
        <w:tblW w:w="0" w:type="auto"/>
        <w:tblLayout w:type="fixed"/>
        <w:tblLook w:val="04A0" w:firstRow="1" w:lastRow="0" w:firstColumn="1" w:lastColumn="0" w:noHBand="0" w:noVBand="1"/>
      </w:tblPr>
      <w:tblGrid>
        <w:gridCol w:w="8640"/>
      </w:tblGrid>
      <w:tr w:rsidR="00BB0E83" w14:paraId="65AA0F9D" w14:textId="77777777">
        <w:tc>
          <w:tcPr>
            <w:tcW w:w="8640" w:type="dxa"/>
            <w:shd w:val="clear" w:color="auto" w:fill="F1EFE9"/>
            <w:tcMar>
              <w:top w:w="150" w:type="dxa"/>
              <w:left w:w="200" w:type="dxa"/>
              <w:bottom w:w="150" w:type="dxa"/>
              <w:right w:w="200" w:type="dxa"/>
            </w:tcMar>
          </w:tcPr>
          <w:p w14:paraId="255915E7" w14:textId="77777777" w:rsidR="00BB0E83" w:rsidRDefault="00000000">
            <w:pPr>
              <w:spacing w:after="0" w:line="302" w:lineRule="auto"/>
            </w:pPr>
            <w:r>
              <w:rPr>
                <w:b/>
                <w:sz w:val="21"/>
              </w:rPr>
              <w:t>A note on this reading.</w:t>
            </w:r>
            <w:r>
              <w:rPr>
                <w:sz w:val="21"/>
              </w:rPr>
              <w:t xml:space="preserve"> The expulsion is both divine judgment and divine mercy. It is judgment because Adam and Eve have truly rebelled and must be removed from God’s holy garden. It is mercy because preventing eternal life in a fallen state leaves open the way of redemption through Jesus Christ, the perfect Adam.</w:t>
            </w:r>
          </w:p>
        </w:tc>
      </w:tr>
    </w:tbl>
    <w:p w14:paraId="4825EBED" w14:textId="77777777" w:rsidR="00BB0E83" w:rsidRDefault="00BB0E83">
      <w:pPr>
        <w:spacing w:after="220"/>
      </w:pPr>
    </w:p>
    <w:p w14:paraId="71D8C088" w14:textId="77777777" w:rsidR="00BB0E83" w:rsidRDefault="00000000">
      <w:r>
        <w:t xml:space="preserve">God casts them out so that there will still be redemption through Jesus Christ, who is the perfect Adam. Romans 5:14 calls Adam “a type of Him who was to come” (LSB). A type is an earlier biblical pattern that points forward to its fulfillment. Adam is the first representative </w:t>
      </w:r>
      <w:r>
        <w:lastRenderedPageBreak/>
        <w:t>man; Christ is the final and faithful representative man. Part Four will show why that matters for every sinner who belongs to Christ.</w:t>
      </w:r>
    </w:p>
    <w:p w14:paraId="235F0EA7" w14:textId="77777777" w:rsidR="00BB0E83" w:rsidRDefault="00000000">
      <w:r>
        <w:t>This is why God is both just and the justifier. He punishes sin. He does not pretend rebellion is small. Yet even when we ruin everything, he makes a way. He shuts the tree for a time so that the true Tree of Life may be received through redemption rather than stolen in rebellion.</w:t>
      </w:r>
    </w:p>
    <w:p w14:paraId="10C1F037" w14:textId="77777777" w:rsidR="00BB0E83" w:rsidRDefault="00000000">
      <w:r>
        <w:t xml:space="preserve">The verb translated “sent him out” or “expelled” is </w:t>
      </w:r>
      <w:r>
        <w:rPr>
          <w:i/>
        </w:rPr>
        <w:t>shalach</w:t>
      </w:r>
      <w:r>
        <w:t>. It is forceful language, carrying the sense of removal. The following line is even stronger: “So He drove the man out.” The removal is not temporary gardening discipline. Adam is put outside the garden and made to cultivate the cursed ground from which he was taken. His original calling in Genesis 2:15 has become exile labor in Genesis 3:23.</w:t>
      </w:r>
    </w:p>
    <w:p w14:paraId="7B2935C2" w14:textId="77777777" w:rsidR="00BB0E83" w:rsidRDefault="00000000">
      <w:r>
        <w:t xml:space="preserve">Then God stations the cherubim at the east of the garden. </w:t>
      </w:r>
      <w:r>
        <w:rPr>
          <w:i/>
        </w:rPr>
        <w:t>Keruvim</w:t>
      </w:r>
      <w:r>
        <w:t xml:space="preserve"> is the Hebrew plural for cherubim, guardian angels associated with the protection of divine spaces. They appear over the mercy seat in Exodus 25:18–22. Ezekiel sees them in visions of God’s glorious presence. They are not soft decorations. They are guards around holiness.</w:t>
      </w:r>
    </w:p>
    <w:p w14:paraId="77005420" w14:textId="77777777" w:rsidR="00BB0E83" w:rsidRDefault="00000000">
      <w:r>
        <w:t>The flaming sword turns in every direction. It speaks of divine judgment and an impassable barrier. No rebel can simply walk back into Eden. No sinner can decide that he is ready now. No human effort can sidestep the sword.</w:t>
      </w:r>
    </w:p>
    <w:p w14:paraId="62A84B2E" w14:textId="77777777" w:rsidR="00BB0E83" w:rsidRDefault="00000000">
      <w:pPr>
        <w:keepNext/>
        <w:keepLines/>
        <w:spacing w:before="260" w:after="100" w:line="278" w:lineRule="auto"/>
      </w:pPr>
      <w:r>
        <w:rPr>
          <w:b/>
          <w:color w:val="1B474D"/>
        </w:rPr>
        <w:t>The Guarded East Gate</w:t>
      </w:r>
    </w:p>
    <w:p w14:paraId="6D5911C7" w14:textId="77777777" w:rsidR="00BB0E83" w:rsidRDefault="00000000">
      <w:r>
        <w:t>The eastward placement matters. Later, the entrance to the tabernacle faces east. The arrangement is a deliberate architectural echo of Eden. To draw near to God, one enters where God appointed, through the way he gave, with atonement.</w:t>
      </w:r>
    </w:p>
    <w:p w14:paraId="0D0BF8FB" w14:textId="77777777" w:rsidR="00BB0E83" w:rsidRDefault="00000000">
      <w:r>
        <w:t>The way back to God has been guarded ever since. There is one door, and blood is required at it.</w:t>
      </w:r>
    </w:p>
    <w:p w14:paraId="1F5B6810" w14:textId="77777777" w:rsidR="00BB0E83" w:rsidRDefault="00000000">
      <w:r>
        <w:t>The tabernacle does not make people casual around holiness. It teaches them that God dwells with his people only through sacrifice. The altar stands before the entrance. The priest does not walk past bloodless. The most holy place remains guarded. Eden’s barrier has become worship’s lesson: sinners need a God-provided way to return.</w:t>
      </w:r>
    </w:p>
    <w:p w14:paraId="10B3EE1B" w14:textId="77777777" w:rsidR="00BB0E83" w:rsidRDefault="00000000">
      <w:r>
        <w:t xml:space="preserve">Part Four will walk through that door on the Day of Atonement. It will show why the blood of bulls and goats could never finally remove sin, and why Christ entered once for all by his own </w:t>
      </w:r>
      <w:r>
        <w:lastRenderedPageBreak/>
        <w:t>blood. For now, see the line that begins in Genesis: God guards his presence, but he also gives the way of approach.</w:t>
      </w:r>
    </w:p>
    <w:p w14:paraId="61C22F70" w14:textId="77777777" w:rsidR="00BB0E83" w:rsidRDefault="00000000">
      <w:r>
        <w:t>Revelation 22 answers the guarded gate. The tree of life stands in the New Jerusalem. Revelation 22:14 says those who wash their robes have the right to the tree of life and may enter the city (LSB).</w:t>
      </w:r>
    </w:p>
    <w:p w14:paraId="71A2CD47" w14:textId="77777777" w:rsidR="00BB0E83" w:rsidRDefault="00000000">
      <w:r>
        <w:t>The book ends where it began: with the tree. This time there is no sword. The curse is no more. What Adam could not preserve, Christ secures.</w:t>
      </w:r>
    </w:p>
    <w:p w14:paraId="0DAA04B9" w14:textId="77777777" w:rsidR="00BB0E83" w:rsidRDefault="00000000">
      <w:pPr>
        <w:keepNext/>
        <w:keepLines/>
        <w:spacing w:before="260" w:after="100" w:line="278" w:lineRule="auto"/>
      </w:pPr>
      <w:r>
        <w:rPr>
          <w:b/>
          <w:color w:val="1B474D"/>
        </w:rPr>
        <w:t>Not Plan B</w:t>
      </w:r>
    </w:p>
    <w:p w14:paraId="4E83DE49" w14:textId="77777777" w:rsidR="00BB0E83" w:rsidRDefault="00000000">
      <w:r>
        <w:t>The author’s crucial claim must stand at the end of this chapter: “But it is important to understand that this was not God’s Plan B. This was always Plan A. Christ was always the plan from before the foundation of the earth.”</w:t>
      </w:r>
    </w:p>
    <w:p w14:paraId="33F36F63" w14:textId="77777777" w:rsidR="00BB0E83" w:rsidRDefault="00000000">
      <w:r>
        <w:t>God was not scrambling after the fruit was eaten. He was not inventing redemption because his first purpose had failed. The Fall did not surprise the One who knows the end from the beginning. The Lamb was not an emergency solution.</w:t>
      </w:r>
    </w:p>
    <w:p w14:paraId="1D04ECC7" w14:textId="77777777" w:rsidR="00BB0E83" w:rsidRDefault="00000000">
      <w:r>
        <w:t>Scripture says God chose his people in Christ “before the foundation of the world” (Ephesians 1:4, LSB). Peter says believers were redeemed by Christ’s precious blood, “foreknown before the foundation of the world” (1 Peter 1:19–20, LSB). Revelation speaks of the Lamb slain from the foundation of the world (Revelation 13:8). Jesus was delivered up “by the predetermined plan and foreknowledge of God” (Acts 2:23, LSB). God “saved us and called us with a holy calling,” according to grace “which was given to us in Christ Jesus from all eternity” (2 Timothy 1:9, LSB).</w:t>
      </w:r>
    </w:p>
    <w:p w14:paraId="60FC5087" w14:textId="77777777" w:rsidR="00BB0E83" w:rsidRDefault="00000000">
      <w:r>
        <w:t>This does not make sin less evil. Adam chose. Eve chose. The serpent lied. God judges each act as real rebellion. Yet his purpose is not threatened by human evil. He does not approve sin, but he is never defeated by it.</w:t>
      </w:r>
    </w:p>
    <w:p w14:paraId="4AAA3AC3" w14:textId="77777777" w:rsidR="00BB0E83" w:rsidRDefault="00000000">
      <w:r>
        <w:t>The garden closes behind Adam and Eve. The ground waits ahead, hard and thorny. The cherubim stand at the east with the turning sword. But they do not walk out without hope. They leave clothed by God. They leave under a promise that a Seed will come. They leave barred from eternal corruption because God intends eternal life.</w:t>
      </w:r>
    </w:p>
    <w:p w14:paraId="7F9D1E02" w14:textId="77777777" w:rsidR="00BB0E83" w:rsidRDefault="00000000">
      <w:r>
        <w:t>The curse is real. Sin is real. Death is real. Nature fights back. But God has already spoken over the serpent’s head.</w:t>
      </w:r>
    </w:p>
    <w:tbl>
      <w:tblPr>
        <w:tblW w:w="0" w:type="auto"/>
        <w:tblLayout w:type="fixed"/>
        <w:tblLook w:val="04A0" w:firstRow="1" w:lastRow="0" w:firstColumn="1" w:lastColumn="0" w:noHBand="0" w:noVBand="1"/>
      </w:tblPr>
      <w:tblGrid>
        <w:gridCol w:w="8640"/>
      </w:tblGrid>
      <w:tr w:rsidR="00BB0E83" w14:paraId="3519066E" w14:textId="77777777">
        <w:tc>
          <w:tcPr>
            <w:tcW w:w="8640" w:type="dxa"/>
            <w:shd w:val="clear" w:color="auto" w:fill="F1EFE9"/>
            <w:tcMar>
              <w:top w:w="150" w:type="dxa"/>
              <w:left w:w="200" w:type="dxa"/>
              <w:bottom w:w="150" w:type="dxa"/>
              <w:right w:w="200" w:type="dxa"/>
            </w:tcMar>
          </w:tcPr>
          <w:p w14:paraId="49952464" w14:textId="77777777" w:rsidR="00BB0E83" w:rsidRDefault="00000000">
            <w:pPr>
              <w:spacing w:after="0" w:line="302" w:lineRule="auto"/>
            </w:pPr>
            <w:r>
              <w:rPr>
                <w:b/>
                <w:sz w:val="21"/>
              </w:rPr>
              <w:lastRenderedPageBreak/>
              <w:t>Hold on to this.</w:t>
            </w:r>
          </w:p>
          <w:p w14:paraId="79A1FF4B" w14:textId="77777777" w:rsidR="00BB0E83" w:rsidRDefault="00000000">
            <w:pPr>
              <w:spacing w:before="100" w:after="0" w:line="302" w:lineRule="auto"/>
              <w:ind w:left="346" w:hanging="230"/>
            </w:pPr>
            <w:r>
              <w:rPr>
                <w:color w:val="1B474D"/>
                <w:sz w:val="21"/>
              </w:rPr>
              <w:t xml:space="preserve">•   </w:t>
            </w:r>
            <w:r>
              <w:rPr>
                <w:b/>
                <w:sz w:val="21"/>
              </w:rPr>
              <w:t>The seed promise:</w:t>
            </w:r>
            <w:r>
              <w:rPr>
                <w:sz w:val="21"/>
              </w:rPr>
              <w:t xml:space="preserve"> A descendant of the woman will suffer, but he will crush the serpent’s head.</w:t>
            </w:r>
          </w:p>
          <w:p w14:paraId="56CBE0D2" w14:textId="77777777" w:rsidR="00BB0E83" w:rsidRDefault="00000000">
            <w:pPr>
              <w:spacing w:before="100" w:after="0" w:line="302" w:lineRule="auto"/>
              <w:ind w:left="346" w:hanging="230"/>
            </w:pPr>
            <w:r>
              <w:rPr>
                <w:color w:val="1B474D"/>
                <w:sz w:val="21"/>
              </w:rPr>
              <w:t xml:space="preserve">•   </w:t>
            </w:r>
            <w:r>
              <w:rPr>
                <w:b/>
                <w:sz w:val="21"/>
              </w:rPr>
              <w:t>The substitute skin:</w:t>
            </w:r>
            <w:r>
              <w:rPr>
                <w:sz w:val="21"/>
              </w:rPr>
              <w:t xml:space="preserve"> God covers guilty sinners through the death of an innocent substitute.</w:t>
            </w:r>
          </w:p>
          <w:p w14:paraId="667CCCCD" w14:textId="77777777" w:rsidR="00BB0E83" w:rsidRDefault="00000000">
            <w:pPr>
              <w:spacing w:before="100" w:after="0" w:line="302" w:lineRule="auto"/>
              <w:ind w:left="346" w:hanging="230"/>
            </w:pPr>
            <w:r>
              <w:rPr>
                <w:color w:val="1B474D"/>
                <w:sz w:val="21"/>
              </w:rPr>
              <w:t xml:space="preserve">•   </w:t>
            </w:r>
            <w:r>
              <w:rPr>
                <w:b/>
                <w:sz w:val="21"/>
              </w:rPr>
              <w:t>The guarded east gate:</w:t>
            </w:r>
            <w:r>
              <w:rPr>
                <w:sz w:val="21"/>
              </w:rPr>
              <w:t xml:space="preserve"> The way to God is barred to self-made sinners, but God himself provides the way of atonement.</w:t>
            </w:r>
          </w:p>
          <w:p w14:paraId="5CC9BF9E" w14:textId="77777777" w:rsidR="00BB0E83" w:rsidRDefault="00000000">
            <w:pPr>
              <w:spacing w:before="100" w:after="0" w:line="302" w:lineRule="auto"/>
              <w:ind w:left="346" w:hanging="230"/>
            </w:pPr>
            <w:r>
              <w:rPr>
                <w:color w:val="1B474D"/>
                <w:sz w:val="21"/>
              </w:rPr>
              <w:t xml:space="preserve">•   </w:t>
            </w:r>
            <w:r>
              <w:rPr>
                <w:b/>
                <w:sz w:val="21"/>
              </w:rPr>
              <w:t>The groaning ground:</w:t>
            </w:r>
            <w:r>
              <w:rPr>
                <w:sz w:val="21"/>
              </w:rPr>
              <w:t xml:space="preserve"> Creation bears the consequences of man’s treason and waits for the King to set it free.</w:t>
            </w:r>
          </w:p>
          <w:p w14:paraId="42C906DC" w14:textId="77777777" w:rsidR="00BB0E83" w:rsidRDefault="00000000">
            <w:pPr>
              <w:spacing w:before="100" w:after="0" w:line="302" w:lineRule="auto"/>
              <w:ind w:left="346" w:hanging="230"/>
            </w:pPr>
            <w:r>
              <w:rPr>
                <w:color w:val="1B474D"/>
                <w:sz w:val="21"/>
              </w:rPr>
              <w:t xml:space="preserve">•   </w:t>
            </w:r>
            <w:r>
              <w:rPr>
                <w:b/>
                <w:sz w:val="21"/>
              </w:rPr>
              <w:t>The two trees:</w:t>
            </w:r>
            <w:r>
              <w:rPr>
                <w:sz w:val="21"/>
              </w:rPr>
              <w:t xml:space="preserve"> The tree of knowledge was seized in disobedience; the tree of life was guarded in mercy until life could be given in Christ.</w:t>
            </w:r>
          </w:p>
        </w:tc>
      </w:tr>
    </w:tbl>
    <w:p w14:paraId="1C188201" w14:textId="77777777" w:rsidR="00BB0E83" w:rsidRDefault="00BB0E83">
      <w:pPr>
        <w:spacing w:after="220"/>
      </w:pPr>
    </w:p>
    <w:p w14:paraId="7340243F" w14:textId="77777777" w:rsidR="00BB0E83" w:rsidRDefault="00000000">
      <w:r>
        <w:t>Part Four takes us to the blood, the priest, the better Adam, and the King who wears thorns so that his people may one day eat from the tree of life with no sword between them and God.</w:t>
      </w:r>
    </w:p>
    <w:p w14:paraId="7EBB7474" w14:textId="77777777" w:rsidR="00BB0E83" w:rsidRDefault="00000000">
      <w:pPr>
        <w:spacing w:after="0"/>
      </w:pPr>
      <w:r>
        <w:br w:type="page"/>
      </w:r>
    </w:p>
    <w:p w14:paraId="786F71CF" w14:textId="77777777" w:rsidR="00BB0E83" w:rsidRDefault="00000000">
      <w:pPr>
        <w:keepNext/>
        <w:keepLines/>
        <w:spacing w:before="520" w:after="80"/>
      </w:pPr>
      <w:r>
        <w:rPr>
          <w:b/>
          <w:color w:val="6B6964"/>
          <w:sz w:val="20"/>
        </w:rPr>
        <w:lastRenderedPageBreak/>
        <w:t>PART FOUR</w:t>
      </w:r>
    </w:p>
    <w:p w14:paraId="666E1326" w14:textId="77777777" w:rsidR="00BB0E83" w:rsidRDefault="00000000">
      <w:pPr>
        <w:keepNext/>
        <w:keepLines/>
        <w:spacing w:after="120" w:line="254" w:lineRule="auto"/>
      </w:pPr>
      <w:r>
        <w:rPr>
          <w:rFonts w:ascii="Georgia" w:hAnsi="Georgia"/>
          <w:b/>
          <w:color w:val="123337"/>
          <w:sz w:val="46"/>
        </w:rPr>
        <w:t>Life in Christ — The Second Adam, the Blood, and the Open Door</w:t>
      </w:r>
    </w:p>
    <w:p w14:paraId="27E189E0" w14:textId="77777777" w:rsidR="00BB0E83" w:rsidRDefault="00BB0E83">
      <w:pPr>
        <w:keepNext/>
        <w:keepLines/>
        <w:pBdr>
          <w:bottom w:val="single" w:sz="10" w:space="2" w:color="C9C6BE"/>
        </w:pBdr>
        <w:spacing w:after="360"/>
      </w:pPr>
    </w:p>
    <w:p w14:paraId="12730D86" w14:textId="77777777" w:rsidR="00BB0E83" w:rsidRDefault="00000000">
      <w:pPr>
        <w:keepNext/>
        <w:keepLines/>
        <w:spacing w:before="380" w:after="140" w:line="274" w:lineRule="auto"/>
      </w:pPr>
      <w:r>
        <w:rPr>
          <w:rFonts w:ascii="Georgia" w:hAnsi="Georgia"/>
          <w:b/>
          <w:color w:val="1B474D"/>
          <w:sz w:val="29"/>
        </w:rPr>
        <w:t>Two gardens, and two wills</w:t>
      </w:r>
    </w:p>
    <w:p w14:paraId="62DA9B87" w14:textId="77777777" w:rsidR="00BB0E83" w:rsidRDefault="00000000">
      <w:r>
        <w:t>Night has fallen over Jerusalem. Olive trees stand in the darkness of Gethsemane, their trunks old and twisted, their leaves moving in the night air. Jesus has brought His disciples into the garden, then gone farther still. He is not standing before a crowd. He is not answering a trap set by religious leaders. He is on His face in the dirt.</w:t>
      </w:r>
    </w:p>
    <w:p w14:paraId="778D7FAD" w14:textId="77777777" w:rsidR="00BB0E83" w:rsidRDefault="00000000">
      <w:r>
        <w:t>The Man who made the dust is pressed into it.</w:t>
      </w:r>
    </w:p>
    <w:p w14:paraId="0A6816CC" w14:textId="77777777" w:rsidR="00BB0E83" w:rsidRDefault="00000000">
      <w:r>
        <w:t>He knows what is coming. The cup before Him is not merely physical suffering, though the cross will be horrific. It is the cup of God’s righteous judgment against sin. The holy wrath that Adam and every son and daughter of Adam deserve is placed before the sinless Son. He asks, if it is possible, that the cup pass from Him. Then He says what the first man would not say:</w:t>
      </w:r>
    </w:p>
    <w:p w14:paraId="563F48D4" w14:textId="77777777" w:rsidR="00BB0E83" w:rsidRDefault="00000000">
      <w:pPr>
        <w:keepLines/>
        <w:pBdr>
          <w:left w:val="single" w:sz="14" w:space="10" w:color="C9C6BE"/>
        </w:pBdr>
        <w:spacing w:before="220" w:after="40" w:line="302" w:lineRule="auto"/>
        <w:ind w:left="490" w:right="432"/>
      </w:pPr>
      <w:r>
        <w:rPr>
          <w:rFonts w:ascii="Georgia" w:hAnsi="Georgia"/>
          <w:sz w:val="21"/>
        </w:rPr>
        <w:t>“Yet not as I will, but as You will.”</w:t>
      </w:r>
    </w:p>
    <w:p w14:paraId="54D9DA1C" w14:textId="77777777" w:rsidR="00BB0E83" w:rsidRDefault="00000000">
      <w:pPr>
        <w:spacing w:before="20" w:after="260" w:line="240" w:lineRule="auto"/>
        <w:ind w:left="490"/>
      </w:pPr>
      <w:r>
        <w:rPr>
          <w:caps/>
          <w:color w:val="6B6964"/>
          <w:sz w:val="18"/>
        </w:rPr>
        <w:t>Matthew 26:39, LSB</w:t>
      </w:r>
    </w:p>
    <w:p w14:paraId="44914FFE" w14:textId="77777777" w:rsidR="00BB0E83" w:rsidRDefault="00000000">
      <w:r>
        <w:t xml:space="preserve">In the first garden, a man heard God’s command and chose, in effect, </w:t>
      </w:r>
      <w:r>
        <w:rPr>
          <w:b/>
        </w:rPr>
        <w:t>my will, not Yours</w:t>
      </w:r>
      <w:r>
        <w:t>. Adam had abundance around him, one command before him, and a wife beside him. He reached out his hand and took what was not his. He took forbidden wisdom. He took moral independence. He took death for himself and for those under his headship.</w:t>
      </w:r>
    </w:p>
    <w:p w14:paraId="15B6ABBA" w14:textId="77777777" w:rsidR="00BB0E83" w:rsidRDefault="00000000">
      <w:r>
        <w:t>In the second garden, a man faces a command that will cost Him everything. Christ has every right to preserve Himself. He has no sin to answer for, no guilt of His own to bear, no crime for which He should die. Yet He opens His hands. He gives away what is His: His strength, His reputation, His body, His blood, His life. Adam grasped. Christ relinquished. Adam hid among trees. Christ prays among olive trees, then walks out to meet the arresting party. Adam was silent when truth needed to be spoken. Christ speaks when He must, and when the hour arrives, He willingly gives Himself over.</w:t>
      </w:r>
    </w:p>
    <w:p w14:paraId="1BE6B9FE" w14:textId="77777777" w:rsidR="00BB0E83" w:rsidRDefault="00000000">
      <w:r>
        <w:t xml:space="preserve">The difference is not merely that Jesus makes better choices than Adam. The difference is that Jesus is the </w:t>
      </w:r>
      <w:r>
        <w:rPr>
          <w:b/>
        </w:rPr>
        <w:t>perfect Adam</w:t>
      </w:r>
      <w:r>
        <w:t xml:space="preserve">. He comes as the new representative of humanity. He comes to obey </w:t>
      </w:r>
      <w:r>
        <w:lastRenderedPageBreak/>
        <w:t>where Adam rebelled, to bear the curse Adam brought, to provide the covering Adam could never sew, and to bring His people back into the presence from which Adam was expelled.</w:t>
      </w:r>
    </w:p>
    <w:p w14:paraId="7D79FA52" w14:textId="77777777" w:rsidR="00BB0E83" w:rsidRDefault="00000000">
      <w:r>
        <w:t>This is why Genesis 2–3 cannot end in Genesis 3. The serpent was told that the woman’s seed would crush his head. God clothed guilty people with skins. He drove them out of Eden in justice and mercy, barring the tree of life so they would not live forever in sin. Every one of those movements was looking forward. It was never Plan B. It was always Plan A. Christ was always the plan from before the foundation of the world.</w:t>
      </w:r>
    </w:p>
    <w:p w14:paraId="4B850CB5" w14:textId="77777777" w:rsidR="00BB0E83" w:rsidRDefault="00000000">
      <w:r>
        <w:t>Part Four is where we see the whole answer. We will see why Adam’s sin counts for us and why Christ’s obedience can count for us. We will see why blood had to be shed. We will walk into the Holy of Holies on the Day of Atonement, stand before the veil embroidered with cherubim, and watch God tear it from top to bottom. We will follow the Bible’s previews of Christ from Eden to the cross and from the cross to the tree of life restored.</w:t>
      </w:r>
    </w:p>
    <w:p w14:paraId="4A454B67" w14:textId="77777777" w:rsidR="00BB0E83" w:rsidRDefault="00000000">
      <w:r>
        <w:t>The sword that guarded the way home is not ignored. It falls. But it falls on the Son.</w:t>
      </w:r>
    </w:p>
    <w:p w14:paraId="5F6A8B7A" w14:textId="77777777" w:rsidR="00BB0E83" w:rsidRDefault="00000000">
      <w:pPr>
        <w:keepNext/>
        <w:keepLines/>
        <w:spacing w:before="380" w:after="140" w:line="274" w:lineRule="auto"/>
      </w:pPr>
      <w:r>
        <w:rPr>
          <w:rFonts w:ascii="Georgia" w:hAnsi="Georgia"/>
          <w:b/>
          <w:color w:val="1B474D"/>
          <w:sz w:val="29"/>
        </w:rPr>
        <w:t>Federal headship: the two men and the two humanities</w:t>
      </w:r>
    </w:p>
    <w:p w14:paraId="1575B817" w14:textId="77777777" w:rsidR="00BB0E83" w:rsidRDefault="00000000">
      <w:r>
        <w:rPr>
          <w:b/>
        </w:rPr>
        <w:t>Federal</w:t>
      </w:r>
      <w:r>
        <w:t xml:space="preserve"> comes from the Latin word </w:t>
      </w:r>
      <w:r>
        <w:rPr>
          <w:i/>
        </w:rPr>
        <w:t>foedus</w:t>
      </w:r>
      <w:r>
        <w:t>, meaning “covenant.” Federal headship means a covenant head represents a whole people, so that what he does counts for those he represents. Plainly: one person stands for a group, and his action has consequences for all the people joined to him.</w:t>
      </w:r>
    </w:p>
    <w:p w14:paraId="60240BFE" w14:textId="77777777" w:rsidR="00BB0E83" w:rsidRDefault="00000000">
      <w:r>
        <w:t>We understand the basic idea in ordinary life.</w:t>
      </w:r>
    </w:p>
    <w:p w14:paraId="61ECED9B" w14:textId="77777777" w:rsidR="00BB0E83" w:rsidRDefault="00000000">
      <w:pPr>
        <w:spacing w:after="100" w:line="307" w:lineRule="auto"/>
        <w:ind w:left="432" w:hanging="259"/>
      </w:pPr>
      <w:r>
        <w:rPr>
          <w:color w:val="1B474D"/>
        </w:rPr>
        <w:t xml:space="preserve">•   </w:t>
      </w:r>
      <w:r>
        <w:t>A nation’s representative signs a treaty, and the nation is bound by it.</w:t>
      </w:r>
    </w:p>
    <w:p w14:paraId="59644772" w14:textId="77777777" w:rsidR="00BB0E83" w:rsidRDefault="00000000">
      <w:pPr>
        <w:spacing w:after="100" w:line="307" w:lineRule="auto"/>
        <w:ind w:left="432" w:hanging="259"/>
      </w:pPr>
      <w:r>
        <w:rPr>
          <w:color w:val="1B474D"/>
        </w:rPr>
        <w:t xml:space="preserve">•   </w:t>
      </w:r>
      <w:r>
        <w:t>A team captain speaks for the team at the coin toss. He is not the whole team, but he is appointed to act for it.</w:t>
      </w:r>
    </w:p>
    <w:p w14:paraId="7715CF15" w14:textId="77777777" w:rsidR="00BB0E83" w:rsidRDefault="00000000">
      <w:pPr>
        <w:spacing w:after="100" w:line="307" w:lineRule="auto"/>
        <w:ind w:left="432" w:hanging="259"/>
      </w:pPr>
      <w:r>
        <w:rPr>
          <w:color w:val="1B474D"/>
        </w:rPr>
        <w:t xml:space="preserve">•   </w:t>
      </w:r>
      <w:r>
        <w:t>A parent signs a form for a child who cannot legally sign for himself. The parent’s signature carries real effect for the child.</w:t>
      </w:r>
    </w:p>
    <w:p w14:paraId="1AB63D56" w14:textId="77777777" w:rsidR="00BB0E83" w:rsidRDefault="00000000">
      <w:r>
        <w:t xml:space="preserve">Those examples are limited, but they help. Adam was not merely the first sinner who happened to influence everybody else badly. He was the appointed head of the human race. God gave the command to Adam before Eve was created. Adam was charged to cultivate and keep the garden. Adam was the man who should have spoken. Adam was the one who knowingly ate. That is why, though Eve was deceived first, Scripture says sin entered the world </w:t>
      </w:r>
      <w:r>
        <w:rPr>
          <w:b/>
        </w:rPr>
        <w:t>through one man</w:t>
      </w:r>
      <w:r>
        <w:t>.</w:t>
      </w:r>
    </w:p>
    <w:p w14:paraId="5C5BC483" w14:textId="77777777" w:rsidR="00BB0E83" w:rsidRDefault="00000000">
      <w:pPr>
        <w:keepLines/>
        <w:pBdr>
          <w:left w:val="single" w:sz="14" w:space="10" w:color="C9C6BE"/>
        </w:pBdr>
        <w:spacing w:before="220" w:after="40" w:line="302" w:lineRule="auto"/>
        <w:ind w:left="490" w:right="432"/>
      </w:pPr>
      <w:r>
        <w:rPr>
          <w:rFonts w:ascii="Georgia" w:hAnsi="Georgia"/>
          <w:sz w:val="21"/>
        </w:rPr>
        <w:lastRenderedPageBreak/>
        <w:t>“Therefore, just as through one man sin entered into the world, and death through sin, and so death spread to all men, because all sinned... Nevertheless death reigned from Adam until Moses, even over those who had not sinned in the likeness of the trespass of Adam, who is a type of Him who was to come.”</w:t>
      </w:r>
    </w:p>
    <w:p w14:paraId="478EBF3D" w14:textId="77777777" w:rsidR="00BB0E83" w:rsidRDefault="00000000">
      <w:pPr>
        <w:spacing w:before="20" w:after="260" w:line="240" w:lineRule="auto"/>
        <w:ind w:left="490"/>
      </w:pPr>
      <w:r>
        <w:rPr>
          <w:caps/>
          <w:color w:val="6B6964"/>
          <w:sz w:val="18"/>
        </w:rPr>
        <w:t>Romans 5:12, 14, LSB</w:t>
      </w:r>
    </w:p>
    <w:p w14:paraId="4A4B6558" w14:textId="77777777" w:rsidR="00BB0E83" w:rsidRDefault="00000000">
      <w:r>
        <w:t xml:space="preserve">Romans 5:12–21 is Paul’s great two-man passage. Read the architecture. Paul keeps laying </w:t>
      </w:r>
      <w:r>
        <w:rPr>
          <w:b/>
        </w:rPr>
        <w:t>one man</w:t>
      </w:r>
      <w:r>
        <w:t xml:space="preserve"> beside </w:t>
      </w:r>
      <w:r>
        <w:rPr>
          <w:b/>
        </w:rPr>
        <w:t>one Man</w:t>
      </w:r>
      <w:r>
        <w:t>. The word “one” appears again and again, more than a dozen times across the paragraph, because Paul wants us to see the structure God built into history.</w:t>
      </w:r>
    </w:p>
    <w:p w14:paraId="497BC72C" w14:textId="77777777" w:rsidR="00BB0E83" w:rsidRDefault="00000000">
      <w:pPr>
        <w:keepLines/>
        <w:pBdr>
          <w:left w:val="single" w:sz="14" w:space="10" w:color="C9C6BE"/>
        </w:pBdr>
        <w:spacing w:before="220" w:after="40" w:line="302" w:lineRule="auto"/>
        <w:ind w:left="490" w:right="432"/>
      </w:pPr>
      <w:r>
        <w:rPr>
          <w:rFonts w:ascii="Georgia" w:hAnsi="Georgia"/>
          <w:sz w:val="21"/>
        </w:rPr>
        <w:t>“For if by the transgression of the one, the many died, much more did the grace of God and the gift by the grace of the one Man, Jesus Christ, abound to the many... For if by the transgression of the one, death reigned through the one, much more will those who receive the abundance of grace and of the gift of righteousness reign in life through the One, Jesus Christ. So then as through one transgression there resulted condemnation to all men, even so through one act of righteousness there resulted justification of life to all men. For as through the one man’s disobedience the many were appointed sinners, even so through the obedience of the One the many will be appointed righteous.”</w:t>
      </w:r>
    </w:p>
    <w:p w14:paraId="2C94B389" w14:textId="77777777" w:rsidR="00BB0E83" w:rsidRDefault="00000000">
      <w:pPr>
        <w:spacing w:before="20" w:after="260" w:line="240" w:lineRule="auto"/>
        <w:ind w:left="490"/>
      </w:pPr>
      <w:r>
        <w:rPr>
          <w:caps/>
          <w:color w:val="6B6964"/>
          <w:sz w:val="18"/>
        </w:rPr>
        <w:t>Romans 5:15, 17–19, LSB</w:t>
      </w:r>
    </w:p>
    <w:p w14:paraId="5FB84C5C" w14:textId="77777777" w:rsidR="00BB0E83" w:rsidRDefault="00000000">
      <w:r>
        <w:t>Paul is not giving us a loose comparison. He is showing two covenant heads and two outcomes.</w:t>
      </w:r>
    </w:p>
    <w:p w14:paraId="3C564B1A" w14:textId="77777777" w:rsidR="00BB0E83" w:rsidRDefault="00000000">
      <w:pPr>
        <w:spacing w:after="100" w:line="307" w:lineRule="auto"/>
        <w:ind w:left="432" w:hanging="259"/>
      </w:pPr>
      <w:r>
        <w:rPr>
          <w:color w:val="1B474D"/>
        </w:rPr>
        <w:t xml:space="preserve">•   </w:t>
      </w:r>
      <w:r>
        <w:rPr>
          <w:b/>
        </w:rPr>
        <w:t>In Adam:</w:t>
      </w:r>
      <w:r>
        <w:t xml:space="preserve"> sin, condemnation, death, slavery, exile.</w:t>
      </w:r>
    </w:p>
    <w:p w14:paraId="558BEA94" w14:textId="77777777" w:rsidR="00BB0E83" w:rsidRDefault="00000000">
      <w:pPr>
        <w:spacing w:after="100" w:line="307" w:lineRule="auto"/>
        <w:ind w:left="432" w:hanging="259"/>
      </w:pPr>
      <w:r>
        <w:rPr>
          <w:color w:val="1B474D"/>
        </w:rPr>
        <w:t xml:space="preserve">•   </w:t>
      </w:r>
      <w:r>
        <w:rPr>
          <w:b/>
        </w:rPr>
        <w:t>In Christ:</w:t>
      </w:r>
      <w:r>
        <w:t xml:space="preserve"> righteousness, justification, life, grace, peace, welcome.</w:t>
      </w:r>
    </w:p>
    <w:p w14:paraId="73B30A34" w14:textId="77777777" w:rsidR="00BB0E83" w:rsidRDefault="00000000">
      <w:r>
        <w:t xml:space="preserve">Romans 5:14 calls Adam “a type of Him who was to come.” The Greek word </w:t>
      </w:r>
      <w:r>
        <w:rPr>
          <w:i/>
        </w:rPr>
        <w:t>typos</w:t>
      </w:r>
      <w:r>
        <w:t xml:space="preserve"> means a pattern, a mold, or a preview stamped into history ahead of time. Adam is not the Savior. He is the pattern that makes the Savior’s work understandable. The first man stands at the head of an old humanity; the perfect Adam stands at the head of a new humanity.</w:t>
      </w:r>
    </w:p>
    <w:p w14:paraId="369B4FF2" w14:textId="77777777" w:rsidR="00BB0E83" w:rsidRDefault="00000000">
      <w:r>
        <w:t>Paul makes the same point in 1 Corinthians 15, where the issue is resurrection.</w:t>
      </w:r>
    </w:p>
    <w:p w14:paraId="7F56D5D8" w14:textId="77777777" w:rsidR="00BB0E83" w:rsidRDefault="00000000">
      <w:pPr>
        <w:keepLines/>
        <w:pBdr>
          <w:left w:val="single" w:sz="14" w:space="10" w:color="C9C6BE"/>
        </w:pBdr>
        <w:spacing w:before="220" w:after="40" w:line="302" w:lineRule="auto"/>
        <w:ind w:left="490" w:right="432"/>
      </w:pPr>
      <w:r>
        <w:rPr>
          <w:rFonts w:ascii="Georgia" w:hAnsi="Georgia"/>
          <w:sz w:val="21"/>
        </w:rPr>
        <w:t>“For since by a man came death, by a man also came the resurrection of the dead. For as in Adam all die, so also in Christ all will be made alive... So also it is written, ‘The first man, Adam, became a living soul.’ The last Adam became a life-giving spirit. However, the spiritual is not first, but the natural; then the spiritual. The first man is from the earth, earthy; the second man is from heaven.”</w:t>
      </w:r>
    </w:p>
    <w:p w14:paraId="4156C4FE" w14:textId="77777777" w:rsidR="00BB0E83" w:rsidRDefault="00000000">
      <w:pPr>
        <w:spacing w:before="20" w:after="260" w:line="240" w:lineRule="auto"/>
        <w:ind w:left="490"/>
      </w:pPr>
      <w:r>
        <w:rPr>
          <w:caps/>
          <w:color w:val="6B6964"/>
          <w:sz w:val="18"/>
        </w:rPr>
        <w:t>1 Corinthians 15:21–22, 45–47, LSB</w:t>
      </w:r>
    </w:p>
    <w:p w14:paraId="38D01220" w14:textId="77777777" w:rsidR="00BB0E83" w:rsidRDefault="00000000">
      <w:r>
        <w:t xml:space="preserve">Remember Part One. Adam was formed from dirt and lay lifeless until God breathed into him the breath of life. The first Adam became a living being. He received life. The last Adam, Jesus </w:t>
      </w:r>
      <w:r>
        <w:lastRenderedPageBreak/>
        <w:t>Christ, is the life-giving Spirit. He does not merely receive life for Himself; by His Spirit He gives spiritual life to dead sinners and, at the resurrection, bodily life to His people.</w:t>
      </w:r>
    </w:p>
    <w:tbl>
      <w:tblPr>
        <w:tblStyle w:val="TableGrid"/>
        <w:tblW w:w="0" w:type="auto"/>
        <w:tblLook w:val="04A0" w:firstRow="1" w:lastRow="0" w:firstColumn="1" w:lastColumn="0" w:noHBand="0" w:noVBand="1"/>
      </w:tblPr>
      <w:tblGrid>
        <w:gridCol w:w="2976"/>
        <w:gridCol w:w="2976"/>
        <w:gridCol w:w="2976"/>
      </w:tblGrid>
      <w:tr w:rsidR="00BB0E83" w14:paraId="23F3F456" w14:textId="77777777">
        <w:tc>
          <w:tcPr>
            <w:tcW w:w="2976" w:type="dxa"/>
            <w:shd w:val="clear" w:color="auto" w:fill="1B474D"/>
          </w:tcPr>
          <w:p w14:paraId="215424E7" w14:textId="77777777" w:rsidR="00BB0E83" w:rsidRDefault="00000000">
            <w:pPr>
              <w:spacing w:before="80" w:after="80" w:line="278" w:lineRule="auto"/>
            </w:pPr>
            <w:r>
              <w:rPr>
                <w:b/>
                <w:color w:val="FFFFFF"/>
                <w:sz w:val="19"/>
              </w:rPr>
              <w:t>Matter</w:t>
            </w:r>
          </w:p>
        </w:tc>
        <w:tc>
          <w:tcPr>
            <w:tcW w:w="2976" w:type="dxa"/>
            <w:shd w:val="clear" w:color="auto" w:fill="1B474D"/>
          </w:tcPr>
          <w:p w14:paraId="34186C23" w14:textId="77777777" w:rsidR="00BB0E83" w:rsidRDefault="00000000">
            <w:pPr>
              <w:spacing w:before="80" w:after="80" w:line="278" w:lineRule="auto"/>
            </w:pPr>
            <w:r>
              <w:rPr>
                <w:b/>
                <w:color w:val="FFFFFF"/>
                <w:sz w:val="19"/>
              </w:rPr>
              <w:t>Adam</w:t>
            </w:r>
          </w:p>
        </w:tc>
        <w:tc>
          <w:tcPr>
            <w:tcW w:w="2976" w:type="dxa"/>
            <w:shd w:val="clear" w:color="auto" w:fill="1B474D"/>
          </w:tcPr>
          <w:p w14:paraId="27F959BA" w14:textId="77777777" w:rsidR="00BB0E83" w:rsidRDefault="00000000">
            <w:pPr>
              <w:spacing w:before="80" w:after="80" w:line="278" w:lineRule="auto"/>
            </w:pPr>
            <w:r>
              <w:rPr>
                <w:b/>
                <w:color w:val="FFFFFF"/>
                <w:sz w:val="19"/>
              </w:rPr>
              <w:t>Christ</w:t>
            </w:r>
          </w:p>
        </w:tc>
      </w:tr>
      <w:tr w:rsidR="00BB0E83" w14:paraId="035B8D04" w14:textId="77777777">
        <w:tc>
          <w:tcPr>
            <w:tcW w:w="2976" w:type="dxa"/>
          </w:tcPr>
          <w:p w14:paraId="60F150D2" w14:textId="77777777" w:rsidR="00BB0E83" w:rsidRDefault="00000000">
            <w:pPr>
              <w:spacing w:before="80" w:after="80" w:line="288" w:lineRule="auto"/>
            </w:pPr>
            <w:r>
              <w:rPr>
                <w:b/>
                <w:sz w:val="19"/>
              </w:rPr>
              <w:t>Origin</w:t>
            </w:r>
          </w:p>
        </w:tc>
        <w:tc>
          <w:tcPr>
            <w:tcW w:w="2976" w:type="dxa"/>
          </w:tcPr>
          <w:p w14:paraId="24B6705E" w14:textId="77777777" w:rsidR="00BB0E83" w:rsidRDefault="00000000">
            <w:pPr>
              <w:spacing w:before="80" w:after="80" w:line="288" w:lineRule="auto"/>
            </w:pPr>
            <w:r>
              <w:rPr>
                <w:sz w:val="19"/>
              </w:rPr>
              <w:t>Formed from the earth, from dust</w:t>
            </w:r>
          </w:p>
        </w:tc>
        <w:tc>
          <w:tcPr>
            <w:tcW w:w="2976" w:type="dxa"/>
          </w:tcPr>
          <w:p w14:paraId="06018518" w14:textId="77777777" w:rsidR="00BB0E83" w:rsidRDefault="00000000">
            <w:pPr>
              <w:spacing w:before="80" w:after="80" w:line="288" w:lineRule="auto"/>
            </w:pPr>
            <w:r>
              <w:rPr>
                <w:sz w:val="19"/>
              </w:rPr>
              <w:t>The eternal Son who came from heaven and took real human flesh</w:t>
            </w:r>
          </w:p>
        </w:tc>
      </w:tr>
      <w:tr w:rsidR="00BB0E83" w14:paraId="11E90AD1" w14:textId="77777777">
        <w:tc>
          <w:tcPr>
            <w:tcW w:w="2976" w:type="dxa"/>
          </w:tcPr>
          <w:p w14:paraId="6A3D74C5" w14:textId="77777777" w:rsidR="00BB0E83" w:rsidRDefault="00000000">
            <w:pPr>
              <w:spacing w:before="80" w:after="80" w:line="288" w:lineRule="auto"/>
            </w:pPr>
            <w:r>
              <w:rPr>
                <w:b/>
                <w:sz w:val="19"/>
              </w:rPr>
              <w:t>Representative role</w:t>
            </w:r>
          </w:p>
        </w:tc>
        <w:tc>
          <w:tcPr>
            <w:tcW w:w="2976" w:type="dxa"/>
          </w:tcPr>
          <w:p w14:paraId="52B58ABF" w14:textId="77777777" w:rsidR="00BB0E83" w:rsidRDefault="00000000">
            <w:pPr>
              <w:spacing w:before="80" w:after="80" w:line="288" w:lineRule="auto"/>
            </w:pPr>
            <w:r>
              <w:rPr>
                <w:sz w:val="19"/>
              </w:rPr>
              <w:t>Head of the first humanity</w:t>
            </w:r>
          </w:p>
        </w:tc>
        <w:tc>
          <w:tcPr>
            <w:tcW w:w="2976" w:type="dxa"/>
          </w:tcPr>
          <w:p w14:paraId="1998B1C8" w14:textId="77777777" w:rsidR="00BB0E83" w:rsidRDefault="00000000">
            <w:pPr>
              <w:spacing w:before="80" w:after="80" w:line="288" w:lineRule="auto"/>
            </w:pPr>
            <w:r>
              <w:rPr>
                <w:sz w:val="19"/>
              </w:rPr>
              <w:t>Head of the new humanity, His people</w:t>
            </w:r>
          </w:p>
        </w:tc>
      </w:tr>
      <w:tr w:rsidR="00BB0E83" w14:paraId="7D4AEC89" w14:textId="77777777">
        <w:tc>
          <w:tcPr>
            <w:tcW w:w="2976" w:type="dxa"/>
          </w:tcPr>
          <w:p w14:paraId="3450C081" w14:textId="77777777" w:rsidR="00BB0E83" w:rsidRDefault="00000000">
            <w:pPr>
              <w:spacing w:before="80" w:after="80" w:line="288" w:lineRule="auto"/>
            </w:pPr>
            <w:r>
              <w:rPr>
                <w:b/>
                <w:sz w:val="19"/>
              </w:rPr>
              <w:t>Setting of testing</w:t>
            </w:r>
          </w:p>
        </w:tc>
        <w:tc>
          <w:tcPr>
            <w:tcW w:w="2976" w:type="dxa"/>
          </w:tcPr>
          <w:p w14:paraId="18F5E0C5" w14:textId="77777777" w:rsidR="00BB0E83" w:rsidRDefault="00000000">
            <w:pPr>
              <w:spacing w:before="80" w:after="80" w:line="288" w:lineRule="auto"/>
            </w:pPr>
            <w:r>
              <w:rPr>
                <w:sz w:val="19"/>
              </w:rPr>
              <w:t>An abundant garden with every provision</w:t>
            </w:r>
          </w:p>
        </w:tc>
        <w:tc>
          <w:tcPr>
            <w:tcW w:w="2976" w:type="dxa"/>
          </w:tcPr>
          <w:p w14:paraId="2BBC991E" w14:textId="77777777" w:rsidR="00BB0E83" w:rsidRDefault="00000000">
            <w:pPr>
              <w:spacing w:before="80" w:after="80" w:line="288" w:lineRule="auto"/>
            </w:pPr>
            <w:r>
              <w:rPr>
                <w:sz w:val="19"/>
              </w:rPr>
              <w:t>A wilderness, then Gethsemane, under hunger, sorrow, and the shadow of the cross</w:t>
            </w:r>
          </w:p>
        </w:tc>
      </w:tr>
      <w:tr w:rsidR="00BB0E83" w14:paraId="50C6CEE0" w14:textId="77777777">
        <w:tc>
          <w:tcPr>
            <w:tcW w:w="2976" w:type="dxa"/>
          </w:tcPr>
          <w:p w14:paraId="3E613F67" w14:textId="77777777" w:rsidR="00BB0E83" w:rsidRDefault="00000000">
            <w:pPr>
              <w:spacing w:before="80" w:after="80" w:line="288" w:lineRule="auto"/>
            </w:pPr>
            <w:r>
              <w:rPr>
                <w:b/>
                <w:sz w:val="19"/>
              </w:rPr>
              <w:t>What he faced</w:t>
            </w:r>
          </w:p>
        </w:tc>
        <w:tc>
          <w:tcPr>
            <w:tcW w:w="2976" w:type="dxa"/>
          </w:tcPr>
          <w:p w14:paraId="33CA212B" w14:textId="77777777" w:rsidR="00BB0E83" w:rsidRDefault="00000000">
            <w:pPr>
              <w:spacing w:before="80" w:after="80" w:line="288" w:lineRule="auto"/>
            </w:pPr>
            <w:r>
              <w:rPr>
                <w:sz w:val="19"/>
              </w:rPr>
              <w:t>A serpent’s lie about God’s goodness</w:t>
            </w:r>
          </w:p>
        </w:tc>
        <w:tc>
          <w:tcPr>
            <w:tcW w:w="2976" w:type="dxa"/>
          </w:tcPr>
          <w:p w14:paraId="6C6744C9" w14:textId="77777777" w:rsidR="00BB0E83" w:rsidRDefault="00000000">
            <w:pPr>
              <w:spacing w:before="80" w:after="80" w:line="288" w:lineRule="auto"/>
            </w:pPr>
            <w:r>
              <w:rPr>
                <w:sz w:val="19"/>
              </w:rPr>
              <w:t>Satan’s temptations, human hatred, false witnesses, and the cup of judgment</w:t>
            </w:r>
          </w:p>
        </w:tc>
      </w:tr>
      <w:tr w:rsidR="00BB0E83" w14:paraId="701E3408" w14:textId="77777777">
        <w:tc>
          <w:tcPr>
            <w:tcW w:w="2976" w:type="dxa"/>
          </w:tcPr>
          <w:p w14:paraId="75FB4AF4" w14:textId="77777777" w:rsidR="00BB0E83" w:rsidRDefault="00000000">
            <w:pPr>
              <w:spacing w:before="80" w:after="80" w:line="288" w:lineRule="auto"/>
            </w:pPr>
            <w:r>
              <w:rPr>
                <w:b/>
                <w:sz w:val="19"/>
              </w:rPr>
              <w:t>Obedience</w:t>
            </w:r>
          </w:p>
        </w:tc>
        <w:tc>
          <w:tcPr>
            <w:tcW w:w="2976" w:type="dxa"/>
          </w:tcPr>
          <w:p w14:paraId="44775BD7" w14:textId="77777777" w:rsidR="00BB0E83" w:rsidRDefault="00000000">
            <w:pPr>
              <w:spacing w:before="80" w:after="80" w:line="288" w:lineRule="auto"/>
            </w:pPr>
            <w:r>
              <w:rPr>
                <w:sz w:val="19"/>
              </w:rPr>
              <w:t>Disobeyed the clear command of God</w:t>
            </w:r>
          </w:p>
        </w:tc>
        <w:tc>
          <w:tcPr>
            <w:tcW w:w="2976" w:type="dxa"/>
          </w:tcPr>
          <w:p w14:paraId="320B21D8" w14:textId="77777777" w:rsidR="00BB0E83" w:rsidRDefault="00000000">
            <w:pPr>
              <w:spacing w:before="80" w:after="80" w:line="288" w:lineRule="auto"/>
            </w:pPr>
            <w:r>
              <w:rPr>
                <w:sz w:val="19"/>
              </w:rPr>
              <w:t>Obeyed the Father perfectly, even to death on a cross</w:t>
            </w:r>
          </w:p>
        </w:tc>
      </w:tr>
      <w:tr w:rsidR="00BB0E83" w14:paraId="0768B9D1" w14:textId="77777777">
        <w:tc>
          <w:tcPr>
            <w:tcW w:w="2976" w:type="dxa"/>
          </w:tcPr>
          <w:p w14:paraId="51BF0B92" w14:textId="77777777" w:rsidR="00BB0E83" w:rsidRDefault="00000000">
            <w:pPr>
              <w:spacing w:before="80" w:after="80" w:line="288" w:lineRule="auto"/>
            </w:pPr>
            <w:r>
              <w:rPr>
                <w:b/>
                <w:sz w:val="19"/>
              </w:rPr>
              <w:t>What he grasped or relinquished</w:t>
            </w:r>
          </w:p>
        </w:tc>
        <w:tc>
          <w:tcPr>
            <w:tcW w:w="2976" w:type="dxa"/>
          </w:tcPr>
          <w:p w14:paraId="292BB2D6" w14:textId="77777777" w:rsidR="00BB0E83" w:rsidRDefault="00000000">
            <w:pPr>
              <w:spacing w:before="80" w:after="80" w:line="288" w:lineRule="auto"/>
            </w:pPr>
            <w:r>
              <w:rPr>
                <w:sz w:val="19"/>
              </w:rPr>
              <w:t>Grasped at wisdom and equality with God on his own terms</w:t>
            </w:r>
          </w:p>
        </w:tc>
        <w:tc>
          <w:tcPr>
            <w:tcW w:w="2976" w:type="dxa"/>
          </w:tcPr>
          <w:p w14:paraId="0C788A92" w14:textId="77777777" w:rsidR="00BB0E83" w:rsidRDefault="00000000">
            <w:pPr>
              <w:spacing w:before="80" w:after="80" w:line="288" w:lineRule="auto"/>
            </w:pPr>
            <w:r>
              <w:rPr>
                <w:sz w:val="19"/>
              </w:rPr>
              <w:t>Did not grasp; humbled Himself and gave Himself for His bride</w:t>
            </w:r>
          </w:p>
        </w:tc>
      </w:tr>
      <w:tr w:rsidR="00BB0E83" w14:paraId="646570B3" w14:textId="77777777">
        <w:tc>
          <w:tcPr>
            <w:tcW w:w="2976" w:type="dxa"/>
          </w:tcPr>
          <w:p w14:paraId="57AD31EF" w14:textId="77777777" w:rsidR="00BB0E83" w:rsidRDefault="00000000">
            <w:pPr>
              <w:spacing w:before="80" w:after="80" w:line="288" w:lineRule="auto"/>
            </w:pPr>
            <w:r>
              <w:rPr>
                <w:b/>
                <w:sz w:val="19"/>
              </w:rPr>
              <w:t>What he passed on</w:t>
            </w:r>
          </w:p>
        </w:tc>
        <w:tc>
          <w:tcPr>
            <w:tcW w:w="2976" w:type="dxa"/>
          </w:tcPr>
          <w:p w14:paraId="2A6181B5" w14:textId="77777777" w:rsidR="00BB0E83" w:rsidRDefault="00000000">
            <w:pPr>
              <w:spacing w:before="80" w:after="80" w:line="288" w:lineRule="auto"/>
            </w:pPr>
            <w:r>
              <w:rPr>
                <w:sz w:val="19"/>
              </w:rPr>
              <w:t>Guilt, corruption, condemnation, and death</w:t>
            </w:r>
          </w:p>
        </w:tc>
        <w:tc>
          <w:tcPr>
            <w:tcW w:w="2976" w:type="dxa"/>
          </w:tcPr>
          <w:p w14:paraId="79B9B519" w14:textId="77777777" w:rsidR="00BB0E83" w:rsidRDefault="00000000">
            <w:pPr>
              <w:spacing w:before="80" w:after="80" w:line="288" w:lineRule="auto"/>
            </w:pPr>
            <w:r>
              <w:rPr>
                <w:sz w:val="19"/>
              </w:rPr>
              <w:t>Righteousness, forgiveness, adoption, and life</w:t>
            </w:r>
          </w:p>
        </w:tc>
      </w:tr>
      <w:tr w:rsidR="00BB0E83" w14:paraId="140CBCC0" w14:textId="77777777">
        <w:tc>
          <w:tcPr>
            <w:tcW w:w="2976" w:type="dxa"/>
          </w:tcPr>
          <w:p w14:paraId="22A15D2B" w14:textId="77777777" w:rsidR="00BB0E83" w:rsidRDefault="00000000">
            <w:pPr>
              <w:spacing w:before="80" w:after="80" w:line="288" w:lineRule="auto"/>
            </w:pPr>
            <w:r>
              <w:rPr>
                <w:b/>
                <w:sz w:val="19"/>
              </w:rPr>
              <w:t>Outcome</w:t>
            </w:r>
          </w:p>
        </w:tc>
        <w:tc>
          <w:tcPr>
            <w:tcW w:w="2976" w:type="dxa"/>
          </w:tcPr>
          <w:p w14:paraId="238001CE" w14:textId="77777777" w:rsidR="00BB0E83" w:rsidRDefault="00000000">
            <w:pPr>
              <w:spacing w:before="80" w:after="80" w:line="288" w:lineRule="auto"/>
            </w:pPr>
            <w:r>
              <w:rPr>
                <w:sz w:val="19"/>
              </w:rPr>
              <w:t>Exile from God’s presence and a guarded way to life</w:t>
            </w:r>
          </w:p>
        </w:tc>
        <w:tc>
          <w:tcPr>
            <w:tcW w:w="2976" w:type="dxa"/>
          </w:tcPr>
          <w:p w14:paraId="00D204BF" w14:textId="77777777" w:rsidR="00BB0E83" w:rsidRDefault="00000000">
            <w:pPr>
              <w:spacing w:before="80" w:after="80" w:line="288" w:lineRule="auto"/>
            </w:pPr>
            <w:r>
              <w:rPr>
                <w:sz w:val="19"/>
              </w:rPr>
              <w:t>Access to God’s presence and an open way to life</w:t>
            </w:r>
          </w:p>
        </w:tc>
      </w:tr>
    </w:tbl>
    <w:p w14:paraId="47B1CF6B" w14:textId="77777777" w:rsidR="00BB0E83" w:rsidRDefault="00BB0E83">
      <w:pPr>
        <w:spacing w:after="240"/>
      </w:pPr>
    </w:p>
    <w:p w14:paraId="0B6F0DA9" w14:textId="77777777" w:rsidR="00BB0E83" w:rsidRDefault="00000000">
      <w:pPr>
        <w:keepNext/>
        <w:keepLines/>
        <w:spacing w:before="260" w:after="100" w:line="278" w:lineRule="auto"/>
      </w:pPr>
      <w:r>
        <w:rPr>
          <w:b/>
          <w:color w:val="1B474D"/>
        </w:rPr>
        <w:t>Is this fair?</w:t>
      </w:r>
    </w:p>
    <w:p w14:paraId="3E6BB6A8" w14:textId="77777777" w:rsidR="00BB0E83" w:rsidRDefault="00000000">
      <w:r>
        <w:t xml:space="preserve">The hard question should be asked plainly: </w:t>
      </w:r>
      <w:r>
        <w:rPr>
          <w:b/>
        </w:rPr>
        <w:t>Is it fair that I am condemned for what Adam did?</w:t>
      </w:r>
    </w:p>
    <w:p w14:paraId="454B0F97" w14:textId="77777777" w:rsidR="00BB0E83" w:rsidRDefault="00000000">
      <w:r>
        <w:t>First, we ratify Adam’s choice daily with our own sin. To ratify means to confirm what someone else has done. None of us can say, “I would have obeyed.” We hear God’s word and revise it. We see what is forbidden and call it good. We hide. We blame. We make fig leaves. Adam’s rebellion is not foreign to us. It is the family likeness.</w:t>
      </w:r>
    </w:p>
    <w:p w14:paraId="6BA1F569" w14:textId="77777777" w:rsidR="00BB0E83" w:rsidRDefault="00000000">
      <w:r>
        <w:t>But the deeper answer is this: the same principle that condemns us in Adam is the only principle that can save us in Christ. If you reject representation altogether, you reject your only hope. You cannot say, “I will not have Adam’s guilt counted to me,” and then turn around and say, “But I want Christ’s righteousness counted to me.” They come through the same covenant structure.</w:t>
      </w:r>
    </w:p>
    <w:p w14:paraId="3F50AA04" w14:textId="77777777" w:rsidR="00BB0E83" w:rsidRDefault="00000000">
      <w:r>
        <w:lastRenderedPageBreak/>
        <w:t>Imagine a man drowning in a river. He cannot object to a rescuer acting for him while refusing the very idea that anyone may act for another. The rope comes from outside him. The hand that pulls him out is not his own. In the same way, salvation is not God waiting for sinners to produce a record good enough to survive His judgment. Salvation is God giving us a new Head whose record is perfect.</w:t>
      </w:r>
    </w:p>
    <w:p w14:paraId="14973273" w14:textId="77777777" w:rsidR="00BB0E83" w:rsidRDefault="00000000">
      <w:r>
        <w:t xml:space="preserve">This is </w:t>
      </w:r>
      <w:r>
        <w:rPr>
          <w:b/>
        </w:rPr>
        <w:t>imputation</w:t>
      </w:r>
      <w:r>
        <w:t>. To impute means to credit something to someone’s account. If a bank credits money to your account, it is counted as yours. Scripture says Adam’s guilt is credited to us. Our sin was credited to Christ on the cross. Christ’s righteousness is credited to all who are in Him by faith. This is the great exchange.</w:t>
      </w:r>
    </w:p>
    <w:p w14:paraId="077714D6" w14:textId="77777777" w:rsidR="00BB0E83" w:rsidRDefault="00000000">
      <w:pPr>
        <w:keepLines/>
        <w:pBdr>
          <w:left w:val="single" w:sz="14" w:space="10" w:color="C9C6BE"/>
        </w:pBdr>
        <w:spacing w:before="220" w:after="40" w:line="302" w:lineRule="auto"/>
        <w:ind w:left="490" w:right="432"/>
      </w:pPr>
      <w:r>
        <w:rPr>
          <w:rFonts w:ascii="Georgia" w:hAnsi="Georgia"/>
          <w:sz w:val="21"/>
        </w:rPr>
        <w:t>“He made Him who knew no sin to be sin on our behalf, so that we might become the righteousness of God in Him.”</w:t>
      </w:r>
    </w:p>
    <w:p w14:paraId="7E670BE9" w14:textId="77777777" w:rsidR="00BB0E83" w:rsidRDefault="00000000">
      <w:pPr>
        <w:spacing w:before="20" w:after="260" w:line="240" w:lineRule="auto"/>
        <w:ind w:left="490"/>
      </w:pPr>
      <w:r>
        <w:rPr>
          <w:caps/>
          <w:color w:val="6B6964"/>
          <w:sz w:val="18"/>
        </w:rPr>
        <w:t>2 Corinthians 5:21, LSB</w:t>
      </w:r>
    </w:p>
    <w:p w14:paraId="5240F65C" w14:textId="77777777" w:rsidR="00BB0E83" w:rsidRDefault="00000000">
      <w:r>
        <w:t>Christ did not become sinful in His own character. He knew no sin. But our guilt was charged to Him as our substitute. Then His righteousness is charged to us. The guilty are declared righteous because the righteous One has taken their judgment.</w:t>
      </w:r>
    </w:p>
    <w:p w14:paraId="2138060F" w14:textId="77777777" w:rsidR="00BB0E83" w:rsidRDefault="00000000">
      <w:r>
        <w:t>This is why Adam’s headship over Eve in the garden was never an abstract idea. It was the structure of the Fall. He was the one commanded. He was the one silent. The guilt runs through him. And that very structure is what makes salvation possible. Christ is not merely a helpful example beside us. He is the covenant Head over His bride. What He has done counts for her.</w:t>
      </w:r>
    </w:p>
    <w:tbl>
      <w:tblPr>
        <w:tblW w:w="0" w:type="auto"/>
        <w:tblLayout w:type="fixed"/>
        <w:tblLook w:val="04A0" w:firstRow="1" w:lastRow="0" w:firstColumn="1" w:lastColumn="0" w:noHBand="0" w:noVBand="1"/>
      </w:tblPr>
      <w:tblGrid>
        <w:gridCol w:w="8640"/>
      </w:tblGrid>
      <w:tr w:rsidR="00BB0E83" w14:paraId="15537A7C" w14:textId="77777777">
        <w:tc>
          <w:tcPr>
            <w:tcW w:w="8640" w:type="dxa"/>
            <w:shd w:val="clear" w:color="auto" w:fill="F1EFE9"/>
            <w:tcMar>
              <w:top w:w="150" w:type="dxa"/>
              <w:left w:w="200" w:type="dxa"/>
              <w:bottom w:w="150" w:type="dxa"/>
              <w:right w:w="200" w:type="dxa"/>
            </w:tcMar>
          </w:tcPr>
          <w:p w14:paraId="7D4D30BB" w14:textId="77777777" w:rsidR="00BB0E83" w:rsidRDefault="00000000">
            <w:pPr>
              <w:spacing w:after="0" w:line="302" w:lineRule="auto"/>
            </w:pPr>
            <w:r>
              <w:rPr>
                <w:b/>
                <w:sz w:val="21"/>
              </w:rPr>
              <w:t>Hold on to this.</w:t>
            </w:r>
            <w:r>
              <w:rPr>
                <w:sz w:val="21"/>
              </w:rPr>
              <w:t xml:space="preserve"> You do not get saved by becoming a better version of Adam. You get saved by being joined to Christ. The old head brought you death. The new Head brings you life.</w:t>
            </w:r>
          </w:p>
        </w:tc>
      </w:tr>
    </w:tbl>
    <w:p w14:paraId="3E8EA6F6" w14:textId="77777777" w:rsidR="00BB0E83" w:rsidRDefault="00BB0E83">
      <w:pPr>
        <w:spacing w:after="220"/>
      </w:pPr>
    </w:p>
    <w:p w14:paraId="01A802E3" w14:textId="77777777" w:rsidR="00BB0E83" w:rsidRDefault="00000000">
      <w:pPr>
        <w:keepNext/>
        <w:keepLines/>
        <w:spacing w:before="380" w:after="140" w:line="274" w:lineRule="auto"/>
      </w:pPr>
      <w:r>
        <w:rPr>
          <w:rFonts w:ascii="Georgia" w:hAnsi="Georgia"/>
          <w:b/>
          <w:color w:val="1B474D"/>
          <w:sz w:val="29"/>
        </w:rPr>
        <w:t>Propitiation and expiation: the sin removed and the wrath satisfied</w:t>
      </w:r>
    </w:p>
    <w:p w14:paraId="258377F0" w14:textId="77777777" w:rsidR="00BB0E83" w:rsidRDefault="00000000">
      <w:r>
        <w:t xml:space="preserve">The cross does more than show love. It deals with guilt and judgment. Two words help us say this clearly: </w:t>
      </w:r>
      <w:r>
        <w:rPr>
          <w:b/>
        </w:rPr>
        <w:t>expiation</w:t>
      </w:r>
      <w:r>
        <w:t xml:space="preserve"> and </w:t>
      </w:r>
      <w:r>
        <w:rPr>
          <w:b/>
        </w:rPr>
        <w:t>propitiation</w:t>
      </w:r>
      <w:r>
        <w:t>.</w:t>
      </w:r>
    </w:p>
    <w:p w14:paraId="3F9CF1E1" w14:textId="77777777" w:rsidR="00BB0E83" w:rsidRDefault="00000000">
      <w:r>
        <w:rPr>
          <w:b/>
        </w:rPr>
        <w:t>Expiation</w:t>
      </w:r>
      <w:r>
        <w:t xml:space="preserve"> deals with the </w:t>
      </w:r>
      <w:r>
        <w:rPr>
          <w:b/>
        </w:rPr>
        <w:t>sin</w:t>
      </w:r>
      <w:r>
        <w:t>. It removes, cancels, covers, and cleanses guilt. It faces the problem.</w:t>
      </w:r>
    </w:p>
    <w:p w14:paraId="02F812DB" w14:textId="77777777" w:rsidR="00BB0E83" w:rsidRDefault="00000000">
      <w:r>
        <w:rPr>
          <w:b/>
        </w:rPr>
        <w:lastRenderedPageBreak/>
        <w:t>Propitiation</w:t>
      </w:r>
      <w:r>
        <w:t xml:space="preserve"> deals with the </w:t>
      </w:r>
      <w:r>
        <w:rPr>
          <w:b/>
        </w:rPr>
        <w:t>wrath</w:t>
      </w:r>
      <w:r>
        <w:t>. It satisfies and turns aside the righteous anger of God. It faces the Judge.</w:t>
      </w:r>
    </w:p>
    <w:p w14:paraId="01F809B8" w14:textId="77777777" w:rsidR="00BB0E83" w:rsidRDefault="00000000">
      <w:r>
        <w:t xml:space="preserve">Put it simply: </w:t>
      </w:r>
      <w:r>
        <w:rPr>
          <w:b/>
        </w:rPr>
        <w:t>expiation is what happens to my sin; propitiation is what happens to God’s wrath.</w:t>
      </w:r>
      <w:r>
        <w:t xml:space="preserve"> Both are true. Cut either one out, and you ruin the gospel. If sin is removed but God’s righteous judgment is not answered, the Judge has been ignored. If wrath is satisfied but sin is not truly removed, the sinner is still stained and condemned. At the cross, Christ does both.</w:t>
      </w:r>
    </w:p>
    <w:p w14:paraId="23998721" w14:textId="77777777" w:rsidR="00BB0E83" w:rsidRDefault="00000000">
      <w:r>
        <w:t>The New Testament uses a family of Greek words here.</w:t>
      </w:r>
    </w:p>
    <w:p w14:paraId="53E1B8B3" w14:textId="77777777" w:rsidR="00BB0E83" w:rsidRDefault="00000000">
      <w:pPr>
        <w:spacing w:after="100" w:line="307" w:lineRule="auto"/>
        <w:ind w:left="432" w:hanging="259"/>
      </w:pPr>
      <w:r>
        <w:rPr>
          <w:color w:val="1B474D"/>
        </w:rPr>
        <w:t xml:space="preserve">•   </w:t>
      </w:r>
      <w:r>
        <w:rPr>
          <w:i/>
        </w:rPr>
        <w:t>Hilastērion</w:t>
      </w:r>
      <w:r>
        <w:t xml:space="preserve"> in Romans 3:25 and Hebrews 9:5 is the Greek word used in the Greek Old Testament for the </w:t>
      </w:r>
      <w:r>
        <w:rPr>
          <w:b/>
        </w:rPr>
        <w:t>mercy seat</w:t>
      </w:r>
      <w:r>
        <w:t>, the gold lid on the ark of the covenant where blood was applied on the Day of Atonement.</w:t>
      </w:r>
    </w:p>
    <w:p w14:paraId="15779AAC" w14:textId="77777777" w:rsidR="00BB0E83" w:rsidRDefault="00000000">
      <w:pPr>
        <w:spacing w:after="100" w:line="307" w:lineRule="auto"/>
        <w:ind w:left="432" w:hanging="259"/>
      </w:pPr>
      <w:r>
        <w:rPr>
          <w:color w:val="1B474D"/>
        </w:rPr>
        <w:t xml:space="preserve">•   </w:t>
      </w:r>
      <w:r>
        <w:rPr>
          <w:i/>
        </w:rPr>
        <w:t>Hilasmos</w:t>
      </w:r>
      <w:r>
        <w:t xml:space="preserve"> in 1 John 2:2 and 4:10 means a propitiatory sacrifice, a sacrifice that turns away wrath by dealing with sin.</w:t>
      </w:r>
    </w:p>
    <w:p w14:paraId="287584B0" w14:textId="77777777" w:rsidR="00BB0E83" w:rsidRDefault="00000000">
      <w:pPr>
        <w:spacing w:after="100" w:line="307" w:lineRule="auto"/>
        <w:ind w:left="432" w:hanging="259"/>
      </w:pPr>
      <w:r>
        <w:rPr>
          <w:color w:val="1B474D"/>
        </w:rPr>
        <w:t xml:space="preserve">•   </w:t>
      </w:r>
      <w:r>
        <w:rPr>
          <w:i/>
        </w:rPr>
        <w:t>Hilaskomai</w:t>
      </w:r>
      <w:r>
        <w:t xml:space="preserve"> in Hebrews 2:17 means to make propitiation. In Luke 18:13, the tax collector uses this word when he prays, “God, be propitiated toward me, the sinner.” Plainly: “God, deal with my guilt so I can stand before You.”</w:t>
      </w:r>
    </w:p>
    <w:p w14:paraId="3F70235D" w14:textId="77777777" w:rsidR="00BB0E83" w:rsidRDefault="00000000">
      <w:r>
        <w:t xml:space="preserve">Paul does not merely say Jesus is </w:t>
      </w:r>
      <w:r>
        <w:rPr>
          <w:b/>
        </w:rPr>
        <w:t>like</w:t>
      </w:r>
      <w:r>
        <w:t xml:space="preserve"> the mercy seat. He uses the word </w:t>
      </w:r>
      <w:r>
        <w:rPr>
          <w:b/>
        </w:rPr>
        <w:t>for</w:t>
      </w:r>
      <w:r>
        <w:t xml:space="preserve"> the mercy seat.</w:t>
      </w:r>
    </w:p>
    <w:p w14:paraId="4C096EF1" w14:textId="77777777" w:rsidR="00BB0E83" w:rsidRDefault="00000000">
      <w:pPr>
        <w:keepLines/>
        <w:pBdr>
          <w:left w:val="single" w:sz="14" w:space="10" w:color="C9C6BE"/>
        </w:pBdr>
        <w:spacing w:before="220" w:after="40" w:line="302" w:lineRule="auto"/>
        <w:ind w:left="490" w:right="432"/>
      </w:pPr>
      <w:r>
        <w:rPr>
          <w:rFonts w:ascii="Georgia" w:hAnsi="Georgia"/>
          <w:sz w:val="21"/>
        </w:rPr>
        <w:t>“Being justified as a gift by His grace through the redemption which is in Christ Jesus; whom God displayed publicly as a propitiation in His blood through faith. This was to demonstrate His righteousness, because in the forbearance of God He passed over the sins previously committed; for the demonstration, I say, of His righteousness at the present time, so that He would be just and the justifier of the one who has faith in Jesus.”</w:t>
      </w:r>
    </w:p>
    <w:p w14:paraId="20F1EA52" w14:textId="77777777" w:rsidR="00BB0E83" w:rsidRDefault="00000000">
      <w:pPr>
        <w:spacing w:before="20" w:after="260" w:line="240" w:lineRule="auto"/>
        <w:ind w:left="490"/>
      </w:pPr>
      <w:r>
        <w:rPr>
          <w:caps/>
          <w:color w:val="6B6964"/>
          <w:sz w:val="18"/>
        </w:rPr>
        <w:t>Romans 3:24–26, LSB</w:t>
      </w:r>
    </w:p>
    <w:p w14:paraId="7BB70C4D" w14:textId="77777777" w:rsidR="00BB0E83" w:rsidRDefault="00000000">
      <w:r>
        <w:t>Jesus is the place where the blood is applied and where God meets His people without killing them. He is the true mercy seat. We do not meet God safely because He decides holiness no longer matters. We meet Him safely because Christ’s blood has answered the judgment our sin deserved.</w:t>
      </w:r>
    </w:p>
    <w:p w14:paraId="385FCEE0" w14:textId="77777777" w:rsidR="00BB0E83" w:rsidRDefault="00000000">
      <w:pPr>
        <w:keepNext/>
        <w:keepLines/>
        <w:spacing w:before="260" w:after="100" w:line="278" w:lineRule="auto"/>
      </w:pPr>
      <w:r>
        <w:rPr>
          <w:b/>
          <w:color w:val="1B474D"/>
        </w:rPr>
        <w:t>God’s wrath is not a tantrum</w:t>
      </w:r>
    </w:p>
    <w:p w14:paraId="4E90263D" w14:textId="77777777" w:rsidR="00BB0E83" w:rsidRDefault="00000000">
      <w:r>
        <w:t>Some hear “wrath” and picture a human temper: an unstable person losing control. That is not God’s wrath. God’s wrath is His settled, righteous opposition to evil. It is His holy refusal to call darkness light, cruelty good, lies harmless, or rebellion acceptable.</w:t>
      </w:r>
    </w:p>
    <w:p w14:paraId="0B17DB37" w14:textId="77777777" w:rsidR="00BB0E83" w:rsidRDefault="00000000">
      <w:r>
        <w:lastRenderedPageBreak/>
        <w:t>A God who felt nothing about evil would not be good. If a judge shrugged at abuse, murder, corruption, and exploitation, we would not praise his kindness. We would call him wicked. God’s anger against sin is not a character flaw. It is the moral purity of God responding to what destroys His world and defies His glory.</w:t>
      </w:r>
    </w:p>
    <w:p w14:paraId="2D41736C" w14:textId="77777777" w:rsidR="00BB0E83" w:rsidRDefault="00000000">
      <w:r>
        <w:t>Scripture will not let us separate mercy from justice.</w:t>
      </w:r>
    </w:p>
    <w:p w14:paraId="42F5B0AE" w14:textId="77777777" w:rsidR="00BB0E83" w:rsidRDefault="00000000">
      <w:pPr>
        <w:keepLines/>
        <w:pBdr>
          <w:left w:val="single" w:sz="14" w:space="10" w:color="C9C6BE"/>
        </w:pBdr>
        <w:spacing w:before="220" w:after="40" w:line="302" w:lineRule="auto"/>
        <w:ind w:left="490" w:right="432"/>
      </w:pPr>
      <w:r>
        <w:rPr>
          <w:rFonts w:ascii="Georgia" w:hAnsi="Georgia"/>
          <w:sz w:val="21"/>
        </w:rPr>
        <w:t>“He who justifies the wicked and he who condemns the righteous, both of them alike are an abomination to Yahweh.”</w:t>
      </w:r>
    </w:p>
    <w:p w14:paraId="6687D0C2" w14:textId="77777777" w:rsidR="00BB0E83" w:rsidRDefault="00000000">
      <w:pPr>
        <w:spacing w:before="20" w:after="260" w:line="240" w:lineRule="auto"/>
        <w:ind w:left="490"/>
      </w:pPr>
      <w:r>
        <w:rPr>
          <w:caps/>
          <w:color w:val="6B6964"/>
          <w:sz w:val="18"/>
        </w:rPr>
        <w:t>Proverbs 17:15, LSB</w:t>
      </w:r>
    </w:p>
    <w:p w14:paraId="0360A29C" w14:textId="77777777" w:rsidR="00BB0E83" w:rsidRDefault="00000000">
      <w:pPr>
        <w:keepLines/>
        <w:pBdr>
          <w:left w:val="single" w:sz="14" w:space="10" w:color="C9C6BE"/>
        </w:pBdr>
        <w:spacing w:before="220" w:after="40" w:line="302" w:lineRule="auto"/>
        <w:ind w:left="490" w:right="432"/>
      </w:pPr>
      <w:r>
        <w:rPr>
          <w:rFonts w:ascii="Georgia" w:hAnsi="Georgia"/>
          <w:sz w:val="21"/>
        </w:rPr>
        <w:t>“Yet He will by no means leave the guilty unpunished.”</w:t>
      </w:r>
    </w:p>
    <w:p w14:paraId="2D4ADF03" w14:textId="77777777" w:rsidR="00BB0E83" w:rsidRDefault="00000000">
      <w:pPr>
        <w:spacing w:before="20" w:after="260" w:line="240" w:lineRule="auto"/>
        <w:ind w:left="490"/>
      </w:pPr>
      <w:r>
        <w:rPr>
          <w:caps/>
          <w:color w:val="6B6964"/>
          <w:sz w:val="18"/>
        </w:rPr>
        <w:t>Exodus 34:7, LSB</w:t>
      </w:r>
    </w:p>
    <w:p w14:paraId="2C5A539A" w14:textId="77777777" w:rsidR="00BB0E83" w:rsidRDefault="00000000">
      <w:pPr>
        <w:keepLines/>
        <w:pBdr>
          <w:left w:val="single" w:sz="14" w:space="10" w:color="C9C6BE"/>
        </w:pBdr>
        <w:spacing w:before="220" w:after="40" w:line="302" w:lineRule="auto"/>
        <w:ind w:left="490" w:right="432"/>
      </w:pPr>
      <w:r>
        <w:rPr>
          <w:rFonts w:ascii="Georgia" w:hAnsi="Georgia"/>
          <w:sz w:val="21"/>
        </w:rPr>
        <w:t>“Yahweh is slow to anger and great in power, and Yahweh will by no means leave the guilty unpunished.”</w:t>
      </w:r>
    </w:p>
    <w:p w14:paraId="204608CC" w14:textId="77777777" w:rsidR="00BB0E83" w:rsidRDefault="00000000">
      <w:pPr>
        <w:spacing w:before="20" w:after="260" w:line="240" w:lineRule="auto"/>
        <w:ind w:left="490"/>
      </w:pPr>
      <w:r>
        <w:rPr>
          <w:caps/>
          <w:color w:val="6B6964"/>
          <w:sz w:val="18"/>
        </w:rPr>
        <w:t>Nahum 1:3, LSB</w:t>
      </w:r>
    </w:p>
    <w:p w14:paraId="39CC4962" w14:textId="77777777" w:rsidR="00BB0E83" w:rsidRDefault="00000000">
      <w:r>
        <w:t xml:space="preserve">If God simply forgave without payment, He would do the very thing Proverbs condemns: justify the wicked while treating guilt as though it were nothing. The cross is where God does not compromise His justice in order to show mercy. He satisfies justice in order to show mercy. That is why Romans 3 says He is </w:t>
      </w:r>
      <w:r>
        <w:rPr>
          <w:b/>
        </w:rPr>
        <w:t>just and the justifier</w:t>
      </w:r>
      <w:r>
        <w:t>.</w:t>
      </w:r>
    </w:p>
    <w:p w14:paraId="6D28152F" w14:textId="77777777" w:rsidR="00BB0E83" w:rsidRDefault="00000000">
      <w:r>
        <w:t>Remember Part Three. The expulsion from Eden showed God to be both just and merciful. He must punish sin. Yet He bars the tree of life so fallen humanity will not become eternally locked into corruption. At the cross, that same justice and mercy meet perfectly. The judgment is real. The mercy is real. The Judge Himself provides the sacrifice.</w:t>
      </w:r>
    </w:p>
    <w:p w14:paraId="35C18B16" w14:textId="77777777" w:rsidR="00BB0E83" w:rsidRDefault="00000000">
      <w:pPr>
        <w:keepNext/>
        <w:keepLines/>
        <w:spacing w:before="260" w:after="100" w:line="278" w:lineRule="auto"/>
      </w:pPr>
      <w:r>
        <w:rPr>
          <w:b/>
          <w:color w:val="1B474D"/>
        </w:rPr>
        <w:t>Was the cross divine child abuse?</w:t>
      </w:r>
    </w:p>
    <w:p w14:paraId="5D018AC1" w14:textId="77777777" w:rsidR="00BB0E83" w:rsidRDefault="00000000">
      <w:r>
        <w:t>Some people say the cross is divine child abuse. The answer must be direct: no. The Father did not seize an unwilling third party and punish Him while remaining distant from the cost. The Son laid down His life willingly.</w:t>
      </w:r>
    </w:p>
    <w:p w14:paraId="1F34FE0F" w14:textId="77777777" w:rsidR="00BB0E83" w:rsidRDefault="00000000">
      <w:pPr>
        <w:keepLines/>
        <w:pBdr>
          <w:left w:val="single" w:sz="14" w:space="10" w:color="C9C6BE"/>
        </w:pBdr>
        <w:spacing w:before="220" w:after="40" w:line="302" w:lineRule="auto"/>
        <w:ind w:left="490" w:right="432"/>
      </w:pPr>
      <w:r>
        <w:rPr>
          <w:rFonts w:ascii="Georgia" w:hAnsi="Georgia"/>
          <w:sz w:val="21"/>
        </w:rPr>
        <w:t>“For this reason the Father loves Me, because I lay down My life so that I may take it again. No one takes it away from Me, but I lay it down from Myself. I have authority to lay it down, and I have authority to take it up again.”</w:t>
      </w:r>
    </w:p>
    <w:p w14:paraId="4F034729" w14:textId="77777777" w:rsidR="00BB0E83" w:rsidRDefault="00000000">
      <w:pPr>
        <w:spacing w:before="20" w:after="260" w:line="240" w:lineRule="auto"/>
        <w:ind w:left="490"/>
      </w:pPr>
      <w:r>
        <w:rPr>
          <w:caps/>
          <w:color w:val="6B6964"/>
          <w:sz w:val="18"/>
        </w:rPr>
        <w:t>John 10:17–18, LSB</w:t>
      </w:r>
    </w:p>
    <w:p w14:paraId="4BCDD532" w14:textId="77777777" w:rsidR="00BB0E83" w:rsidRDefault="00000000">
      <w:r>
        <w:t xml:space="preserve">The Trinity is one God: Father, Son, and Holy Spirit, distinct persons sharing one divine being, united in will and purpose. This is not a bully and a victim. The Father sends the Son. The Son </w:t>
      </w:r>
      <w:r>
        <w:lastRenderedPageBreak/>
        <w:t>gladly comes. The Spirit sustains the Son. The Son gives Himself for His bride. On the cross, God bears in Himself the judgment that God’s righteousness requires.</w:t>
      </w:r>
    </w:p>
    <w:p w14:paraId="3278CF2F" w14:textId="77777777" w:rsidR="00BB0E83" w:rsidRDefault="00000000">
      <w:r>
        <w:t>The Father does not love the Son less at Calvary. The Son does not stop being God. The cross is the blazing display of the triune God’s holy love: God is so righteous that sin must be judged, and God is so loving that He takes that judgment upon Himself in the person of His Son.</w:t>
      </w:r>
    </w:p>
    <w:p w14:paraId="5FB106C1" w14:textId="77777777" w:rsidR="00BB0E83" w:rsidRDefault="00000000">
      <w:pPr>
        <w:keepNext/>
        <w:keepLines/>
        <w:spacing w:before="380" w:after="140" w:line="274" w:lineRule="auto"/>
      </w:pPr>
      <w:r>
        <w:rPr>
          <w:rFonts w:ascii="Georgia" w:hAnsi="Georgia"/>
          <w:b/>
          <w:color w:val="1B474D"/>
          <w:sz w:val="29"/>
        </w:rPr>
        <w:t>Leviticus 16: the day the high priest went behind the veil</w:t>
      </w:r>
    </w:p>
    <w:p w14:paraId="255CFB4C" w14:textId="77777777" w:rsidR="00BB0E83" w:rsidRDefault="00000000">
      <w:r>
        <w:t xml:space="preserve">Leviticus 16 gives us one of the clearest previews of the cross in the entire Bible. It describes the Day of Atonement, called </w:t>
      </w:r>
      <w:r>
        <w:rPr>
          <w:b/>
        </w:rPr>
        <w:t>Yom Kippur</w:t>
      </w:r>
      <w:r>
        <w:t>, “the day of covering.” It came on the tenth day of the seventh month. On this one day of the year, and only on this day, the high priest could pass through the veil into the Most Holy Place.</w:t>
      </w:r>
    </w:p>
    <w:p w14:paraId="7B215CA3" w14:textId="77777777" w:rsidR="00BB0E83" w:rsidRDefault="00000000">
      <w:r>
        <w:t>Picture the scene. Israel fasts outside. The nation humbles itself. The tabernacle stands at the center of the camp, but no ordinary Israelite walks into its inner room. The ordinary priest serves. The high priest enters and comes out. The people wait. Their life before God depends on a sacrifice they cannot personally bring into that inner chamber.</w:t>
      </w:r>
    </w:p>
    <w:p w14:paraId="49EBC4BD" w14:textId="77777777" w:rsidR="00BB0E83" w:rsidRDefault="00000000">
      <w:r>
        <w:t>Leviticus 16 opens with a warning: this is after the death of Aaron’s sons, Nadab and Abihu. They came near God carelessly and were consumed. The point is not subtle. God is not safe to approach on our terms. Sinful people do not stroll into the presence of a holy God.</w:t>
      </w:r>
    </w:p>
    <w:p w14:paraId="74E7534F" w14:textId="77777777" w:rsidR="00BB0E83" w:rsidRDefault="00000000">
      <w:r>
        <w:t>The high priest goes in and comes out. Later Jewish tradition speaks of bells on the hem of his robe, so that people could hear movement and know he still lived; the chapter itself does not give that detail. The biblical point is clear enough: if he died inside, no one could casually walk in after him. The veil was a barrier, not decoration.</w:t>
      </w:r>
    </w:p>
    <w:p w14:paraId="6973F6EE" w14:textId="77777777" w:rsidR="00BB0E83" w:rsidRDefault="00000000">
      <w:r>
        <w:t>Now walk the chapter in order. Every movement says something. Every movement looks forward to Christ.</w:t>
      </w:r>
    </w:p>
    <w:p w14:paraId="20D504C5" w14:textId="77777777" w:rsidR="00BB0E83" w:rsidRDefault="00000000">
      <w:pPr>
        <w:keepNext/>
        <w:keepLines/>
        <w:spacing w:before="260" w:after="100" w:line="278" w:lineRule="auto"/>
      </w:pPr>
      <w:r>
        <w:rPr>
          <w:b/>
          <w:color w:val="1B474D"/>
        </w:rPr>
        <w:t>1. Plain linen instead of glorious garments</w:t>
      </w:r>
    </w:p>
    <w:p w14:paraId="2724BA28" w14:textId="77777777" w:rsidR="00BB0E83" w:rsidRDefault="00000000">
      <w:r>
        <w:t>The high priest begins by bathing. Then, instead of wearing his usual glorious and beautiful garments, he puts on plain linen.</w:t>
      </w:r>
    </w:p>
    <w:p w14:paraId="47065A09" w14:textId="77777777" w:rsidR="00BB0E83" w:rsidRDefault="00000000">
      <w:pPr>
        <w:keepLines/>
        <w:pBdr>
          <w:left w:val="single" w:sz="14" w:space="10" w:color="C9C6BE"/>
        </w:pBdr>
        <w:spacing w:before="220" w:after="40" w:line="302" w:lineRule="auto"/>
        <w:ind w:left="490" w:right="432"/>
      </w:pPr>
      <w:r>
        <w:rPr>
          <w:rFonts w:ascii="Georgia" w:hAnsi="Georgia"/>
          <w:sz w:val="21"/>
        </w:rPr>
        <w:t>“He shall put on the holy linen tunic, and the linen undergarments shall be next to his body, and he shall be girded with the linen sash and attired with the linen turban... He shall bathe his body in water and put them on.”</w:t>
      </w:r>
    </w:p>
    <w:p w14:paraId="59B8EC60" w14:textId="77777777" w:rsidR="00BB0E83" w:rsidRDefault="00000000">
      <w:pPr>
        <w:spacing w:before="20" w:after="260" w:line="240" w:lineRule="auto"/>
        <w:ind w:left="490"/>
      </w:pPr>
      <w:r>
        <w:rPr>
          <w:caps/>
          <w:color w:val="6B6964"/>
          <w:sz w:val="18"/>
        </w:rPr>
        <w:t>Leviticus 16:4, LSB</w:t>
      </w:r>
    </w:p>
    <w:p w14:paraId="2651084D" w14:textId="77777777" w:rsidR="00BB0E83" w:rsidRDefault="00000000">
      <w:r>
        <w:lastRenderedPageBreak/>
        <w:t>The high priest does not march in dressed for display. He comes in humble garments. Christ fulfills this without ceasing to be who He is. He did not stop being God, but He took the form of a servant.</w:t>
      </w:r>
    </w:p>
    <w:p w14:paraId="0DB83B42" w14:textId="77777777" w:rsidR="00BB0E83" w:rsidRDefault="00000000">
      <w:pPr>
        <w:keepLines/>
        <w:pBdr>
          <w:left w:val="single" w:sz="14" w:space="10" w:color="C9C6BE"/>
        </w:pBdr>
        <w:spacing w:before="220" w:after="40" w:line="302" w:lineRule="auto"/>
        <w:ind w:left="490" w:right="432"/>
      </w:pPr>
      <w:r>
        <w:rPr>
          <w:rFonts w:ascii="Georgia" w:hAnsi="Georgia"/>
          <w:sz w:val="21"/>
        </w:rPr>
        <w:t>“Although existing in the form of God, [He] did not regard equality with God a thing to be grasped, but emptied Himself, by taking the form of a slave, by being made in the likeness of men. Being found in appearance as a man, He humbled Himself by becoming obedient to the point of death, even death on a cross.”</w:t>
      </w:r>
    </w:p>
    <w:p w14:paraId="6FC5F8D0" w14:textId="77777777" w:rsidR="00BB0E83" w:rsidRDefault="00000000">
      <w:pPr>
        <w:spacing w:before="20" w:after="260" w:line="240" w:lineRule="auto"/>
        <w:ind w:left="490"/>
      </w:pPr>
      <w:r>
        <w:rPr>
          <w:caps/>
          <w:color w:val="6B6964"/>
          <w:sz w:val="18"/>
        </w:rPr>
        <w:t>Philippians 2:6–8, LSB</w:t>
      </w:r>
    </w:p>
    <w:p w14:paraId="18E7395A" w14:textId="77777777" w:rsidR="00BB0E83" w:rsidRDefault="00000000">
      <w:r>
        <w:t>Plainly: the King of glory came low. He did not come to be served. He came to serve and give His life.</w:t>
      </w:r>
    </w:p>
    <w:p w14:paraId="798FF9D9" w14:textId="77777777" w:rsidR="00BB0E83" w:rsidRDefault="00000000">
      <w:pPr>
        <w:keepNext/>
        <w:keepLines/>
        <w:spacing w:before="260" w:after="100" w:line="278" w:lineRule="auto"/>
      </w:pPr>
      <w:r>
        <w:rPr>
          <w:b/>
          <w:color w:val="1B474D"/>
        </w:rPr>
        <w:t>2. A bull for the priest’s own sin</w:t>
      </w:r>
    </w:p>
    <w:p w14:paraId="2370F6F7" w14:textId="77777777" w:rsidR="00BB0E83" w:rsidRDefault="00000000">
      <w:r>
        <w:t xml:space="preserve">Before the high priest can offer anything for Israel, he must bring a bull for </w:t>
      </w:r>
      <w:r>
        <w:rPr>
          <w:b/>
        </w:rPr>
        <w:t>his own</w:t>
      </w:r>
      <w:r>
        <w:t xml:space="preserve"> sin.</w:t>
      </w:r>
    </w:p>
    <w:p w14:paraId="3FBF2265" w14:textId="77777777" w:rsidR="00BB0E83" w:rsidRDefault="00000000">
      <w:pPr>
        <w:keepLines/>
        <w:pBdr>
          <w:left w:val="single" w:sz="14" w:space="10" w:color="C9C6BE"/>
        </w:pBdr>
        <w:spacing w:before="220" w:after="40" w:line="302" w:lineRule="auto"/>
        <w:ind w:left="490" w:right="432"/>
      </w:pPr>
      <w:r>
        <w:rPr>
          <w:rFonts w:ascii="Georgia" w:hAnsi="Georgia"/>
          <w:sz w:val="21"/>
        </w:rPr>
        <w:t>“Then Aaron shall offer the bull of the sin offering which is for himself and make atonement for himself and for his household.”</w:t>
      </w:r>
    </w:p>
    <w:p w14:paraId="22974D2B" w14:textId="77777777" w:rsidR="00BB0E83" w:rsidRDefault="00000000">
      <w:pPr>
        <w:spacing w:before="20" w:after="260" w:line="240" w:lineRule="auto"/>
        <w:ind w:left="490"/>
      </w:pPr>
      <w:r>
        <w:rPr>
          <w:caps/>
          <w:color w:val="6B6964"/>
          <w:sz w:val="18"/>
        </w:rPr>
        <w:t>Leviticus 16:6, LSB</w:t>
      </w:r>
    </w:p>
    <w:p w14:paraId="2178213F" w14:textId="77777777" w:rsidR="00BB0E83" w:rsidRDefault="00000000">
      <w:r>
        <w:t>Aaron needs a sacrifice because Aaron is a sinner. He is a priest, but he is not clean enough to stand before God without blood for himself. Christ is different at exactly this point.</w:t>
      </w:r>
    </w:p>
    <w:p w14:paraId="18A03153" w14:textId="77777777" w:rsidR="00BB0E83" w:rsidRDefault="00000000">
      <w:pPr>
        <w:keepLines/>
        <w:pBdr>
          <w:left w:val="single" w:sz="14" w:space="10" w:color="C9C6BE"/>
        </w:pBdr>
        <w:spacing w:before="220" w:after="40" w:line="302" w:lineRule="auto"/>
        <w:ind w:left="490" w:right="432"/>
      </w:pPr>
      <w:r>
        <w:rPr>
          <w:rFonts w:ascii="Georgia" w:hAnsi="Georgia"/>
          <w:sz w:val="21"/>
        </w:rPr>
        <w:t>“For it was fitting for us to have such a high priest, holy, innocent, undefiled, separated from sinners and exalted above the heavens; who does not need daily, like those high priests, to offer up sacrifices, first for His own sins and then for the sins of the people.”</w:t>
      </w:r>
    </w:p>
    <w:p w14:paraId="549102E9" w14:textId="77777777" w:rsidR="00BB0E83" w:rsidRDefault="00000000">
      <w:pPr>
        <w:spacing w:before="20" w:after="260" w:line="240" w:lineRule="auto"/>
        <w:ind w:left="490"/>
      </w:pPr>
      <w:r>
        <w:rPr>
          <w:caps/>
          <w:color w:val="6B6964"/>
          <w:sz w:val="18"/>
        </w:rPr>
        <w:t>Hebrews 7:26–27, LSB</w:t>
      </w:r>
    </w:p>
    <w:p w14:paraId="5A29829A" w14:textId="77777777" w:rsidR="00BB0E83" w:rsidRDefault="00000000">
      <w:r>
        <w:t>He was tempted in all things as we are, yet without sin (Hebrews 4:15). He offered Himself “without blemish to God” (Hebrews 9:14). The high priest needed a sacrifice before he could represent the people. Christ is the sacrifice because He needs none for Himself.</w:t>
      </w:r>
    </w:p>
    <w:p w14:paraId="0584459C" w14:textId="77777777" w:rsidR="00BB0E83" w:rsidRDefault="00000000">
      <w:pPr>
        <w:keepNext/>
        <w:keepLines/>
        <w:spacing w:before="260" w:after="100" w:line="278" w:lineRule="auto"/>
      </w:pPr>
      <w:r>
        <w:rPr>
          <w:b/>
          <w:color w:val="1B474D"/>
        </w:rPr>
        <w:t>3. Blood inside the veil</w:t>
      </w:r>
    </w:p>
    <w:p w14:paraId="3E6F2838" w14:textId="77777777" w:rsidR="00BB0E83" w:rsidRDefault="00000000">
      <w:r>
        <w:t>The priest takes blood from the bull and then from the goat selected for Yahweh. He carries that blood behind the veil and sprinkles it on and before the mercy seat.</w:t>
      </w:r>
    </w:p>
    <w:p w14:paraId="4966CF2D" w14:textId="77777777" w:rsidR="00BB0E83" w:rsidRDefault="00000000">
      <w:pPr>
        <w:keepLines/>
        <w:pBdr>
          <w:left w:val="single" w:sz="14" w:space="10" w:color="C9C6BE"/>
        </w:pBdr>
        <w:spacing w:before="220" w:after="40" w:line="302" w:lineRule="auto"/>
        <w:ind w:left="490" w:right="432"/>
      </w:pPr>
      <w:r>
        <w:rPr>
          <w:rFonts w:ascii="Georgia" w:hAnsi="Georgia"/>
          <w:sz w:val="21"/>
        </w:rPr>
        <w:t>“He shall take some of the blood of the bull and sprinkle it with his finger on the mercy seat on the east side; also in front of the mercy seat he shall sprinkle some of the blood with his finger seven times... Then he shall slaughter the goat of the sin offering which is for the people and bring its blood inside the veil.”</w:t>
      </w:r>
    </w:p>
    <w:p w14:paraId="0826BB3B" w14:textId="77777777" w:rsidR="00BB0E83" w:rsidRDefault="00000000">
      <w:pPr>
        <w:spacing w:before="20" w:after="260" w:line="240" w:lineRule="auto"/>
        <w:ind w:left="490"/>
      </w:pPr>
      <w:r>
        <w:rPr>
          <w:caps/>
          <w:color w:val="6B6964"/>
          <w:sz w:val="18"/>
        </w:rPr>
        <w:lastRenderedPageBreak/>
        <w:t>Leviticus 16:14–15, LSB</w:t>
      </w:r>
    </w:p>
    <w:p w14:paraId="50E97DA8" w14:textId="77777777" w:rsidR="00BB0E83" w:rsidRDefault="00000000">
      <w:r>
        <w:t>Blood says life has been given in the place of the guilty. The mercy seat is where God promises to meet His people, but the meeting can only happen through blood. Christ did not enter a symbolic room made with hands. He entered heaven itself.</w:t>
      </w:r>
    </w:p>
    <w:p w14:paraId="28866ADA" w14:textId="77777777" w:rsidR="00BB0E83" w:rsidRDefault="00000000">
      <w:pPr>
        <w:keepLines/>
        <w:pBdr>
          <w:left w:val="single" w:sz="14" w:space="10" w:color="C9C6BE"/>
        </w:pBdr>
        <w:spacing w:before="220" w:after="40" w:line="302" w:lineRule="auto"/>
        <w:ind w:left="490" w:right="432"/>
      </w:pPr>
      <w:r>
        <w:rPr>
          <w:rFonts w:ascii="Georgia" w:hAnsi="Georgia"/>
          <w:sz w:val="21"/>
        </w:rPr>
        <w:t>“But when Christ appeared as a high priest of the good things to come, He entered through the greater and more perfect tabernacle, not made with hands... and not through the blood of goats and calves, but through His own blood, He entered the holy places once for all, having obtained eternal redemption.”</w:t>
      </w:r>
    </w:p>
    <w:p w14:paraId="47BDF859" w14:textId="77777777" w:rsidR="00BB0E83" w:rsidRDefault="00000000">
      <w:pPr>
        <w:spacing w:before="20" w:after="260" w:line="240" w:lineRule="auto"/>
        <w:ind w:left="490"/>
      </w:pPr>
      <w:r>
        <w:rPr>
          <w:caps/>
          <w:color w:val="6B6964"/>
          <w:sz w:val="18"/>
        </w:rPr>
        <w:t>Hebrews 9:11–12, LSB</w:t>
      </w:r>
    </w:p>
    <w:p w14:paraId="5DED4F4A" w14:textId="77777777" w:rsidR="00BB0E83" w:rsidRDefault="00000000">
      <w:pPr>
        <w:keepLines/>
        <w:pBdr>
          <w:left w:val="single" w:sz="14" w:space="10" w:color="C9C6BE"/>
        </w:pBdr>
        <w:spacing w:before="220" w:after="40" w:line="302" w:lineRule="auto"/>
        <w:ind w:left="490" w:right="432"/>
      </w:pPr>
      <w:r>
        <w:rPr>
          <w:rFonts w:ascii="Georgia" w:hAnsi="Georgia"/>
          <w:sz w:val="21"/>
        </w:rPr>
        <w:t>“For Christ did not enter holy places made with hands, mere copies of the true ones, but into heaven itself, now to appear in the presence of God for us.”</w:t>
      </w:r>
    </w:p>
    <w:p w14:paraId="7407A55E" w14:textId="77777777" w:rsidR="00BB0E83" w:rsidRDefault="00000000">
      <w:pPr>
        <w:spacing w:before="20" w:after="260" w:line="240" w:lineRule="auto"/>
        <w:ind w:left="490"/>
      </w:pPr>
      <w:r>
        <w:rPr>
          <w:caps/>
          <w:color w:val="6B6964"/>
          <w:sz w:val="18"/>
        </w:rPr>
        <w:t>Hebrews 9:24, LSB</w:t>
      </w:r>
    </w:p>
    <w:p w14:paraId="645FFF08" w14:textId="77777777" w:rsidR="00BB0E83" w:rsidRDefault="00000000">
      <w:r>
        <w:t>The earthly blood was a sign. Christ’s own blood is the reality.</w:t>
      </w:r>
    </w:p>
    <w:p w14:paraId="51C7C7B9" w14:textId="77777777" w:rsidR="00BB0E83" w:rsidRDefault="00000000">
      <w:pPr>
        <w:keepNext/>
        <w:keepLines/>
        <w:spacing w:before="260" w:after="100" w:line="278" w:lineRule="auto"/>
      </w:pPr>
      <w:r>
        <w:rPr>
          <w:b/>
          <w:color w:val="1B474D"/>
        </w:rPr>
        <w:t>4. Incense shielding the approach</w:t>
      </w:r>
    </w:p>
    <w:p w14:paraId="7845DAAC" w14:textId="77777777" w:rsidR="00BB0E83" w:rsidRDefault="00000000">
      <w:r>
        <w:t>Before the priest sprinkles blood, he takes a firepan of coals and fragrant incense behind the veil. The incense cloud covers the mercy seat “so that he will not die.”</w:t>
      </w:r>
    </w:p>
    <w:p w14:paraId="2AE2E9DA" w14:textId="77777777" w:rsidR="00BB0E83" w:rsidRDefault="00000000">
      <w:pPr>
        <w:keepLines/>
        <w:pBdr>
          <w:left w:val="single" w:sz="14" w:space="10" w:color="C9C6BE"/>
        </w:pBdr>
        <w:spacing w:before="220" w:after="40" w:line="302" w:lineRule="auto"/>
        <w:ind w:left="490" w:right="432"/>
      </w:pPr>
      <w:r>
        <w:rPr>
          <w:rFonts w:ascii="Georgia" w:hAnsi="Georgia"/>
          <w:sz w:val="21"/>
        </w:rPr>
        <w:t>“He shall put the incense on the fire before Yahweh, that the cloud of incense may cover the mercy seat that is on the testimony, otherwise he will die.”</w:t>
      </w:r>
    </w:p>
    <w:p w14:paraId="5E32234A" w14:textId="77777777" w:rsidR="00BB0E83" w:rsidRDefault="00000000">
      <w:pPr>
        <w:spacing w:before="20" w:after="260" w:line="240" w:lineRule="auto"/>
        <w:ind w:left="490"/>
      </w:pPr>
      <w:r>
        <w:rPr>
          <w:caps/>
          <w:color w:val="6B6964"/>
          <w:sz w:val="18"/>
        </w:rPr>
        <w:t>Leviticus 16:13, LSB</w:t>
      </w:r>
    </w:p>
    <w:p w14:paraId="4480B895" w14:textId="77777777" w:rsidR="00BB0E83" w:rsidRDefault="00000000">
      <w:r>
        <w:t>Mercy shields the approach. Even the appointed priest cannot come near casually. The cloud teaches Israel that access to God is not a right sinners possess by nature. God must make the way. Christ does not need smoke to protect Himself from God’s holiness; He is holy. But His person and work are the true covering for everyone who comes to God through Him.</w:t>
      </w:r>
    </w:p>
    <w:p w14:paraId="1935F8C9" w14:textId="77777777" w:rsidR="00BB0E83" w:rsidRDefault="00000000">
      <w:pPr>
        <w:keepNext/>
        <w:keepLines/>
        <w:spacing w:before="260" w:after="100" w:line="278" w:lineRule="auto"/>
      </w:pPr>
      <w:r>
        <w:rPr>
          <w:b/>
          <w:color w:val="1B474D"/>
        </w:rPr>
        <w:t>5. The two goats: slain and sent away</w:t>
      </w:r>
    </w:p>
    <w:p w14:paraId="4695E387" w14:textId="77777777" w:rsidR="00BB0E83" w:rsidRDefault="00000000">
      <w:r>
        <w:t>This is the pivot of the chapter. Israel brings two goats. Lots are cast: one goat is “for Yahweh,” and one is “for Azazel,” commonly called the scapegoat.</w:t>
      </w:r>
    </w:p>
    <w:p w14:paraId="7F4687D5" w14:textId="77777777" w:rsidR="00BB0E83" w:rsidRDefault="00000000">
      <w:pPr>
        <w:keepLines/>
        <w:pBdr>
          <w:left w:val="single" w:sz="14" w:space="10" w:color="C9C6BE"/>
        </w:pBdr>
        <w:spacing w:before="220" w:after="40" w:line="302" w:lineRule="auto"/>
        <w:ind w:left="490" w:right="432"/>
      </w:pPr>
      <w:r>
        <w:rPr>
          <w:rFonts w:ascii="Georgia" w:hAnsi="Georgia"/>
          <w:sz w:val="21"/>
        </w:rPr>
        <w:t>“Then he shall take the two goats and present them before Yahweh at the doorway of the tent of meeting. And Aaron shall cast lots for the two goats, one lot for Yahweh and the other lot for Azazel.”</w:t>
      </w:r>
    </w:p>
    <w:p w14:paraId="4FD5F5C2" w14:textId="77777777" w:rsidR="00BB0E83" w:rsidRDefault="00000000">
      <w:pPr>
        <w:spacing w:before="20" w:after="260" w:line="240" w:lineRule="auto"/>
        <w:ind w:left="490"/>
      </w:pPr>
      <w:r>
        <w:rPr>
          <w:caps/>
          <w:color w:val="6B6964"/>
          <w:sz w:val="18"/>
        </w:rPr>
        <w:t>Leviticus 16:7–8, LSB</w:t>
      </w:r>
    </w:p>
    <w:p w14:paraId="5E41E539" w14:textId="77777777" w:rsidR="00BB0E83" w:rsidRDefault="00000000">
      <w:r>
        <w:lastRenderedPageBreak/>
        <w:t>The goat for Yahweh is slain. Its blood goes behind the veil. It shows expiation and propitiation together: the guilt of the people is dealt with, and the righteous judgment of God is answered by a substitute’s death.</w:t>
      </w:r>
    </w:p>
    <w:p w14:paraId="21039C11" w14:textId="77777777" w:rsidR="00BB0E83" w:rsidRDefault="00000000">
      <w:r>
        <w:t>Then comes the living goat. Aaron lays both hands on its head and confesses over it all the iniquities, transgressions, and sins of Israel. Then it is driven into the wilderness, far from the camp.</w:t>
      </w:r>
    </w:p>
    <w:p w14:paraId="22870248" w14:textId="77777777" w:rsidR="00BB0E83" w:rsidRDefault="00000000">
      <w:pPr>
        <w:keepLines/>
        <w:pBdr>
          <w:left w:val="single" w:sz="14" w:space="10" w:color="C9C6BE"/>
        </w:pBdr>
        <w:spacing w:before="220" w:after="40" w:line="302" w:lineRule="auto"/>
        <w:ind w:left="490" w:right="432"/>
      </w:pPr>
      <w:r>
        <w:rPr>
          <w:rFonts w:ascii="Georgia" w:hAnsi="Georgia"/>
          <w:sz w:val="21"/>
        </w:rPr>
        <w:t>“Then Aaron shall lay both of his hands on the head of the live goat, and confess over it all the iniquities of the sons of Israel and all their transgressions with regard to all their sins; and he shall put them on the head of the goat and send it away into the wilderness... The goat shall bear on itself all their iniquities to a solitary land.”</w:t>
      </w:r>
    </w:p>
    <w:p w14:paraId="306F5049" w14:textId="77777777" w:rsidR="00BB0E83" w:rsidRDefault="00000000">
      <w:pPr>
        <w:spacing w:before="20" w:after="260" w:line="240" w:lineRule="auto"/>
        <w:ind w:left="490"/>
      </w:pPr>
      <w:r>
        <w:rPr>
          <w:caps/>
          <w:color w:val="6B6964"/>
          <w:sz w:val="18"/>
        </w:rPr>
        <w:t>Leviticus 16:21–22, LSB</w:t>
      </w:r>
    </w:p>
    <w:p w14:paraId="3967C8FA" w14:textId="77777777" w:rsidR="00BB0E83" w:rsidRDefault="00000000">
      <w:r>
        <w:t>The first goat dies. The second goat carries the confessed guilt away. One pictures payment. One pictures removal. One faces the Judge. One faces the distance of sin from the people.</w:t>
      </w:r>
    </w:p>
    <w:p w14:paraId="5D95EB19" w14:textId="77777777" w:rsidR="00BB0E83" w:rsidRDefault="00000000">
      <w:r>
        <w:t>It took two goats to picture what Christ did alone, because one animal could not visibly carry both halves of the picture. Christ is the slain sacrifice, and Christ is the sin-bearer who carries guilt away where it can never be found.</w:t>
      </w:r>
    </w:p>
    <w:p w14:paraId="5B68F479" w14:textId="77777777" w:rsidR="00BB0E83" w:rsidRDefault="00000000">
      <w:pPr>
        <w:keepLines/>
        <w:pBdr>
          <w:left w:val="single" w:sz="14" w:space="10" w:color="C9C6BE"/>
        </w:pBdr>
        <w:spacing w:before="220" w:after="40" w:line="302" w:lineRule="auto"/>
        <w:ind w:left="490" w:right="432"/>
      </w:pPr>
      <w:r>
        <w:rPr>
          <w:rFonts w:ascii="Georgia" w:hAnsi="Georgia"/>
          <w:sz w:val="21"/>
        </w:rPr>
        <w:t>“As far as the east is from the west, so far has He removed our transgressions from us.”</w:t>
      </w:r>
    </w:p>
    <w:p w14:paraId="6477B05A" w14:textId="77777777" w:rsidR="00BB0E83" w:rsidRDefault="00000000">
      <w:pPr>
        <w:spacing w:before="20" w:after="260" w:line="240" w:lineRule="auto"/>
        <w:ind w:left="490"/>
      </w:pPr>
      <w:r>
        <w:rPr>
          <w:caps/>
          <w:color w:val="6B6964"/>
          <w:sz w:val="18"/>
        </w:rPr>
        <w:t>Psalm 103:12, LSB</w:t>
      </w:r>
    </w:p>
    <w:p w14:paraId="5EB56A33" w14:textId="77777777" w:rsidR="00BB0E83" w:rsidRDefault="00000000">
      <w:pPr>
        <w:keepLines/>
        <w:pBdr>
          <w:left w:val="single" w:sz="14" w:space="10" w:color="C9C6BE"/>
        </w:pBdr>
        <w:spacing w:before="220" w:after="40" w:line="302" w:lineRule="auto"/>
        <w:ind w:left="490" w:right="432"/>
      </w:pPr>
      <w:r>
        <w:rPr>
          <w:rFonts w:ascii="Georgia" w:hAnsi="Georgia"/>
          <w:sz w:val="21"/>
        </w:rPr>
        <w:t>“You will cast all their sins into the depths of the sea.”</w:t>
      </w:r>
    </w:p>
    <w:p w14:paraId="70B809E1" w14:textId="77777777" w:rsidR="00BB0E83" w:rsidRDefault="00000000">
      <w:pPr>
        <w:spacing w:before="20" w:after="260" w:line="240" w:lineRule="auto"/>
        <w:ind w:left="490"/>
      </w:pPr>
      <w:r>
        <w:rPr>
          <w:caps/>
          <w:color w:val="6B6964"/>
          <w:sz w:val="18"/>
        </w:rPr>
        <w:t>Micah 7:19, LSB</w:t>
      </w:r>
    </w:p>
    <w:p w14:paraId="5F5FF765" w14:textId="77777777" w:rsidR="00BB0E83" w:rsidRDefault="00000000">
      <w:pPr>
        <w:keepLines/>
        <w:pBdr>
          <w:left w:val="single" w:sz="14" w:space="10" w:color="C9C6BE"/>
        </w:pBdr>
        <w:spacing w:before="220" w:after="40" w:line="302" w:lineRule="auto"/>
        <w:ind w:left="490" w:right="432"/>
      </w:pPr>
      <w:r>
        <w:rPr>
          <w:rFonts w:ascii="Georgia" w:hAnsi="Georgia"/>
          <w:sz w:val="21"/>
        </w:rPr>
        <w:t>“Yahweh has caused the iniquity of us all to fall on Him.”</w:t>
      </w:r>
    </w:p>
    <w:p w14:paraId="7FA2C4DD" w14:textId="77777777" w:rsidR="00BB0E83" w:rsidRDefault="00000000">
      <w:pPr>
        <w:spacing w:before="20" w:after="260" w:line="240" w:lineRule="auto"/>
        <w:ind w:left="490"/>
      </w:pPr>
      <w:r>
        <w:rPr>
          <w:caps/>
          <w:color w:val="6B6964"/>
          <w:sz w:val="18"/>
        </w:rPr>
        <w:t>Isaiah 53:6, LSB</w:t>
      </w:r>
    </w:p>
    <w:p w14:paraId="2267570F" w14:textId="77777777" w:rsidR="00BB0E83" w:rsidRDefault="00000000">
      <w:pPr>
        <w:keepLines/>
        <w:pBdr>
          <w:left w:val="single" w:sz="14" w:space="10" w:color="C9C6BE"/>
        </w:pBdr>
        <w:spacing w:before="220" w:after="40" w:line="302" w:lineRule="auto"/>
        <w:ind w:left="490" w:right="432"/>
      </w:pPr>
      <w:r>
        <w:rPr>
          <w:rFonts w:ascii="Georgia" w:hAnsi="Georgia"/>
          <w:sz w:val="21"/>
        </w:rPr>
        <w:t>“Behold, the Lamb of God who takes away the sin of the world!”</w:t>
      </w:r>
    </w:p>
    <w:p w14:paraId="7183AF31" w14:textId="77777777" w:rsidR="00BB0E83" w:rsidRDefault="00000000">
      <w:pPr>
        <w:spacing w:before="20" w:after="260" w:line="240" w:lineRule="auto"/>
        <w:ind w:left="490"/>
      </w:pPr>
      <w:r>
        <w:rPr>
          <w:caps/>
          <w:color w:val="6B6964"/>
          <w:sz w:val="18"/>
        </w:rPr>
        <w:t>John 1:29, LSB</w:t>
      </w:r>
    </w:p>
    <w:p w14:paraId="63E4D559" w14:textId="77777777" w:rsidR="00BB0E83" w:rsidRDefault="00000000">
      <w:r>
        <w:t>And where did Jesus suffer? Outside the gate.</w:t>
      </w:r>
    </w:p>
    <w:p w14:paraId="5CD99C8F" w14:textId="77777777" w:rsidR="00BB0E83" w:rsidRDefault="00000000">
      <w:pPr>
        <w:keepLines/>
        <w:pBdr>
          <w:left w:val="single" w:sz="14" w:space="10" w:color="C9C6BE"/>
        </w:pBdr>
        <w:spacing w:before="220" w:after="40" w:line="302" w:lineRule="auto"/>
        <w:ind w:left="490" w:right="432"/>
      </w:pPr>
      <w:r>
        <w:rPr>
          <w:rFonts w:ascii="Georgia" w:hAnsi="Georgia"/>
          <w:sz w:val="21"/>
        </w:rPr>
        <w:t>“For the bodies of those animals whose blood is brought into the holy places by the high priest as an offering for sin, are burned outside the camp. Therefore Jesus also, that He might sanctify the people through His own blood, suffered outside the gate.”</w:t>
      </w:r>
    </w:p>
    <w:p w14:paraId="23580300" w14:textId="77777777" w:rsidR="00BB0E83" w:rsidRDefault="00000000">
      <w:pPr>
        <w:spacing w:before="20" w:after="260" w:line="240" w:lineRule="auto"/>
        <w:ind w:left="490"/>
      </w:pPr>
      <w:r>
        <w:rPr>
          <w:caps/>
          <w:color w:val="6B6964"/>
          <w:sz w:val="18"/>
        </w:rPr>
        <w:t>Hebrews 13:11–12, LSB</w:t>
      </w:r>
    </w:p>
    <w:p w14:paraId="0277E3CE" w14:textId="77777777" w:rsidR="00BB0E83" w:rsidRDefault="00000000">
      <w:r>
        <w:t>Like the scapegoat driven away, like Adam driven east of Eden, Christ goes outside. But He goes there not because He is guilty, but because He bears the guilt of His people.</w:t>
      </w:r>
    </w:p>
    <w:p w14:paraId="4C6B1048" w14:textId="77777777" w:rsidR="00BB0E83" w:rsidRDefault="00000000">
      <w:pPr>
        <w:keepNext/>
        <w:keepLines/>
        <w:spacing w:before="260" w:after="100" w:line="278" w:lineRule="auto"/>
      </w:pPr>
      <w:r>
        <w:rPr>
          <w:b/>
          <w:color w:val="1B474D"/>
        </w:rPr>
        <w:lastRenderedPageBreak/>
        <w:t>6. Even the sanctuary needs cleansing</w:t>
      </w:r>
    </w:p>
    <w:p w14:paraId="425C67B6" w14:textId="77777777" w:rsidR="00BB0E83" w:rsidRDefault="00000000">
      <w:r>
        <w:t>Leviticus 16 says the blood cleanses the Most Holy Place, the tent of meeting, and the altar. That can sound strange. How can furniture need cleansing?</w:t>
      </w:r>
    </w:p>
    <w:p w14:paraId="6E037B85" w14:textId="77777777" w:rsidR="00BB0E83" w:rsidRDefault="00000000">
      <w:pPr>
        <w:keepLines/>
        <w:pBdr>
          <w:left w:val="single" w:sz="14" w:space="10" w:color="C9C6BE"/>
        </w:pBdr>
        <w:spacing w:before="220" w:after="40" w:line="302" w:lineRule="auto"/>
        <w:ind w:left="490" w:right="432"/>
      </w:pPr>
      <w:r>
        <w:rPr>
          <w:rFonts w:ascii="Georgia" w:hAnsi="Georgia"/>
          <w:sz w:val="21"/>
        </w:rPr>
        <w:t>“He shall make atonement for the holy place because of the impurities of the sons of Israel and because of their transgressions with regard to all their sins; and thus he shall do for the tent of meeting which abides with them in the midst of their impurities.”</w:t>
      </w:r>
    </w:p>
    <w:p w14:paraId="16A68552" w14:textId="77777777" w:rsidR="00BB0E83" w:rsidRDefault="00000000">
      <w:pPr>
        <w:spacing w:before="20" w:after="260" w:line="240" w:lineRule="auto"/>
        <w:ind w:left="490"/>
      </w:pPr>
      <w:r>
        <w:rPr>
          <w:caps/>
          <w:color w:val="6B6964"/>
          <w:sz w:val="18"/>
        </w:rPr>
        <w:t>Leviticus 16:16, LSB</w:t>
      </w:r>
    </w:p>
    <w:p w14:paraId="0D5552C4" w14:textId="77777777" w:rsidR="00BB0E83" w:rsidRDefault="00000000">
      <w:r>
        <w:t>The point is that sin defiles more than private consciences. The people’s sin pollutes the place where God has chosen to dwell among them. Even their worship needs cleansing. No room, ritual, or religious object can make sinful people safe without blood. Christ cleanses not only the record of His people but their consciences, so that they may serve the living God.</w:t>
      </w:r>
    </w:p>
    <w:p w14:paraId="1D54D09E" w14:textId="77777777" w:rsidR="00BB0E83" w:rsidRDefault="00000000">
      <w:pPr>
        <w:keepNext/>
        <w:keepLines/>
        <w:spacing w:before="260" w:after="100" w:line="278" w:lineRule="auto"/>
      </w:pPr>
      <w:r>
        <w:rPr>
          <w:b/>
          <w:color w:val="1B474D"/>
        </w:rPr>
        <w:t>7. Bodies burned outside the camp</w:t>
      </w:r>
    </w:p>
    <w:p w14:paraId="59D405B4" w14:textId="77777777" w:rsidR="00BB0E83" w:rsidRDefault="00000000">
      <w:r>
        <w:t>The carcasses of the bull and the slain goat are taken outside the camp and burned.</w:t>
      </w:r>
    </w:p>
    <w:p w14:paraId="35EBAF18" w14:textId="77777777" w:rsidR="00BB0E83" w:rsidRDefault="00000000">
      <w:pPr>
        <w:keepLines/>
        <w:pBdr>
          <w:left w:val="single" w:sz="14" w:space="10" w:color="C9C6BE"/>
        </w:pBdr>
        <w:spacing w:before="220" w:after="40" w:line="302" w:lineRule="auto"/>
        <w:ind w:left="490" w:right="432"/>
      </w:pPr>
      <w:r>
        <w:rPr>
          <w:rFonts w:ascii="Georgia" w:hAnsi="Georgia"/>
          <w:sz w:val="21"/>
        </w:rPr>
        <w:t>“But the bull of the sin offering and the goat of the sin offering, whose blood was brought in to make atonement in the holy place, shall be taken outside the camp, and they shall burn their hides, their flesh, and their refuse in the fire.”</w:t>
      </w:r>
    </w:p>
    <w:p w14:paraId="2DA90A5B" w14:textId="77777777" w:rsidR="00BB0E83" w:rsidRDefault="00000000">
      <w:pPr>
        <w:spacing w:before="20" w:after="260" w:line="240" w:lineRule="auto"/>
        <w:ind w:left="490"/>
      </w:pPr>
      <w:r>
        <w:rPr>
          <w:caps/>
          <w:color w:val="6B6964"/>
          <w:sz w:val="18"/>
        </w:rPr>
        <w:t>Leviticus 16:27, LSB</w:t>
      </w:r>
    </w:p>
    <w:p w14:paraId="48FF0858" w14:textId="77777777" w:rsidR="00BB0E83" w:rsidRDefault="00000000">
      <w:r>
        <w:t>Sin offerings go outside. Jesus is crucified at Golgotha, outside Jerusalem’s wall. Hebrews does not treat that geography as accidental. The rejected, cursed place becomes the place where the true sacrifice is offered. Christ bears the shame of the camp so His people can be welcomed into God’s presence.</w:t>
      </w:r>
    </w:p>
    <w:p w14:paraId="7AEFF626" w14:textId="77777777" w:rsidR="00BB0E83" w:rsidRDefault="00000000">
      <w:pPr>
        <w:keepNext/>
        <w:keepLines/>
        <w:spacing w:before="260" w:after="100" w:line="278" w:lineRule="auto"/>
      </w:pPr>
      <w:r>
        <w:rPr>
          <w:b/>
          <w:color w:val="1B474D"/>
        </w:rPr>
        <w:t>8. Every year, and then once for all</w:t>
      </w:r>
    </w:p>
    <w:p w14:paraId="62C31C5E" w14:textId="77777777" w:rsidR="00BB0E83" w:rsidRDefault="00000000">
      <w:r>
        <w:t>The Day of Atonement returned every year. Year after year, blood after blood, priest after priest. The repetition was not failure in God’s plan. It was a lesson. A sacrifice that must be repeated cannot finally take sin away.</w:t>
      </w:r>
    </w:p>
    <w:p w14:paraId="7224390F" w14:textId="77777777" w:rsidR="00BB0E83" w:rsidRDefault="00000000">
      <w:pPr>
        <w:keepLines/>
        <w:pBdr>
          <w:left w:val="single" w:sz="14" w:space="10" w:color="C9C6BE"/>
        </w:pBdr>
        <w:spacing w:before="220" w:after="40" w:line="302" w:lineRule="auto"/>
        <w:ind w:left="490" w:right="432"/>
      </w:pPr>
      <w:r>
        <w:rPr>
          <w:rFonts w:ascii="Georgia" w:hAnsi="Georgia"/>
          <w:sz w:val="21"/>
        </w:rPr>
        <w:t>“For the Law, since it has only a shadow of the good things to come and not the very form of things, can never, by the same sacrifices which they offer continually year by year, make perfect those who draw near... But in those sacrifices there is a reminder of sins year by year. For it is impossible for the blood of bulls and goats to take away sins.”</w:t>
      </w:r>
    </w:p>
    <w:p w14:paraId="72ADD867" w14:textId="77777777" w:rsidR="00BB0E83" w:rsidRDefault="00000000">
      <w:pPr>
        <w:spacing w:before="20" w:after="260" w:line="240" w:lineRule="auto"/>
        <w:ind w:left="490"/>
      </w:pPr>
      <w:r>
        <w:rPr>
          <w:caps/>
          <w:color w:val="6B6964"/>
          <w:sz w:val="18"/>
        </w:rPr>
        <w:t>Hebrews 10:1, 3–4, LSB</w:t>
      </w:r>
    </w:p>
    <w:p w14:paraId="1253CD40" w14:textId="77777777" w:rsidR="00BB0E83" w:rsidRDefault="00000000">
      <w:r>
        <w:lastRenderedPageBreak/>
        <w:t xml:space="preserve">The old priests stood. Their work was never finished. There was always another sacrifice to offer, another Day of Atonement to keep, another year of guilt to address. Christ offered one sacrifice and </w:t>
      </w:r>
      <w:r>
        <w:rPr>
          <w:b/>
        </w:rPr>
        <w:t>sat down</w:t>
      </w:r>
      <w:r>
        <w:t>.</w:t>
      </w:r>
    </w:p>
    <w:p w14:paraId="33F5BE08" w14:textId="77777777" w:rsidR="00BB0E83" w:rsidRDefault="00000000">
      <w:pPr>
        <w:keepLines/>
        <w:pBdr>
          <w:left w:val="single" w:sz="14" w:space="10" w:color="C9C6BE"/>
        </w:pBdr>
        <w:spacing w:before="220" w:after="40" w:line="302" w:lineRule="auto"/>
        <w:ind w:left="490" w:right="432"/>
      </w:pPr>
      <w:r>
        <w:rPr>
          <w:rFonts w:ascii="Georgia" w:hAnsi="Georgia"/>
          <w:sz w:val="21"/>
        </w:rPr>
        <w:t>“But He, having offered one sacrifice for sins for all time, SAT DOWN AT THE RIGHT HAND OF GOD, waiting from that time until His enemies are put as a footstool for His feet. For by one offering He has perfected for all time those who are being sanctified.”</w:t>
      </w:r>
    </w:p>
    <w:p w14:paraId="75881211" w14:textId="77777777" w:rsidR="00BB0E83" w:rsidRDefault="00000000">
      <w:pPr>
        <w:spacing w:before="20" w:after="260" w:line="240" w:lineRule="auto"/>
        <w:ind w:left="490"/>
      </w:pPr>
      <w:r>
        <w:rPr>
          <w:caps/>
          <w:color w:val="6B6964"/>
          <w:sz w:val="18"/>
        </w:rPr>
        <w:t>Hebrews 10:12–14, LSB</w:t>
      </w:r>
    </w:p>
    <w:p w14:paraId="002A1C3A" w14:textId="77777777" w:rsidR="00BB0E83" w:rsidRDefault="00000000">
      <w:r>
        <w:t xml:space="preserve">Make much of this: </w:t>
      </w:r>
      <w:r>
        <w:rPr>
          <w:b/>
        </w:rPr>
        <w:t>Christ sat down.</w:t>
      </w:r>
      <w:r>
        <w:t xml:space="preserve"> The cross is not a partial payment. It is not an opening move that must be completed by your moral improvement. It is finished. The priest sat because the work was done.</w:t>
      </w:r>
    </w:p>
    <w:p w14:paraId="6A898EE5" w14:textId="77777777" w:rsidR="00BB0E83" w:rsidRDefault="00000000">
      <w:pPr>
        <w:keepNext/>
        <w:keepLines/>
        <w:spacing w:before="260" w:after="100" w:line="278" w:lineRule="auto"/>
      </w:pPr>
      <w:r>
        <w:rPr>
          <w:b/>
          <w:color w:val="1B474D"/>
        </w:rPr>
        <w:t>The veil, the cherubim, and the way opened</w:t>
      </w:r>
    </w:p>
    <w:p w14:paraId="3A3BDF61" w14:textId="77777777" w:rsidR="00BB0E83" w:rsidRDefault="00000000">
      <w:r>
        <w:t>The veil was a thick curtain barring entrance into the Most Holy Place. It was embroidered with cherubim.</w:t>
      </w:r>
    </w:p>
    <w:p w14:paraId="25F55B97" w14:textId="77777777" w:rsidR="00BB0E83" w:rsidRDefault="00000000">
      <w:pPr>
        <w:keepLines/>
        <w:pBdr>
          <w:left w:val="single" w:sz="14" w:space="10" w:color="C9C6BE"/>
        </w:pBdr>
        <w:spacing w:before="220" w:after="40" w:line="302" w:lineRule="auto"/>
        <w:ind w:left="490" w:right="432"/>
      </w:pPr>
      <w:r>
        <w:rPr>
          <w:rFonts w:ascii="Georgia" w:hAnsi="Georgia"/>
          <w:sz w:val="21"/>
        </w:rPr>
        <w:t>“You shall make a veil of blue and purple and scarlet material and fine twisted linen; it shall be made with cherubim, the work of a skillful workman.”</w:t>
      </w:r>
    </w:p>
    <w:p w14:paraId="50C7710B" w14:textId="77777777" w:rsidR="00BB0E83" w:rsidRDefault="00000000">
      <w:pPr>
        <w:spacing w:before="20" w:after="260" w:line="240" w:lineRule="auto"/>
        <w:ind w:left="490"/>
      </w:pPr>
      <w:r>
        <w:rPr>
          <w:caps/>
          <w:color w:val="6B6964"/>
          <w:sz w:val="18"/>
        </w:rPr>
        <w:t>Exodus 26:31, LSB</w:t>
      </w:r>
    </w:p>
    <w:p w14:paraId="0E488DE3" w14:textId="77777777" w:rsidR="00BB0E83" w:rsidRDefault="00000000">
      <w:r>
        <w:t>Do not miss the connection. After Adam’s sin, God stationed cherubim at the east of Eden with a flaming sword to guard the way to the tree of life. The way back to God’s presence had been guarded by cherubim since Genesis 3:24. Then, in the tabernacle, the same guardians appear on the veil. They are woven into the barrier.</w:t>
      </w:r>
    </w:p>
    <w:p w14:paraId="1077FD9B" w14:textId="77777777" w:rsidR="00BB0E83" w:rsidRDefault="00000000">
      <w:r>
        <w:t>The message is plain: you cannot come back by your own effort. The way is guarded. Sin has made access impossible.</w:t>
      </w:r>
    </w:p>
    <w:p w14:paraId="6648E95D" w14:textId="77777777" w:rsidR="00BB0E83" w:rsidRDefault="00000000">
      <w:r>
        <w:t>Then Jesus dies.</w:t>
      </w:r>
    </w:p>
    <w:p w14:paraId="162D8E9F" w14:textId="77777777" w:rsidR="00BB0E83" w:rsidRDefault="00000000">
      <w:pPr>
        <w:keepLines/>
        <w:pBdr>
          <w:left w:val="single" w:sz="14" w:space="10" w:color="C9C6BE"/>
        </w:pBdr>
        <w:spacing w:before="220" w:after="40" w:line="302" w:lineRule="auto"/>
        <w:ind w:left="490" w:right="432"/>
      </w:pPr>
      <w:r>
        <w:rPr>
          <w:rFonts w:ascii="Georgia" w:hAnsi="Georgia"/>
          <w:sz w:val="21"/>
        </w:rPr>
        <w:t>“And behold, the veil of the sanctuary was torn in two from top to bottom; and the earth shook and the rocks were split.”</w:t>
      </w:r>
    </w:p>
    <w:p w14:paraId="6CC52A93" w14:textId="77777777" w:rsidR="00BB0E83" w:rsidRDefault="00000000">
      <w:pPr>
        <w:spacing w:before="20" w:after="260" w:line="240" w:lineRule="auto"/>
        <w:ind w:left="490"/>
      </w:pPr>
      <w:r>
        <w:rPr>
          <w:caps/>
          <w:color w:val="6B6964"/>
          <w:sz w:val="18"/>
        </w:rPr>
        <w:t>Matthew 27:51, LSB</w:t>
      </w:r>
    </w:p>
    <w:p w14:paraId="62FF27CF" w14:textId="77777777" w:rsidR="00BB0E83" w:rsidRDefault="00000000">
      <w:r>
        <w:t>Not cut from below by a man. Torn from above by God. The cherubim were torn in half. The sword was sheathed. The east gate opened.</w:t>
      </w:r>
    </w:p>
    <w:p w14:paraId="71A72B4E" w14:textId="77777777" w:rsidR="00BB0E83" w:rsidRDefault="00000000">
      <w:pPr>
        <w:keepLines/>
        <w:pBdr>
          <w:left w:val="single" w:sz="14" w:space="10" w:color="C9C6BE"/>
        </w:pBdr>
        <w:spacing w:before="220" w:after="40" w:line="302" w:lineRule="auto"/>
        <w:ind w:left="490" w:right="432"/>
      </w:pPr>
      <w:r>
        <w:rPr>
          <w:rFonts w:ascii="Georgia" w:hAnsi="Georgia"/>
          <w:sz w:val="21"/>
        </w:rPr>
        <w:lastRenderedPageBreak/>
        <w:t>“Therefore, brothers, since we have confidence to enter the holy places by the blood of Jesus, by a new and living way which He inaugurated for us through the veil, that is, His flesh, and since we have a great priest over the house of God, let us draw near with a true heart in full assurance of faith.”</w:t>
      </w:r>
    </w:p>
    <w:p w14:paraId="353539E3" w14:textId="77777777" w:rsidR="00BB0E83" w:rsidRDefault="00000000">
      <w:pPr>
        <w:spacing w:before="20" w:after="260" w:line="240" w:lineRule="auto"/>
        <w:ind w:left="490"/>
      </w:pPr>
      <w:r>
        <w:rPr>
          <w:caps/>
          <w:color w:val="6B6964"/>
          <w:sz w:val="18"/>
        </w:rPr>
        <w:t>Hebrews 10:19–22, LSB</w:t>
      </w:r>
    </w:p>
    <w:p w14:paraId="55FA7854" w14:textId="77777777" w:rsidR="00BB0E83" w:rsidRDefault="00000000">
      <w:r>
        <w:t>The way through the veil is the flesh of Christ given for us. The open door is not permission to treat God casually. It is an invitation to draw near with confidence because the blood of Jesus has done what Eden, the tabernacle, and every sacrifice pointed toward.</w:t>
      </w:r>
    </w:p>
    <w:tbl>
      <w:tblPr>
        <w:tblStyle w:val="TableGrid"/>
        <w:tblW w:w="0" w:type="auto"/>
        <w:tblLook w:val="04A0" w:firstRow="1" w:lastRow="0" w:firstColumn="1" w:lastColumn="0" w:noHBand="0" w:noVBand="1"/>
      </w:tblPr>
      <w:tblGrid>
        <w:gridCol w:w="2976"/>
        <w:gridCol w:w="2976"/>
        <w:gridCol w:w="2976"/>
      </w:tblGrid>
      <w:tr w:rsidR="00BB0E83" w14:paraId="31BC168A" w14:textId="77777777">
        <w:tc>
          <w:tcPr>
            <w:tcW w:w="2976" w:type="dxa"/>
            <w:shd w:val="clear" w:color="auto" w:fill="1B474D"/>
          </w:tcPr>
          <w:p w14:paraId="04E71792" w14:textId="77777777" w:rsidR="00BB0E83" w:rsidRDefault="00000000">
            <w:pPr>
              <w:spacing w:before="80" w:after="80" w:line="278" w:lineRule="auto"/>
            </w:pPr>
            <w:r>
              <w:rPr>
                <w:b/>
                <w:color w:val="FFFFFF"/>
                <w:sz w:val="19"/>
              </w:rPr>
              <w:t>Type in Leviticus 16</w:t>
            </w:r>
          </w:p>
        </w:tc>
        <w:tc>
          <w:tcPr>
            <w:tcW w:w="2976" w:type="dxa"/>
            <w:shd w:val="clear" w:color="auto" w:fill="1B474D"/>
          </w:tcPr>
          <w:p w14:paraId="307FE27B" w14:textId="77777777" w:rsidR="00BB0E83" w:rsidRDefault="00000000">
            <w:pPr>
              <w:spacing w:before="80" w:after="80" w:line="278" w:lineRule="auto"/>
            </w:pPr>
            <w:r>
              <w:rPr>
                <w:b/>
                <w:color w:val="FFFFFF"/>
                <w:sz w:val="19"/>
              </w:rPr>
              <w:t>Fulfillment in Christ</w:t>
            </w:r>
          </w:p>
        </w:tc>
        <w:tc>
          <w:tcPr>
            <w:tcW w:w="2976" w:type="dxa"/>
            <w:shd w:val="clear" w:color="auto" w:fill="1B474D"/>
          </w:tcPr>
          <w:p w14:paraId="35204321" w14:textId="77777777" w:rsidR="00BB0E83" w:rsidRDefault="00000000">
            <w:pPr>
              <w:spacing w:before="80" w:after="80" w:line="278" w:lineRule="auto"/>
            </w:pPr>
            <w:r>
              <w:rPr>
                <w:b/>
                <w:color w:val="FFFFFF"/>
                <w:sz w:val="19"/>
              </w:rPr>
              <w:t>Plain meaning</w:t>
            </w:r>
          </w:p>
        </w:tc>
      </w:tr>
      <w:tr w:rsidR="00BB0E83" w14:paraId="52661143" w14:textId="77777777">
        <w:tc>
          <w:tcPr>
            <w:tcW w:w="2976" w:type="dxa"/>
          </w:tcPr>
          <w:p w14:paraId="17B985E6" w14:textId="77777777" w:rsidR="00BB0E83" w:rsidRDefault="00000000">
            <w:pPr>
              <w:spacing w:before="80" w:after="80" w:line="288" w:lineRule="auto"/>
            </w:pPr>
            <w:r>
              <w:rPr>
                <w:b/>
                <w:sz w:val="19"/>
              </w:rPr>
              <w:t>High priest</w:t>
            </w:r>
          </w:p>
        </w:tc>
        <w:tc>
          <w:tcPr>
            <w:tcW w:w="2976" w:type="dxa"/>
          </w:tcPr>
          <w:p w14:paraId="43529342" w14:textId="77777777" w:rsidR="00BB0E83" w:rsidRDefault="00000000">
            <w:pPr>
              <w:spacing w:before="80" w:after="80" w:line="288" w:lineRule="auto"/>
            </w:pPr>
            <w:r>
              <w:rPr>
                <w:sz w:val="19"/>
              </w:rPr>
              <w:t>Jesus, the great high priest (Hebrews 4:14)</w:t>
            </w:r>
          </w:p>
        </w:tc>
        <w:tc>
          <w:tcPr>
            <w:tcW w:w="2976" w:type="dxa"/>
          </w:tcPr>
          <w:p w14:paraId="51E8287C" w14:textId="77777777" w:rsidR="00BB0E83" w:rsidRDefault="00000000">
            <w:pPr>
              <w:spacing w:before="80" w:after="80" w:line="288" w:lineRule="auto"/>
            </w:pPr>
            <w:r>
              <w:rPr>
                <w:sz w:val="19"/>
              </w:rPr>
              <w:t>We need a representative who can stand before God for us.</w:t>
            </w:r>
          </w:p>
        </w:tc>
      </w:tr>
      <w:tr w:rsidR="00BB0E83" w14:paraId="1EF054E9" w14:textId="77777777">
        <w:tc>
          <w:tcPr>
            <w:tcW w:w="2976" w:type="dxa"/>
          </w:tcPr>
          <w:p w14:paraId="30B1069E" w14:textId="77777777" w:rsidR="00BB0E83" w:rsidRDefault="00000000">
            <w:pPr>
              <w:spacing w:before="80" w:after="80" w:line="288" w:lineRule="auto"/>
            </w:pPr>
            <w:r>
              <w:rPr>
                <w:b/>
                <w:sz w:val="19"/>
              </w:rPr>
              <w:t>Plain linen</w:t>
            </w:r>
          </w:p>
        </w:tc>
        <w:tc>
          <w:tcPr>
            <w:tcW w:w="2976" w:type="dxa"/>
          </w:tcPr>
          <w:p w14:paraId="1257959F" w14:textId="77777777" w:rsidR="00BB0E83" w:rsidRDefault="00000000">
            <w:pPr>
              <w:spacing w:before="80" w:after="80" w:line="288" w:lineRule="auto"/>
            </w:pPr>
            <w:r>
              <w:rPr>
                <w:sz w:val="19"/>
              </w:rPr>
              <w:t>Christ humbles Himself (Philippians 2:5–8)</w:t>
            </w:r>
          </w:p>
        </w:tc>
        <w:tc>
          <w:tcPr>
            <w:tcW w:w="2976" w:type="dxa"/>
          </w:tcPr>
          <w:p w14:paraId="4513AD68" w14:textId="77777777" w:rsidR="00BB0E83" w:rsidRDefault="00000000">
            <w:pPr>
              <w:spacing w:before="80" w:after="80" w:line="288" w:lineRule="auto"/>
            </w:pPr>
            <w:r>
              <w:rPr>
                <w:sz w:val="19"/>
              </w:rPr>
              <w:t>The King came low to serve and save.</w:t>
            </w:r>
          </w:p>
        </w:tc>
      </w:tr>
      <w:tr w:rsidR="00BB0E83" w14:paraId="1A218A06" w14:textId="77777777">
        <w:tc>
          <w:tcPr>
            <w:tcW w:w="2976" w:type="dxa"/>
          </w:tcPr>
          <w:p w14:paraId="04F6383A" w14:textId="77777777" w:rsidR="00BB0E83" w:rsidRDefault="00000000">
            <w:pPr>
              <w:spacing w:before="80" w:after="80" w:line="288" w:lineRule="auto"/>
            </w:pPr>
            <w:r>
              <w:rPr>
                <w:b/>
                <w:sz w:val="19"/>
              </w:rPr>
              <w:t>Priest’s own sin offering</w:t>
            </w:r>
          </w:p>
        </w:tc>
        <w:tc>
          <w:tcPr>
            <w:tcW w:w="2976" w:type="dxa"/>
          </w:tcPr>
          <w:p w14:paraId="74D7CAC8" w14:textId="77777777" w:rsidR="00BB0E83" w:rsidRDefault="00000000">
            <w:pPr>
              <w:spacing w:before="80" w:after="80" w:line="288" w:lineRule="auto"/>
            </w:pPr>
            <w:r>
              <w:rPr>
                <w:sz w:val="19"/>
              </w:rPr>
              <w:t>Christ has no sin offering for Himself (Hebrews 7:26–27)</w:t>
            </w:r>
          </w:p>
        </w:tc>
        <w:tc>
          <w:tcPr>
            <w:tcW w:w="2976" w:type="dxa"/>
          </w:tcPr>
          <w:p w14:paraId="158B3FF6" w14:textId="77777777" w:rsidR="00BB0E83" w:rsidRDefault="00000000">
            <w:pPr>
              <w:spacing w:before="80" w:after="80" w:line="288" w:lineRule="auto"/>
            </w:pPr>
            <w:r>
              <w:rPr>
                <w:sz w:val="19"/>
              </w:rPr>
              <w:t>Jesus is sinless; He dies only for others.</w:t>
            </w:r>
          </w:p>
        </w:tc>
      </w:tr>
      <w:tr w:rsidR="00BB0E83" w14:paraId="3C38CF44" w14:textId="77777777">
        <w:tc>
          <w:tcPr>
            <w:tcW w:w="2976" w:type="dxa"/>
          </w:tcPr>
          <w:p w14:paraId="13B8D0DD" w14:textId="77777777" w:rsidR="00BB0E83" w:rsidRDefault="00000000">
            <w:pPr>
              <w:spacing w:before="80" w:after="80" w:line="288" w:lineRule="auto"/>
            </w:pPr>
            <w:r>
              <w:rPr>
                <w:b/>
                <w:sz w:val="19"/>
              </w:rPr>
              <w:t>Slain goat</w:t>
            </w:r>
          </w:p>
        </w:tc>
        <w:tc>
          <w:tcPr>
            <w:tcW w:w="2976" w:type="dxa"/>
          </w:tcPr>
          <w:p w14:paraId="3431691B" w14:textId="77777777" w:rsidR="00BB0E83" w:rsidRDefault="00000000">
            <w:pPr>
              <w:spacing w:before="80" w:after="80" w:line="288" w:lineRule="auto"/>
            </w:pPr>
            <w:r>
              <w:rPr>
                <w:sz w:val="19"/>
              </w:rPr>
              <w:t>Christ’s sacrificial death</w:t>
            </w:r>
          </w:p>
        </w:tc>
        <w:tc>
          <w:tcPr>
            <w:tcW w:w="2976" w:type="dxa"/>
          </w:tcPr>
          <w:p w14:paraId="6699FAD6" w14:textId="77777777" w:rsidR="00BB0E83" w:rsidRDefault="00000000">
            <w:pPr>
              <w:spacing w:before="80" w:after="80" w:line="288" w:lineRule="auto"/>
            </w:pPr>
            <w:r>
              <w:rPr>
                <w:sz w:val="19"/>
              </w:rPr>
              <w:t>Our penalty is paid and God’s wrath is satisfied.</w:t>
            </w:r>
          </w:p>
        </w:tc>
      </w:tr>
      <w:tr w:rsidR="00BB0E83" w14:paraId="3054936D" w14:textId="77777777">
        <w:tc>
          <w:tcPr>
            <w:tcW w:w="2976" w:type="dxa"/>
          </w:tcPr>
          <w:p w14:paraId="6A743047" w14:textId="77777777" w:rsidR="00BB0E83" w:rsidRDefault="00000000">
            <w:pPr>
              <w:spacing w:before="80" w:after="80" w:line="288" w:lineRule="auto"/>
            </w:pPr>
            <w:r>
              <w:rPr>
                <w:b/>
                <w:sz w:val="19"/>
              </w:rPr>
              <w:t>Scapegoat</w:t>
            </w:r>
          </w:p>
        </w:tc>
        <w:tc>
          <w:tcPr>
            <w:tcW w:w="2976" w:type="dxa"/>
          </w:tcPr>
          <w:p w14:paraId="066D0610" w14:textId="77777777" w:rsidR="00BB0E83" w:rsidRDefault="00000000">
            <w:pPr>
              <w:spacing w:before="80" w:after="80" w:line="288" w:lineRule="auto"/>
            </w:pPr>
            <w:r>
              <w:rPr>
                <w:sz w:val="19"/>
              </w:rPr>
              <w:t>Christ bears and removes our sin</w:t>
            </w:r>
          </w:p>
        </w:tc>
        <w:tc>
          <w:tcPr>
            <w:tcW w:w="2976" w:type="dxa"/>
          </w:tcPr>
          <w:p w14:paraId="1F8E475E" w14:textId="77777777" w:rsidR="00BB0E83" w:rsidRDefault="00000000">
            <w:pPr>
              <w:spacing w:before="80" w:after="80" w:line="288" w:lineRule="auto"/>
            </w:pPr>
            <w:r>
              <w:rPr>
                <w:sz w:val="19"/>
              </w:rPr>
              <w:t>Our guilt is carried away, not merely covered up.</w:t>
            </w:r>
          </w:p>
        </w:tc>
      </w:tr>
      <w:tr w:rsidR="00BB0E83" w14:paraId="17208F6C" w14:textId="77777777">
        <w:tc>
          <w:tcPr>
            <w:tcW w:w="2976" w:type="dxa"/>
          </w:tcPr>
          <w:p w14:paraId="37A891DE" w14:textId="77777777" w:rsidR="00BB0E83" w:rsidRDefault="00000000">
            <w:pPr>
              <w:spacing w:before="80" w:after="80" w:line="288" w:lineRule="auto"/>
            </w:pPr>
            <w:r>
              <w:rPr>
                <w:b/>
                <w:sz w:val="19"/>
              </w:rPr>
              <w:t>Blood on the mercy seat</w:t>
            </w:r>
          </w:p>
        </w:tc>
        <w:tc>
          <w:tcPr>
            <w:tcW w:w="2976" w:type="dxa"/>
          </w:tcPr>
          <w:p w14:paraId="58F0C03F" w14:textId="77777777" w:rsidR="00BB0E83" w:rsidRDefault="00000000">
            <w:pPr>
              <w:spacing w:before="80" w:after="80" w:line="288" w:lineRule="auto"/>
            </w:pPr>
            <w:r>
              <w:rPr>
                <w:sz w:val="19"/>
              </w:rPr>
              <w:t>Christ’s own blood in heaven (Hebrews 9:11–12)</w:t>
            </w:r>
          </w:p>
        </w:tc>
        <w:tc>
          <w:tcPr>
            <w:tcW w:w="2976" w:type="dxa"/>
          </w:tcPr>
          <w:p w14:paraId="270C1F7C" w14:textId="77777777" w:rsidR="00BB0E83" w:rsidRDefault="00000000">
            <w:pPr>
              <w:spacing w:before="80" w:after="80" w:line="288" w:lineRule="auto"/>
            </w:pPr>
            <w:r>
              <w:rPr>
                <w:sz w:val="19"/>
              </w:rPr>
              <w:t>God meets sinners safely through the blood of His Son.</w:t>
            </w:r>
          </w:p>
        </w:tc>
      </w:tr>
      <w:tr w:rsidR="00BB0E83" w14:paraId="3674E049" w14:textId="77777777">
        <w:tc>
          <w:tcPr>
            <w:tcW w:w="2976" w:type="dxa"/>
          </w:tcPr>
          <w:p w14:paraId="572ADEA0" w14:textId="77777777" w:rsidR="00BB0E83" w:rsidRDefault="00000000">
            <w:pPr>
              <w:spacing w:before="80" w:after="80" w:line="288" w:lineRule="auto"/>
            </w:pPr>
            <w:r>
              <w:rPr>
                <w:b/>
                <w:sz w:val="19"/>
              </w:rPr>
              <w:t>Incense cloud</w:t>
            </w:r>
          </w:p>
        </w:tc>
        <w:tc>
          <w:tcPr>
            <w:tcW w:w="2976" w:type="dxa"/>
          </w:tcPr>
          <w:p w14:paraId="22AB8967" w14:textId="77777777" w:rsidR="00BB0E83" w:rsidRDefault="00000000">
            <w:pPr>
              <w:spacing w:before="80" w:after="80" w:line="288" w:lineRule="auto"/>
            </w:pPr>
            <w:r>
              <w:rPr>
                <w:sz w:val="19"/>
              </w:rPr>
              <w:t>Christ’s merciful mediation</w:t>
            </w:r>
          </w:p>
        </w:tc>
        <w:tc>
          <w:tcPr>
            <w:tcW w:w="2976" w:type="dxa"/>
          </w:tcPr>
          <w:p w14:paraId="29C2EFC3" w14:textId="77777777" w:rsidR="00BB0E83" w:rsidRDefault="00000000">
            <w:pPr>
              <w:spacing w:before="80" w:after="80" w:line="288" w:lineRule="auto"/>
            </w:pPr>
            <w:r>
              <w:rPr>
                <w:sz w:val="19"/>
              </w:rPr>
              <w:t>We approach God because He shields us.</w:t>
            </w:r>
          </w:p>
        </w:tc>
      </w:tr>
      <w:tr w:rsidR="00BB0E83" w14:paraId="1DB04130" w14:textId="77777777">
        <w:tc>
          <w:tcPr>
            <w:tcW w:w="2976" w:type="dxa"/>
          </w:tcPr>
          <w:p w14:paraId="3CCD1F32" w14:textId="77777777" w:rsidR="00BB0E83" w:rsidRDefault="00000000">
            <w:pPr>
              <w:spacing w:before="80" w:after="80" w:line="288" w:lineRule="auto"/>
            </w:pPr>
            <w:r>
              <w:rPr>
                <w:b/>
                <w:sz w:val="19"/>
              </w:rPr>
              <w:t>Outside the camp</w:t>
            </w:r>
          </w:p>
        </w:tc>
        <w:tc>
          <w:tcPr>
            <w:tcW w:w="2976" w:type="dxa"/>
          </w:tcPr>
          <w:p w14:paraId="2432905E" w14:textId="77777777" w:rsidR="00BB0E83" w:rsidRDefault="00000000">
            <w:pPr>
              <w:spacing w:before="80" w:after="80" w:line="288" w:lineRule="auto"/>
            </w:pPr>
            <w:r>
              <w:rPr>
                <w:sz w:val="19"/>
              </w:rPr>
              <w:t>Jesus suffers outside the gate (Hebrews 13:11–13)</w:t>
            </w:r>
          </w:p>
        </w:tc>
        <w:tc>
          <w:tcPr>
            <w:tcW w:w="2976" w:type="dxa"/>
          </w:tcPr>
          <w:p w14:paraId="42D91966" w14:textId="77777777" w:rsidR="00BB0E83" w:rsidRDefault="00000000">
            <w:pPr>
              <w:spacing w:before="80" w:after="80" w:line="288" w:lineRule="auto"/>
            </w:pPr>
            <w:r>
              <w:rPr>
                <w:sz w:val="19"/>
              </w:rPr>
              <w:t>He bears our shame and exclusion to bring us in.</w:t>
            </w:r>
          </w:p>
        </w:tc>
      </w:tr>
      <w:tr w:rsidR="00BB0E83" w14:paraId="60B76569" w14:textId="77777777">
        <w:tc>
          <w:tcPr>
            <w:tcW w:w="2976" w:type="dxa"/>
          </w:tcPr>
          <w:p w14:paraId="0DC18DD5" w14:textId="77777777" w:rsidR="00BB0E83" w:rsidRDefault="00000000">
            <w:pPr>
              <w:spacing w:before="80" w:after="80" w:line="288" w:lineRule="auto"/>
            </w:pPr>
            <w:r>
              <w:rPr>
                <w:b/>
                <w:sz w:val="19"/>
              </w:rPr>
              <w:t>Once a year</w:t>
            </w:r>
          </w:p>
        </w:tc>
        <w:tc>
          <w:tcPr>
            <w:tcW w:w="2976" w:type="dxa"/>
          </w:tcPr>
          <w:p w14:paraId="556ACB1E" w14:textId="77777777" w:rsidR="00BB0E83" w:rsidRDefault="00000000">
            <w:pPr>
              <w:spacing w:before="80" w:after="80" w:line="288" w:lineRule="auto"/>
            </w:pPr>
            <w:r>
              <w:rPr>
                <w:sz w:val="19"/>
              </w:rPr>
              <w:t>Once for all (Hebrews 10:12–14)</w:t>
            </w:r>
          </w:p>
        </w:tc>
        <w:tc>
          <w:tcPr>
            <w:tcW w:w="2976" w:type="dxa"/>
          </w:tcPr>
          <w:p w14:paraId="7CFF1436" w14:textId="77777777" w:rsidR="00BB0E83" w:rsidRDefault="00000000">
            <w:pPr>
              <w:spacing w:before="80" w:after="80" w:line="288" w:lineRule="auto"/>
            </w:pPr>
            <w:r>
              <w:rPr>
                <w:sz w:val="19"/>
              </w:rPr>
              <w:t>Christ’s sacrifice never needs repeating.</w:t>
            </w:r>
          </w:p>
        </w:tc>
      </w:tr>
      <w:tr w:rsidR="00BB0E83" w14:paraId="42F58252" w14:textId="77777777">
        <w:tc>
          <w:tcPr>
            <w:tcW w:w="2976" w:type="dxa"/>
          </w:tcPr>
          <w:p w14:paraId="76BA487B" w14:textId="77777777" w:rsidR="00BB0E83" w:rsidRDefault="00000000">
            <w:pPr>
              <w:spacing w:before="80" w:after="80" w:line="288" w:lineRule="auto"/>
            </w:pPr>
            <w:r>
              <w:rPr>
                <w:b/>
                <w:sz w:val="19"/>
              </w:rPr>
              <w:t>The veil</w:t>
            </w:r>
          </w:p>
        </w:tc>
        <w:tc>
          <w:tcPr>
            <w:tcW w:w="2976" w:type="dxa"/>
          </w:tcPr>
          <w:p w14:paraId="637B80A1" w14:textId="77777777" w:rsidR="00BB0E83" w:rsidRDefault="00000000">
            <w:pPr>
              <w:spacing w:before="80" w:after="80" w:line="288" w:lineRule="auto"/>
            </w:pPr>
            <w:r>
              <w:rPr>
                <w:sz w:val="19"/>
              </w:rPr>
              <w:t>Torn at Christ’s death</w:t>
            </w:r>
          </w:p>
        </w:tc>
        <w:tc>
          <w:tcPr>
            <w:tcW w:w="2976" w:type="dxa"/>
          </w:tcPr>
          <w:p w14:paraId="14029AB3" w14:textId="77777777" w:rsidR="00BB0E83" w:rsidRDefault="00000000">
            <w:pPr>
              <w:spacing w:before="80" w:after="80" w:line="288" w:lineRule="auto"/>
            </w:pPr>
            <w:r>
              <w:rPr>
                <w:sz w:val="19"/>
              </w:rPr>
              <w:t>The barrier to God’s presence has been removed through His flesh.</w:t>
            </w:r>
          </w:p>
        </w:tc>
      </w:tr>
      <w:tr w:rsidR="00BB0E83" w14:paraId="5B25CC6D" w14:textId="77777777">
        <w:tc>
          <w:tcPr>
            <w:tcW w:w="2976" w:type="dxa"/>
          </w:tcPr>
          <w:p w14:paraId="5F954D98" w14:textId="77777777" w:rsidR="00BB0E83" w:rsidRDefault="00000000">
            <w:pPr>
              <w:spacing w:before="80" w:after="80" w:line="288" w:lineRule="auto"/>
            </w:pPr>
            <w:r>
              <w:rPr>
                <w:b/>
                <w:sz w:val="19"/>
              </w:rPr>
              <w:t>The day itself</w:t>
            </w:r>
          </w:p>
        </w:tc>
        <w:tc>
          <w:tcPr>
            <w:tcW w:w="2976" w:type="dxa"/>
          </w:tcPr>
          <w:p w14:paraId="7DCE96D5" w14:textId="77777777" w:rsidR="00BB0E83" w:rsidRDefault="00000000">
            <w:pPr>
              <w:spacing w:before="80" w:after="80" w:line="288" w:lineRule="auto"/>
            </w:pPr>
            <w:r>
              <w:rPr>
                <w:sz w:val="19"/>
              </w:rPr>
              <w:t>Christ’s completed atonement</w:t>
            </w:r>
          </w:p>
        </w:tc>
        <w:tc>
          <w:tcPr>
            <w:tcW w:w="2976" w:type="dxa"/>
          </w:tcPr>
          <w:p w14:paraId="797D68AE" w14:textId="77777777" w:rsidR="00BB0E83" w:rsidRDefault="00000000">
            <w:pPr>
              <w:spacing w:before="80" w:after="80" w:line="288" w:lineRule="auto"/>
            </w:pPr>
            <w:r>
              <w:rPr>
                <w:sz w:val="19"/>
              </w:rPr>
              <w:t>The annual sign has become an eternal reality.</w:t>
            </w:r>
          </w:p>
        </w:tc>
      </w:tr>
    </w:tbl>
    <w:p w14:paraId="54205D1E" w14:textId="77777777" w:rsidR="00BB0E83" w:rsidRDefault="00BB0E83">
      <w:pPr>
        <w:spacing w:after="240"/>
      </w:pPr>
    </w:p>
    <w:tbl>
      <w:tblPr>
        <w:tblW w:w="0" w:type="auto"/>
        <w:tblLayout w:type="fixed"/>
        <w:tblLook w:val="04A0" w:firstRow="1" w:lastRow="0" w:firstColumn="1" w:lastColumn="0" w:noHBand="0" w:noVBand="1"/>
      </w:tblPr>
      <w:tblGrid>
        <w:gridCol w:w="8640"/>
      </w:tblGrid>
      <w:tr w:rsidR="00BB0E83" w14:paraId="5C5B1602" w14:textId="77777777">
        <w:tc>
          <w:tcPr>
            <w:tcW w:w="8640" w:type="dxa"/>
            <w:shd w:val="clear" w:color="auto" w:fill="F1EFE9"/>
            <w:tcMar>
              <w:top w:w="150" w:type="dxa"/>
              <w:left w:w="200" w:type="dxa"/>
              <w:bottom w:w="150" w:type="dxa"/>
              <w:right w:w="200" w:type="dxa"/>
            </w:tcMar>
          </w:tcPr>
          <w:p w14:paraId="78A13AD6" w14:textId="77777777" w:rsidR="00BB0E83" w:rsidRDefault="00000000">
            <w:pPr>
              <w:spacing w:after="0" w:line="302" w:lineRule="auto"/>
            </w:pPr>
            <w:r>
              <w:rPr>
                <w:b/>
                <w:sz w:val="21"/>
              </w:rPr>
              <w:t>Hold on to this.</w:t>
            </w:r>
            <w:r>
              <w:rPr>
                <w:sz w:val="21"/>
              </w:rPr>
              <w:t xml:space="preserve"> The gospel does not say that God looked away from sin. It says that Christ took </w:t>
            </w:r>
            <w:r>
              <w:rPr>
                <w:sz w:val="21"/>
              </w:rPr>
              <w:lastRenderedPageBreak/>
              <w:t>sin away, bore its penalty, satisfied God’s righteous wrath, and opened the guarded way back to God.</w:t>
            </w:r>
          </w:p>
        </w:tc>
      </w:tr>
    </w:tbl>
    <w:p w14:paraId="2D6824B8" w14:textId="77777777" w:rsidR="00BB0E83" w:rsidRDefault="00BB0E83">
      <w:pPr>
        <w:spacing w:after="220"/>
      </w:pPr>
    </w:p>
    <w:p w14:paraId="0F556018" w14:textId="77777777" w:rsidR="00BB0E83" w:rsidRDefault="00000000">
      <w:pPr>
        <w:keepNext/>
        <w:keepLines/>
        <w:spacing w:before="380" w:after="140" w:line="274" w:lineRule="auto"/>
      </w:pPr>
      <w:r>
        <w:rPr>
          <w:rFonts w:ascii="Georgia" w:hAnsi="Georgia"/>
          <w:b/>
          <w:color w:val="1B474D"/>
          <w:sz w:val="29"/>
        </w:rPr>
        <w:t>All the previews find their substance in Christ</w:t>
      </w:r>
    </w:p>
    <w:p w14:paraId="59542380" w14:textId="77777777" w:rsidR="00BB0E83" w:rsidRDefault="00000000">
      <w:r>
        <w:rPr>
          <w:b/>
        </w:rPr>
        <w:t>Typology</w:t>
      </w:r>
      <w:r>
        <w:t xml:space="preserve"> means God writes history so that earlier real people, objects, and events are deliberately shaped as previews of Christ. A type is a shadow; Christ is the substance. The shadow is real, but it is not the final thing.</w:t>
      </w:r>
    </w:p>
    <w:p w14:paraId="0BE2DAD7" w14:textId="77777777" w:rsidR="00BB0E83" w:rsidRDefault="00000000">
      <w:pPr>
        <w:keepLines/>
        <w:pBdr>
          <w:left w:val="single" w:sz="14" w:space="10" w:color="C9C6BE"/>
        </w:pBdr>
        <w:spacing w:before="220" w:after="40" w:line="302" w:lineRule="auto"/>
        <w:ind w:left="490" w:right="432"/>
      </w:pPr>
      <w:r>
        <w:rPr>
          <w:rFonts w:ascii="Georgia" w:hAnsi="Georgia"/>
          <w:sz w:val="21"/>
        </w:rPr>
        <w:t>“These are a shadow of what is to come; but the substance belongs to Christ.”</w:t>
      </w:r>
    </w:p>
    <w:p w14:paraId="18F22ED1" w14:textId="77777777" w:rsidR="00BB0E83" w:rsidRDefault="00000000">
      <w:pPr>
        <w:spacing w:before="20" w:after="260" w:line="240" w:lineRule="auto"/>
        <w:ind w:left="490"/>
      </w:pPr>
      <w:r>
        <w:rPr>
          <w:caps/>
          <w:color w:val="6B6964"/>
          <w:sz w:val="18"/>
        </w:rPr>
        <w:t>Colossians 2:17, LSB</w:t>
      </w:r>
    </w:p>
    <w:p w14:paraId="1DFAD10F" w14:textId="77777777" w:rsidR="00BB0E83" w:rsidRDefault="00000000">
      <w:pPr>
        <w:keepLines/>
        <w:pBdr>
          <w:left w:val="single" w:sz="14" w:space="10" w:color="C9C6BE"/>
        </w:pBdr>
        <w:spacing w:before="220" w:after="40" w:line="302" w:lineRule="auto"/>
        <w:ind w:left="490" w:right="432"/>
      </w:pPr>
      <w:r>
        <w:rPr>
          <w:rFonts w:ascii="Georgia" w:hAnsi="Georgia"/>
          <w:sz w:val="21"/>
        </w:rPr>
        <w:t>“For the Law, since it has only a shadow of the good things to come and not the very form of things...”</w:t>
      </w:r>
    </w:p>
    <w:p w14:paraId="3A32EAB7" w14:textId="77777777" w:rsidR="00BB0E83" w:rsidRDefault="00000000">
      <w:pPr>
        <w:spacing w:before="20" w:after="260" w:line="240" w:lineRule="auto"/>
        <w:ind w:left="490"/>
      </w:pPr>
      <w:r>
        <w:rPr>
          <w:caps/>
          <w:color w:val="6B6964"/>
          <w:sz w:val="18"/>
        </w:rPr>
        <w:t>Hebrews 10:1, LSB</w:t>
      </w:r>
    </w:p>
    <w:p w14:paraId="4E634625" w14:textId="77777777" w:rsidR="00BB0E83" w:rsidRDefault="00000000">
      <w:r>
        <w:t>This does not mean the Old Testament is a book of secret codes where every detail can mean anything we want. It means God’s real acts in history prepared His people to recognize the Messiah when He came. The Bible’s story is one story.</w:t>
      </w:r>
    </w:p>
    <w:p w14:paraId="5186E736" w14:textId="77777777" w:rsidR="00BB0E83" w:rsidRDefault="00000000">
      <w:pPr>
        <w:spacing w:after="100" w:line="307" w:lineRule="auto"/>
        <w:ind w:left="432" w:hanging="259"/>
      </w:pPr>
      <w:r>
        <w:rPr>
          <w:color w:val="1B474D"/>
        </w:rPr>
        <w:t xml:space="preserve">•   </w:t>
      </w:r>
      <w:r>
        <w:rPr>
          <w:b/>
        </w:rPr>
        <w:t>Eden’s garments of skin.</w:t>
      </w:r>
      <w:r>
        <w:t xml:space="preserve"> Genesis 3:21 gives the first blood-shedding after sin. Adam and Eve sew leaves; God provides garments of skin. A death covers their shame. The text does not name the animal, but the pattern is clear: God provides a covering at cost. Christ is the final covering. We do not stand before God clothed in self-made leaves but clothed in His righteousness.</w:t>
      </w:r>
    </w:p>
    <w:p w14:paraId="3F60E06E" w14:textId="77777777" w:rsidR="00BB0E83" w:rsidRDefault="00000000">
      <w:pPr>
        <w:spacing w:after="100" w:line="307" w:lineRule="auto"/>
        <w:ind w:left="432" w:hanging="259"/>
      </w:pPr>
      <w:r>
        <w:rPr>
          <w:color w:val="1B474D"/>
        </w:rPr>
        <w:t xml:space="preserve">•   </w:t>
      </w:r>
      <w:r>
        <w:rPr>
          <w:b/>
        </w:rPr>
        <w:t>Abel’s accepted offering.</w:t>
      </w:r>
      <w:r>
        <w:t xml:space="preserve"> Abel brings “of the firstborn of his flock and of their fat portions,” and God regards him and his offering (Genesis 4:4). Hebrews 11:4 says Abel offered a better sacrifice by faith. Yet Abel’s blood cried from the ground for justice. Hebrews 12:24 says believers have come to Jesus, “and to the sprinkled blood, which speaks better than the blood of Abel.” Abel’s blood cries, “Judge the murderer.” Jesus’ blood says, “Forgive the murderer who comes by faith.”</w:t>
      </w:r>
    </w:p>
    <w:p w14:paraId="028E9F53" w14:textId="77777777" w:rsidR="00BB0E83" w:rsidRDefault="00000000">
      <w:pPr>
        <w:spacing w:after="100" w:line="307" w:lineRule="auto"/>
        <w:ind w:left="432" w:hanging="259"/>
      </w:pPr>
      <w:r>
        <w:rPr>
          <w:color w:val="1B474D"/>
        </w:rPr>
        <w:t xml:space="preserve">•   </w:t>
      </w:r>
      <w:r>
        <w:rPr>
          <w:b/>
        </w:rPr>
        <w:t>Noah’s ark.</w:t>
      </w:r>
      <w:r>
        <w:t xml:space="preserve"> There was one ark, one door, judgment outside, and safety inside. Noah did not invent the refuge; God told him how to build it and shut him in. First Peter 3:20–21 points to the flood as a pattern connected to salvation. The water that judged the world bore the ark safely over judgment. Christ is the refuge. Outside Him is judgment. In Him is safety.</w:t>
      </w:r>
    </w:p>
    <w:p w14:paraId="3482F1F1" w14:textId="77777777" w:rsidR="00BB0E83" w:rsidRDefault="00000000">
      <w:pPr>
        <w:spacing w:after="100" w:line="307" w:lineRule="auto"/>
        <w:ind w:left="432" w:hanging="259"/>
      </w:pPr>
      <w:r>
        <w:rPr>
          <w:color w:val="1B474D"/>
        </w:rPr>
        <w:lastRenderedPageBreak/>
        <w:t xml:space="preserve">•   </w:t>
      </w:r>
      <w:r>
        <w:rPr>
          <w:b/>
        </w:rPr>
        <w:t>Melchizedek: priest and king.</w:t>
      </w:r>
      <w:r>
        <w:t xml:space="preserve"> Melchizedek appears in Genesis 14 as king of Salem and priest of God Most High. Psalm 110:4 promises a priest forever “according to the order of Melchizedek.” Hebrews 7 explains that Christ is that greater priest-king. Plainly: Israel’s ordinary priests came from Levi, but Jesus is the eternal priest God promised through a different, greater pattern. He rules as King and brings sinners to God as Priest.</w:t>
      </w:r>
    </w:p>
    <w:p w14:paraId="1E888CA3" w14:textId="77777777" w:rsidR="00BB0E83" w:rsidRDefault="00000000">
      <w:pPr>
        <w:spacing w:after="100" w:line="307" w:lineRule="auto"/>
        <w:ind w:left="432" w:hanging="259"/>
      </w:pPr>
      <w:r>
        <w:rPr>
          <w:color w:val="1B474D"/>
        </w:rPr>
        <w:t xml:space="preserve">•   </w:t>
      </w:r>
      <w:r>
        <w:rPr>
          <w:b/>
        </w:rPr>
        <w:t>Isaac on Mount Moriah.</w:t>
      </w:r>
      <w:r>
        <w:t xml:space="preserve"> Genesis 22 puts Abraham’s beloved son on the altar. Isaac carries the wood up the mountain. Isaac asks where the lamb is, and Abraham answers, “God will provide for Himself the lamb.” At the last moment, a ram is provided in Isaac’s place. Abraham names the place Jehovah-Jireh, “Yahweh will provide.” Hebrews 11:17–19 says Abraham believed God could even raise the dead. Isaac was spared. The true beloved Son was not spared. Isaac carried wood up a hill; Christ carried the cross. A ram died in Isaac’s place; Christ dies in the place of His people. God did provide Himself the Lamb.</w:t>
      </w:r>
    </w:p>
    <w:p w14:paraId="77880AC6" w14:textId="77777777" w:rsidR="00BB0E83" w:rsidRDefault="00000000">
      <w:pPr>
        <w:spacing w:after="100" w:line="307" w:lineRule="auto"/>
        <w:ind w:left="432" w:hanging="259"/>
      </w:pPr>
      <w:r>
        <w:rPr>
          <w:color w:val="1B474D"/>
        </w:rPr>
        <w:t xml:space="preserve">•   </w:t>
      </w:r>
      <w:r>
        <w:rPr>
          <w:b/>
        </w:rPr>
        <w:t>The Passover lamb.</w:t>
      </w:r>
      <w:r>
        <w:t xml:space="preserve"> In Exodus 12, the lamb is without blemish. Its blood marks the doorframe. Death passes over the homes sheltered by that blood. No bone of the lamb is broken. John tells us Jesus’ legs were not broken, fulfilling the Passover pattern (John 19:33–36). Paul says it plainly: “For Christ our Passover also has been sacrificed” (1 Corinthians 5:7, LSB). The question in Egypt was not whether the people inside were impressive. The question was whether the blood was on the door.</w:t>
      </w:r>
    </w:p>
    <w:p w14:paraId="39124BA9" w14:textId="77777777" w:rsidR="00BB0E83" w:rsidRDefault="00000000">
      <w:pPr>
        <w:spacing w:after="100" w:line="307" w:lineRule="auto"/>
        <w:ind w:left="432" w:hanging="259"/>
      </w:pPr>
      <w:r>
        <w:rPr>
          <w:color w:val="1B474D"/>
        </w:rPr>
        <w:t xml:space="preserve">•   </w:t>
      </w:r>
      <w:r>
        <w:rPr>
          <w:b/>
        </w:rPr>
        <w:t>The bronze serpent lifted up.</w:t>
      </w:r>
      <w:r>
        <w:t xml:space="preserve"> Israel sins in Numbers 21, and fiery serpents bring death. God tells Moses to lift up a bronze serpent. Whoever looks at it in faith lives. Jesus says this points to His own lifting up.</w:t>
      </w:r>
    </w:p>
    <w:p w14:paraId="0DED6472" w14:textId="77777777" w:rsidR="00BB0E83" w:rsidRDefault="00000000">
      <w:pPr>
        <w:keepLines/>
        <w:pBdr>
          <w:left w:val="single" w:sz="14" w:space="10" w:color="C9C6BE"/>
        </w:pBdr>
        <w:spacing w:before="220" w:after="40" w:line="302" w:lineRule="auto"/>
        <w:ind w:left="490" w:right="432"/>
      </w:pPr>
      <w:r>
        <w:rPr>
          <w:rFonts w:ascii="Georgia" w:hAnsi="Georgia"/>
          <w:sz w:val="21"/>
        </w:rPr>
        <w:t>“And as Moses lifted up the serpent in the wilderness, even so must the Son of Man be lifted up; so that whoever believes will in Him have eternal life.”</w:t>
      </w:r>
    </w:p>
    <w:p w14:paraId="673318EB" w14:textId="77777777" w:rsidR="00BB0E83" w:rsidRDefault="00000000">
      <w:pPr>
        <w:spacing w:before="20" w:after="260" w:line="240" w:lineRule="auto"/>
        <w:ind w:left="490"/>
      </w:pPr>
      <w:r>
        <w:rPr>
          <w:caps/>
          <w:color w:val="6B6964"/>
          <w:sz w:val="18"/>
        </w:rPr>
        <w:t>John 3:14–15, LSB</w:t>
      </w:r>
    </w:p>
    <w:p w14:paraId="2E4FCF5B" w14:textId="77777777" w:rsidR="00BB0E83" w:rsidRDefault="00000000">
      <w:r>
        <w:t>The irony is striking. The image of the curse is lifted up as the means of healing. Christ is not sinful, but He is made sin on our behalf (2 Corinthians 5:21). He bears the curse for us (Galatians 3:13). Look to Him and live.</w:t>
      </w:r>
    </w:p>
    <w:p w14:paraId="46D2A3AF" w14:textId="77777777" w:rsidR="00BB0E83" w:rsidRDefault="00000000">
      <w:pPr>
        <w:spacing w:after="100" w:line="307" w:lineRule="auto"/>
        <w:ind w:left="432" w:hanging="259"/>
      </w:pPr>
      <w:r>
        <w:rPr>
          <w:color w:val="1B474D"/>
        </w:rPr>
        <w:t xml:space="preserve">•   </w:t>
      </w:r>
      <w:r>
        <w:rPr>
          <w:b/>
        </w:rPr>
        <w:t>Manna: bread from heaven.</w:t>
      </w:r>
      <w:r>
        <w:t xml:space="preserve"> God feeds Israel in the wilderness with manna, bread they did not grow or earn. Jesus says the true bread is not Moses’ gift but the Father’s gift. “I am the bread of life; he who comes to Me will not hunger” (John 6:35, LSB). The manna sustained physical life for a day and had to be gathered again. Christ gives eternal life. He is the bread from heaven given for the life of the world (John 6:48–51).</w:t>
      </w:r>
    </w:p>
    <w:p w14:paraId="19DE514F" w14:textId="77777777" w:rsidR="00BB0E83" w:rsidRDefault="00000000">
      <w:pPr>
        <w:spacing w:after="100" w:line="307" w:lineRule="auto"/>
        <w:ind w:left="432" w:hanging="259"/>
      </w:pPr>
      <w:r>
        <w:rPr>
          <w:color w:val="1B474D"/>
        </w:rPr>
        <w:lastRenderedPageBreak/>
        <w:t xml:space="preserve">•   </w:t>
      </w:r>
      <w:r>
        <w:rPr>
          <w:b/>
        </w:rPr>
        <w:t>The rock struck for water.</w:t>
      </w:r>
      <w:r>
        <w:t xml:space="preserve"> At Horeb, Moses strikes the rock and water comes out for thirsty Israel (Exodus 17:6). First Corinthians 10:4 says, “the rock was Christ.” The Rock is struck, and life-giving water flows. Moses later sins by striking when God tells him to speak (Numbers 20), which shows we must not handle God’s signs however we please. Christ was struck once. His saving work is not to be repeated.</w:t>
      </w:r>
    </w:p>
    <w:p w14:paraId="00E20A49" w14:textId="77777777" w:rsidR="00BB0E83" w:rsidRDefault="00000000">
      <w:pPr>
        <w:spacing w:after="100" w:line="307" w:lineRule="auto"/>
        <w:ind w:left="432" w:hanging="259"/>
      </w:pPr>
      <w:r>
        <w:rPr>
          <w:color w:val="1B474D"/>
        </w:rPr>
        <w:t xml:space="preserve">•   </w:t>
      </w:r>
      <w:r>
        <w:rPr>
          <w:b/>
        </w:rPr>
        <w:t>Tabernacle and temple.</w:t>
      </w:r>
      <w:r>
        <w:t xml:space="preserve"> The tabernacle and temple are the places where God dwells among His people. John says the Word became flesh and “dwelt” among us. The word means, literally, “tabernacled.” Jesus also says, “Destroy this sanctuary, and in three days I will raise it up,” and John explains that He was speaking of the sanctuary of His body (John 2:19–21). God has come near, not first in a building, but in the incarnate Son.</w:t>
      </w:r>
    </w:p>
    <w:p w14:paraId="7AB14A0A" w14:textId="77777777" w:rsidR="00BB0E83" w:rsidRDefault="00000000">
      <w:pPr>
        <w:spacing w:after="100" w:line="307" w:lineRule="auto"/>
        <w:ind w:left="432" w:hanging="259"/>
      </w:pPr>
      <w:r>
        <w:rPr>
          <w:color w:val="1B474D"/>
        </w:rPr>
        <w:t xml:space="preserve">•   </w:t>
      </w:r>
      <w:r>
        <w:rPr>
          <w:b/>
        </w:rPr>
        <w:t>Jonah’s three days.</w:t>
      </w:r>
      <w:r>
        <w:t xml:space="preserve"> Jonah is swallowed by the great fish and comes out after three days. Jesus calls it the sign of Jonah: “For just as Jonah was three days and three nights in the belly of the sea monster, so will the Son of Man be three days and three nights in the heart of the earth” (Matthew 12:40, LSB). Jonah is a reluctant prophet preserved through death-like judgment. Christ willingly enters death and rises victorious.</w:t>
      </w:r>
    </w:p>
    <w:p w14:paraId="7E725253" w14:textId="77777777" w:rsidR="00BB0E83" w:rsidRDefault="00000000">
      <w:pPr>
        <w:spacing w:after="100" w:line="307" w:lineRule="auto"/>
        <w:ind w:left="432" w:hanging="259"/>
      </w:pPr>
      <w:r>
        <w:rPr>
          <w:color w:val="1B474D"/>
        </w:rPr>
        <w:t xml:space="preserve">•   </w:t>
      </w:r>
      <w:r>
        <w:rPr>
          <w:b/>
        </w:rPr>
        <w:t>Cities of refuge.</w:t>
      </w:r>
      <w:r>
        <w:t xml:space="preserve"> Numbers 35 provides cities where a person who killed accidentally could run from the avenger of blood and remain safe until judgment. This is not a perfect picture, because we are not innocent killers. But it shows God appointing a refuge from deserved danger. Christ is the refuge to whom guilty sinners flee. He is not merely a safe city; He bears the judgment Himself.</w:t>
      </w:r>
    </w:p>
    <w:p w14:paraId="02CD26BA" w14:textId="77777777" w:rsidR="00BB0E83" w:rsidRDefault="00000000">
      <w:pPr>
        <w:spacing w:after="100" w:line="307" w:lineRule="auto"/>
        <w:ind w:left="432" w:hanging="259"/>
      </w:pPr>
      <w:r>
        <w:rPr>
          <w:color w:val="1B474D"/>
        </w:rPr>
        <w:t xml:space="preserve">•   </w:t>
      </w:r>
      <w:r>
        <w:rPr>
          <w:b/>
        </w:rPr>
        <w:t>Boaz the kinsman-redeemer.</w:t>
      </w:r>
      <w:r>
        <w:t xml:space="preserve"> Boaz redeems Ruth and Naomi’s lost inheritance in Ruth 3–4. A kinsman-redeemer was a relative with the right, the resources, and the willingness to buy back what was lost. Christ takes our flesh, becomes our true Brother, has the right to redeem, possesses every resource, and willingly pays the price. He does not merely purchase property. He purchases a people for Himself.</w:t>
      </w:r>
    </w:p>
    <w:p w14:paraId="135368B1" w14:textId="77777777" w:rsidR="00BB0E83" w:rsidRDefault="00000000">
      <w:pPr>
        <w:spacing w:after="100" w:line="307" w:lineRule="auto"/>
        <w:ind w:left="432" w:hanging="259"/>
      </w:pPr>
      <w:r>
        <w:rPr>
          <w:color w:val="1B474D"/>
        </w:rPr>
        <w:t xml:space="preserve">•   </w:t>
      </w:r>
      <w:r>
        <w:rPr>
          <w:b/>
        </w:rPr>
        <w:t>Sabbath rest.</w:t>
      </w:r>
      <w:r>
        <w:t xml:space="preserve"> The Sabbath teaches that life with God is not earned by endless labor. Hebrews 4:9–10 says there remains a Sabbath rest for the people of God. Jesus says, “Come to Me, all who are weary and heavy-laden, and I will give you rest” (Matthew 11:28, LSB). This is not laziness. It is resting from trying to establish our own righteousness and resting in Christ’s completed work.</w:t>
      </w:r>
    </w:p>
    <w:p w14:paraId="01E40DD9" w14:textId="77777777" w:rsidR="00BB0E83" w:rsidRDefault="00000000">
      <w:pPr>
        <w:spacing w:after="100" w:line="307" w:lineRule="auto"/>
        <w:ind w:left="432" w:hanging="259"/>
      </w:pPr>
      <w:r>
        <w:rPr>
          <w:color w:val="1B474D"/>
        </w:rPr>
        <w:t xml:space="preserve">•   </w:t>
      </w:r>
      <w:r>
        <w:rPr>
          <w:b/>
        </w:rPr>
        <w:t>The Suffering Servant.</w:t>
      </w:r>
      <w:r>
        <w:t xml:space="preserve"> Isaiah 53 is the clearest pre-Christian description of substitutionary atonement in the Bible. </w:t>
      </w:r>
      <w:r>
        <w:rPr>
          <w:b/>
        </w:rPr>
        <w:t>Substitutionary atonement</w:t>
      </w:r>
      <w:r>
        <w:t xml:space="preserve"> means a substitute takes the judgment another person deserves in order to bring that person to God.</w:t>
      </w:r>
    </w:p>
    <w:p w14:paraId="24F3E326" w14:textId="77777777" w:rsidR="00BB0E83" w:rsidRDefault="00000000">
      <w:pPr>
        <w:keepLines/>
        <w:pBdr>
          <w:left w:val="single" w:sz="14" w:space="10" w:color="C9C6BE"/>
        </w:pBdr>
        <w:spacing w:before="220" w:after="40" w:line="302" w:lineRule="auto"/>
        <w:ind w:left="490" w:right="432"/>
      </w:pPr>
      <w:r>
        <w:rPr>
          <w:rFonts w:ascii="Georgia" w:hAnsi="Georgia"/>
          <w:sz w:val="21"/>
        </w:rPr>
        <w:lastRenderedPageBreak/>
        <w:t>“Surely our griefs He Himself bore, And our sorrows He carried; Yet we ourselves esteemed Him stricken, Smitten of God, and afflicted. But He was pierced through for our transgressions, He was crushed for our iniquities; The chastening for our peace fell upon Him, And by His wounds we are healed. All of us like sheep have gone astray, Each of us has turned to his own way; But Yahweh has caused the iniquity of us all To fall on Him.”</w:t>
      </w:r>
    </w:p>
    <w:p w14:paraId="3B5DEDD1" w14:textId="77777777" w:rsidR="00BB0E83" w:rsidRDefault="00000000">
      <w:pPr>
        <w:spacing w:before="20" w:after="260" w:line="240" w:lineRule="auto"/>
        <w:ind w:left="490"/>
      </w:pPr>
      <w:r>
        <w:rPr>
          <w:caps/>
          <w:color w:val="6B6964"/>
          <w:sz w:val="18"/>
        </w:rPr>
        <w:t>Isaiah 53:4–6, LSB</w:t>
      </w:r>
    </w:p>
    <w:p w14:paraId="1D794092" w14:textId="77777777" w:rsidR="00BB0E83" w:rsidRDefault="00000000">
      <w:pPr>
        <w:keepLines/>
        <w:pBdr>
          <w:left w:val="single" w:sz="14" w:space="10" w:color="C9C6BE"/>
        </w:pBdr>
        <w:spacing w:before="220" w:after="40" w:line="302" w:lineRule="auto"/>
        <w:ind w:left="490" w:right="432"/>
      </w:pPr>
      <w:r>
        <w:rPr>
          <w:rFonts w:ascii="Georgia" w:hAnsi="Georgia"/>
          <w:sz w:val="21"/>
        </w:rPr>
        <w:t>“But Yahweh was pleased To crush Him, putting Him to grief; If You would place His soul as a guilt offering...”</w:t>
      </w:r>
    </w:p>
    <w:p w14:paraId="4FAEEC1E" w14:textId="77777777" w:rsidR="00BB0E83" w:rsidRDefault="00000000">
      <w:pPr>
        <w:spacing w:before="20" w:after="260" w:line="240" w:lineRule="auto"/>
        <w:ind w:left="490"/>
      </w:pPr>
      <w:r>
        <w:rPr>
          <w:caps/>
          <w:color w:val="6B6964"/>
          <w:sz w:val="18"/>
        </w:rPr>
        <w:t>Isaiah 53:10, LSB</w:t>
      </w:r>
    </w:p>
    <w:p w14:paraId="04A514E4" w14:textId="77777777" w:rsidR="00BB0E83" w:rsidRDefault="00000000">
      <w:r>
        <w:t xml:space="preserve">“He was pierced </w:t>
      </w:r>
      <w:r>
        <w:rPr>
          <w:b/>
        </w:rPr>
        <w:t>for our transgressions</w:t>
      </w:r>
      <w:r>
        <w:t xml:space="preserve">.” “He was crushed </w:t>
      </w:r>
      <w:r>
        <w:rPr>
          <w:b/>
        </w:rPr>
        <w:t>for our iniquities</w:t>
      </w:r>
      <w:r>
        <w:t xml:space="preserve">.” “Yahweh laid on Him </w:t>
      </w:r>
      <w:r>
        <w:rPr>
          <w:b/>
        </w:rPr>
        <w:t>the iniquity of us all</w:t>
      </w:r>
      <w:r>
        <w:t>.” There is no vague moral inspiration here. The Servant stands in the place of the guilty.</w:t>
      </w:r>
    </w:p>
    <w:p w14:paraId="4C1F2813" w14:textId="77777777" w:rsidR="00BB0E83" w:rsidRDefault="00000000">
      <w:pPr>
        <w:spacing w:after="100" w:line="307" w:lineRule="auto"/>
        <w:ind w:left="432" w:hanging="259"/>
      </w:pPr>
      <w:r>
        <w:rPr>
          <w:color w:val="1B474D"/>
        </w:rPr>
        <w:t xml:space="preserve">•   </w:t>
      </w:r>
      <w:r>
        <w:rPr>
          <w:b/>
        </w:rPr>
        <w:t>Prophet, priest, and king.</w:t>
      </w:r>
      <w:r>
        <w:t xml:space="preserve"> Christ fulfills the three great offices of the Old Testament. Deuteronomy 18:15 promises a prophet like Moses, and Acts 3:22 applies it to Jesus. A prophet speaks God’s word; Jesus is the final and perfect Word of God to His people. Hebrews 7 calls Jesus the eternal high priest. A priest brings people to God through sacrifice and intercession; Jesus offers Himself and continually intercedes for His people. God promises David an everlasting throne in 2 Samuel 7, and Gabriel tells Mary Jesus will reign on David’s throne forever (Luke 1:32–33). A king rules and protects. Christ tells us the truth, brings us to God, and reigns over us. We need all three.</w:t>
      </w:r>
    </w:p>
    <w:p w14:paraId="6251320C" w14:textId="77777777" w:rsidR="00BB0E83" w:rsidRDefault="00000000">
      <w:pPr>
        <w:keepNext/>
        <w:keepLines/>
        <w:spacing w:before="260" w:after="100" w:line="278" w:lineRule="auto"/>
      </w:pPr>
      <w:r>
        <w:rPr>
          <w:b/>
          <w:color w:val="1B474D"/>
        </w:rPr>
        <w:t>The tree</w:t>
      </w:r>
    </w:p>
    <w:p w14:paraId="5FF9EBB2" w14:textId="77777777" w:rsidR="00BB0E83" w:rsidRDefault="00000000">
      <w:r>
        <w:t>The story begins at a tree. Adam takes from a tree in rebellion. The story turns at a tree where Christ is hung in obedience.</w:t>
      </w:r>
    </w:p>
    <w:p w14:paraId="11D3F6BD" w14:textId="77777777" w:rsidR="00BB0E83" w:rsidRDefault="00000000">
      <w:pPr>
        <w:keepLines/>
        <w:pBdr>
          <w:left w:val="single" w:sz="14" w:space="10" w:color="C9C6BE"/>
        </w:pBdr>
        <w:spacing w:before="220" w:after="40" w:line="302" w:lineRule="auto"/>
        <w:ind w:left="490" w:right="432"/>
      </w:pPr>
      <w:r>
        <w:rPr>
          <w:rFonts w:ascii="Georgia" w:hAnsi="Georgia"/>
          <w:sz w:val="21"/>
        </w:rPr>
        <w:t>“Cursed is everyone who hangs on a tree.”</w:t>
      </w:r>
    </w:p>
    <w:p w14:paraId="0BAD79CB" w14:textId="77777777" w:rsidR="00BB0E83" w:rsidRDefault="00000000">
      <w:pPr>
        <w:spacing w:before="20" w:after="260" w:line="240" w:lineRule="auto"/>
        <w:ind w:left="490"/>
      </w:pPr>
      <w:r>
        <w:rPr>
          <w:caps/>
          <w:color w:val="6B6964"/>
          <w:sz w:val="18"/>
        </w:rPr>
        <w:t>Deuteronomy 21:23, LSB</w:t>
      </w:r>
    </w:p>
    <w:p w14:paraId="19261F04" w14:textId="77777777" w:rsidR="00BB0E83" w:rsidRDefault="00000000">
      <w:pPr>
        <w:keepLines/>
        <w:pBdr>
          <w:left w:val="single" w:sz="14" w:space="10" w:color="C9C6BE"/>
        </w:pBdr>
        <w:spacing w:before="220" w:after="40" w:line="302" w:lineRule="auto"/>
        <w:ind w:left="490" w:right="432"/>
      </w:pPr>
      <w:r>
        <w:rPr>
          <w:rFonts w:ascii="Georgia" w:hAnsi="Georgia"/>
          <w:sz w:val="21"/>
        </w:rPr>
        <w:t>“Christ redeemed us from the curse of the Law, having become a curse for us—for it is written, ‘CURSED IS EVERYONE WHO HANGS ON A TREE.’”</w:t>
      </w:r>
    </w:p>
    <w:p w14:paraId="66808DC1" w14:textId="77777777" w:rsidR="00BB0E83" w:rsidRDefault="00000000">
      <w:pPr>
        <w:spacing w:before="20" w:after="260" w:line="240" w:lineRule="auto"/>
        <w:ind w:left="490"/>
      </w:pPr>
      <w:r>
        <w:rPr>
          <w:caps/>
          <w:color w:val="6B6964"/>
          <w:sz w:val="18"/>
        </w:rPr>
        <w:t>Galatians 3:13, LSB</w:t>
      </w:r>
    </w:p>
    <w:p w14:paraId="6CCB12E1" w14:textId="77777777" w:rsidR="00BB0E83" w:rsidRDefault="00000000">
      <w:pPr>
        <w:keepLines/>
        <w:pBdr>
          <w:left w:val="single" w:sz="14" w:space="10" w:color="C9C6BE"/>
        </w:pBdr>
        <w:spacing w:before="220" w:after="40" w:line="302" w:lineRule="auto"/>
        <w:ind w:left="490" w:right="432"/>
      </w:pPr>
      <w:r>
        <w:rPr>
          <w:rFonts w:ascii="Georgia" w:hAnsi="Georgia"/>
          <w:sz w:val="21"/>
        </w:rPr>
        <w:t>“He Himself bore our sins in His body on the tree.”</w:t>
      </w:r>
    </w:p>
    <w:p w14:paraId="45A045E9" w14:textId="77777777" w:rsidR="00BB0E83" w:rsidRDefault="00000000">
      <w:pPr>
        <w:spacing w:before="20" w:after="260" w:line="240" w:lineRule="auto"/>
        <w:ind w:left="490"/>
      </w:pPr>
      <w:r>
        <w:rPr>
          <w:caps/>
          <w:color w:val="6B6964"/>
          <w:sz w:val="18"/>
        </w:rPr>
        <w:t>1 Peter 2:24, LSB</w:t>
      </w:r>
    </w:p>
    <w:p w14:paraId="30A6E55F" w14:textId="77777777" w:rsidR="00BB0E83" w:rsidRDefault="00000000">
      <w:r>
        <w:t xml:space="preserve">And the story ends at a tree. Revelation 22:2 gives us the tree of life again, with leaves for the healing of the nations. The tree that killed us in Eden is answered by the tree on which Christ </w:t>
      </w:r>
      <w:r>
        <w:lastRenderedPageBreak/>
        <w:t>bore the curse, and life is restored at the tree that never withers. The story begins at a tree, turns at a tree, and ends at a tree.</w:t>
      </w:r>
    </w:p>
    <w:p w14:paraId="0DBA2C4E" w14:textId="77777777" w:rsidR="00BB0E83" w:rsidRDefault="00000000">
      <w:pPr>
        <w:keepNext/>
        <w:keepLines/>
        <w:spacing w:before="380" w:after="140" w:line="274" w:lineRule="auto"/>
      </w:pPr>
      <w:r>
        <w:rPr>
          <w:rFonts w:ascii="Georgia" w:hAnsi="Georgia"/>
          <w:b/>
          <w:color w:val="1B474D"/>
          <w:sz w:val="29"/>
        </w:rPr>
        <w:t>The Romans road, walked properly</w:t>
      </w:r>
    </w:p>
    <w:p w14:paraId="3A42680E" w14:textId="77777777" w:rsidR="00BB0E83" w:rsidRDefault="00000000">
      <w:r>
        <w:t>The Romans Road is often reduced to a few verses arranged as a tract. The verses are true. But Romans is more than a string of signs on a road. It is Paul’s full explanation of why the human race is guilty, what Christ has done, how God saves, how He keeps His people, and how He sends the good news out through preaching.</w:t>
      </w:r>
    </w:p>
    <w:p w14:paraId="209EB203" w14:textId="77777777" w:rsidR="00BB0E83" w:rsidRDefault="00000000">
      <w:pPr>
        <w:keepNext/>
        <w:keepLines/>
        <w:spacing w:before="260" w:after="100" w:line="278" w:lineRule="auto"/>
      </w:pPr>
      <w:r>
        <w:rPr>
          <w:b/>
          <w:color w:val="1B474D"/>
        </w:rPr>
        <w:t>Romans 3: the diagnosis and the remedy</w:t>
      </w:r>
    </w:p>
    <w:p w14:paraId="031FD72A" w14:textId="77777777" w:rsidR="00BB0E83" w:rsidRDefault="00000000">
      <w:r>
        <w:t>Paul has already established that Gentile and Jew stand guilty before God. In Romans 3:9–18 he stitches together Psalms and Isaiah to build a courtroom indictment.</w:t>
      </w:r>
    </w:p>
    <w:p w14:paraId="778E10F7" w14:textId="77777777" w:rsidR="00BB0E83" w:rsidRDefault="00000000">
      <w:pPr>
        <w:keepLines/>
        <w:pBdr>
          <w:left w:val="single" w:sz="14" w:space="10" w:color="C9C6BE"/>
        </w:pBdr>
        <w:spacing w:before="220" w:after="40" w:line="302" w:lineRule="auto"/>
        <w:ind w:left="490" w:right="432"/>
      </w:pPr>
      <w:r>
        <w:rPr>
          <w:rFonts w:ascii="Georgia" w:hAnsi="Georgia"/>
          <w:sz w:val="21"/>
        </w:rPr>
        <w:t>“There is none righteous, not even one; There is none who understands, There is none who seeks for God; All have turned aside, together they have become worthless; There is none who does good, There is not even one... There is no fear of God before their eyes.”</w:t>
      </w:r>
    </w:p>
    <w:p w14:paraId="202DC21B" w14:textId="77777777" w:rsidR="00BB0E83" w:rsidRDefault="00000000">
      <w:pPr>
        <w:spacing w:before="20" w:after="260" w:line="240" w:lineRule="auto"/>
        <w:ind w:left="490"/>
      </w:pPr>
      <w:r>
        <w:rPr>
          <w:caps/>
          <w:color w:val="6B6964"/>
          <w:sz w:val="18"/>
        </w:rPr>
        <w:t>Romans 3:10–12, 18, LSB</w:t>
      </w:r>
    </w:p>
    <w:p w14:paraId="167C3F48" w14:textId="77777777" w:rsidR="00BB0E83" w:rsidRDefault="00000000">
      <w:r>
        <w:t>Paul is not saying every person is as wicked as he could possibly be every moment of the day. He is saying sin reaches every part of us. Our minds do not naturally understand God rightly. Our wills do not naturally seek Him. Our mouths, feet, and relationships show the damage. The root is that there is no fear of God before our eyes.</w:t>
      </w:r>
    </w:p>
    <w:p w14:paraId="37946CD9" w14:textId="77777777" w:rsidR="00BB0E83" w:rsidRDefault="00000000">
      <w:pPr>
        <w:keepLines/>
        <w:pBdr>
          <w:left w:val="single" w:sz="14" w:space="10" w:color="C9C6BE"/>
        </w:pBdr>
        <w:spacing w:before="220" w:after="40" w:line="302" w:lineRule="auto"/>
        <w:ind w:left="490" w:right="432"/>
      </w:pPr>
      <w:r>
        <w:rPr>
          <w:rFonts w:ascii="Georgia" w:hAnsi="Georgia"/>
          <w:sz w:val="21"/>
        </w:rPr>
        <w:t>“Now we know that whatever the Law says, it speaks to those who are under the Law, so that every mouth may be shut and all the world may become accountable to God; because by the works of the Law no flesh will be justified in His sight; for through the Law comes the knowledge of sin.”</w:t>
      </w:r>
    </w:p>
    <w:p w14:paraId="54208371" w14:textId="77777777" w:rsidR="00BB0E83" w:rsidRDefault="00000000">
      <w:pPr>
        <w:spacing w:before="20" w:after="260" w:line="240" w:lineRule="auto"/>
        <w:ind w:left="490"/>
      </w:pPr>
      <w:r>
        <w:rPr>
          <w:caps/>
          <w:color w:val="6B6964"/>
          <w:sz w:val="18"/>
        </w:rPr>
        <w:t>Romans 3:19–20, LSB</w:t>
      </w:r>
    </w:p>
    <w:p w14:paraId="7E5F723E" w14:textId="77777777" w:rsidR="00BB0E83" w:rsidRDefault="00000000">
      <w:r>
        <w:t>The law is a mirror and a measuring rod, not a ladder. A mirror can show dirt on your face; it cannot wash your face. A measuring rod can show that a board is crooked; it cannot make the board straight. The law tells us God’s standard and reveals our failure. It stops our mouths. It does not save us.</w:t>
      </w:r>
    </w:p>
    <w:p w14:paraId="2EAEBFD1" w14:textId="77777777" w:rsidR="00BB0E83" w:rsidRDefault="00000000">
      <w:r>
        <w:t xml:space="preserve">Then come two of the greatest words in the Bible: </w:t>
      </w:r>
      <w:r>
        <w:rPr>
          <w:b/>
        </w:rPr>
        <w:t>But now.</w:t>
      </w:r>
    </w:p>
    <w:p w14:paraId="0101822E" w14:textId="77777777" w:rsidR="00BB0E83" w:rsidRDefault="00000000">
      <w:pPr>
        <w:keepLines/>
        <w:pBdr>
          <w:left w:val="single" w:sz="14" w:space="10" w:color="C9C6BE"/>
        </w:pBdr>
        <w:spacing w:before="220" w:after="40" w:line="302" w:lineRule="auto"/>
        <w:ind w:left="490" w:right="432"/>
      </w:pPr>
      <w:r>
        <w:rPr>
          <w:rFonts w:ascii="Georgia" w:hAnsi="Georgia"/>
          <w:sz w:val="21"/>
        </w:rPr>
        <w:lastRenderedPageBreak/>
        <w:t>“But now apart from the Law the righteousness of God has been manifested, being witnessed by the Law and the Prophets, even the righteousness of God through faith in Jesus Christ for all those who believe... for all have sinned and fall short of the glory of God, being justified as a gift by His grace through the redemption which is in Christ Jesus.”</w:t>
      </w:r>
    </w:p>
    <w:p w14:paraId="31EBDC9A" w14:textId="77777777" w:rsidR="00BB0E83" w:rsidRDefault="00000000">
      <w:pPr>
        <w:spacing w:before="20" w:after="260" w:line="240" w:lineRule="auto"/>
        <w:ind w:left="490"/>
      </w:pPr>
      <w:r>
        <w:rPr>
          <w:caps/>
          <w:color w:val="6B6964"/>
          <w:sz w:val="18"/>
        </w:rPr>
        <w:t>Romans 3:21–24, LSB</w:t>
      </w:r>
    </w:p>
    <w:p w14:paraId="407ADB22" w14:textId="77777777" w:rsidR="00BB0E83" w:rsidRDefault="00000000">
      <w:r>
        <w:rPr>
          <w:b/>
        </w:rPr>
        <w:t>Redemption</w:t>
      </w:r>
      <w:r>
        <w:t xml:space="preserve"> translates </w:t>
      </w:r>
      <w:r>
        <w:rPr>
          <w:i/>
        </w:rPr>
        <w:t>apolutrōsis</w:t>
      </w:r>
      <w:r>
        <w:t xml:space="preserve">, meaning a price paid to buy someone out of slavery. We were not merely confused people in need of tips. We were slaves to sin, guilty before God, unable to free ourselves. Christ pays the price. Romans 3:25–26 brings us back to </w:t>
      </w:r>
      <w:r>
        <w:rPr>
          <w:i/>
        </w:rPr>
        <w:t>hilastērion</w:t>
      </w:r>
      <w:r>
        <w:t>, the mercy seat. God publicly displays Christ in His blood so He remains righteous while declaring the believer righteous. Therefore boasting is excluded: “a man is justified by faith apart from works of the Law” (Romans 3:28, LSB).</w:t>
      </w:r>
    </w:p>
    <w:p w14:paraId="44358EDD" w14:textId="77777777" w:rsidR="00BB0E83" w:rsidRDefault="00000000">
      <w:pPr>
        <w:keepNext/>
        <w:keepLines/>
        <w:spacing w:before="260" w:after="100" w:line="278" w:lineRule="auto"/>
      </w:pPr>
      <w:r>
        <w:rPr>
          <w:b/>
          <w:color w:val="1B474D"/>
        </w:rPr>
        <w:t>Romans 5: peace, love, and the two Adams</w:t>
      </w:r>
    </w:p>
    <w:p w14:paraId="55B69ED5" w14:textId="77777777" w:rsidR="00BB0E83" w:rsidRDefault="00000000">
      <w:pPr>
        <w:keepLines/>
        <w:pBdr>
          <w:left w:val="single" w:sz="14" w:space="10" w:color="C9C6BE"/>
        </w:pBdr>
        <w:spacing w:before="220" w:after="40" w:line="302" w:lineRule="auto"/>
        <w:ind w:left="490" w:right="432"/>
      </w:pPr>
      <w:r>
        <w:rPr>
          <w:rFonts w:ascii="Georgia" w:hAnsi="Georgia"/>
          <w:sz w:val="21"/>
        </w:rPr>
        <w:t>“Therefore, having been justified by faith, we have peace with God through our Lord Jesus Christ, through whom also we have obtained our introduction by faith into this grace in which we stand.”</w:t>
      </w:r>
    </w:p>
    <w:p w14:paraId="59F83675" w14:textId="77777777" w:rsidR="00BB0E83" w:rsidRDefault="00000000">
      <w:pPr>
        <w:spacing w:before="20" w:after="260" w:line="240" w:lineRule="auto"/>
        <w:ind w:left="490"/>
      </w:pPr>
      <w:r>
        <w:rPr>
          <w:caps/>
          <w:color w:val="6B6964"/>
          <w:sz w:val="18"/>
        </w:rPr>
        <w:t>Romans 5:1–2, LSB</w:t>
      </w:r>
    </w:p>
    <w:p w14:paraId="224E019E" w14:textId="77777777" w:rsidR="00BB0E83" w:rsidRDefault="00000000">
      <w:r>
        <w:t>“We have peace” is present tense. Not “we may have peace if we do well enough.” Not “we hope God stops being angry someday.” The war is over for everyone justified by faith. The verdict is settled.</w:t>
      </w:r>
    </w:p>
    <w:p w14:paraId="25A0DF72" w14:textId="77777777" w:rsidR="00BB0E83" w:rsidRDefault="00000000">
      <w:r>
        <w:t xml:space="preserve">Then Paul tells us what we were when Christ died for us: </w:t>
      </w:r>
      <w:r>
        <w:rPr>
          <w:b/>
        </w:rPr>
        <w:t>helpless, ungodly, sinners, enemies</w:t>
      </w:r>
      <w:r>
        <w:t xml:space="preserve"> (Romans 5:6–10). Christ did not wait for us to improve. He did not die for people who finally became worth saving.</w:t>
      </w:r>
    </w:p>
    <w:p w14:paraId="27A8D21C" w14:textId="77777777" w:rsidR="00BB0E83" w:rsidRDefault="00000000">
      <w:pPr>
        <w:keepLines/>
        <w:pBdr>
          <w:left w:val="single" w:sz="14" w:space="10" w:color="C9C6BE"/>
        </w:pBdr>
        <w:spacing w:before="220" w:after="40" w:line="302" w:lineRule="auto"/>
        <w:ind w:left="490" w:right="432"/>
      </w:pPr>
      <w:r>
        <w:rPr>
          <w:rFonts w:ascii="Georgia" w:hAnsi="Georgia"/>
          <w:sz w:val="21"/>
        </w:rPr>
        <w:t>“But God demonstrates His own love toward us, in that while we were yet sinners, Christ died for us.”</w:t>
      </w:r>
    </w:p>
    <w:p w14:paraId="129150C5" w14:textId="77777777" w:rsidR="00BB0E83" w:rsidRDefault="00000000">
      <w:pPr>
        <w:spacing w:before="20" w:after="260" w:line="240" w:lineRule="auto"/>
        <w:ind w:left="490"/>
      </w:pPr>
      <w:r>
        <w:rPr>
          <w:caps/>
          <w:color w:val="6B6964"/>
          <w:sz w:val="18"/>
        </w:rPr>
        <w:t>Romans 5:8, LSB</w:t>
      </w:r>
    </w:p>
    <w:p w14:paraId="6BD44BD0" w14:textId="77777777" w:rsidR="00BB0E83" w:rsidRDefault="00000000">
      <w:r>
        <w:t xml:space="preserve">Romans 5:12–21 gives the two Adams, already considered above. Here hear Paul’s repeated phrase: </w:t>
      </w:r>
      <w:r>
        <w:rPr>
          <w:b/>
        </w:rPr>
        <w:t>much more</w:t>
      </w:r>
      <w:r>
        <w:t>. Adam’s ruin is real, but Christ’s remedy is greater. “Where sin increased, grace abounded all the more” (Romans 5:20, LSB). Grace is not a thin patch over Adam’s failure. It is a greater, final, triumphant work.</w:t>
      </w:r>
    </w:p>
    <w:p w14:paraId="4A6D57E2" w14:textId="77777777" w:rsidR="00BB0E83" w:rsidRDefault="00000000">
      <w:pPr>
        <w:keepNext/>
        <w:keepLines/>
        <w:spacing w:before="260" w:after="100" w:line="278" w:lineRule="auto"/>
      </w:pPr>
      <w:r>
        <w:rPr>
          <w:b/>
          <w:color w:val="1B474D"/>
        </w:rPr>
        <w:t>Romans 8: no condemnation, and the groaning creation answered</w:t>
      </w:r>
    </w:p>
    <w:p w14:paraId="5FD1538A" w14:textId="77777777" w:rsidR="00BB0E83" w:rsidRDefault="00000000">
      <w:pPr>
        <w:keepLines/>
        <w:pBdr>
          <w:left w:val="single" w:sz="14" w:space="10" w:color="C9C6BE"/>
        </w:pBdr>
        <w:spacing w:before="220" w:after="40" w:line="302" w:lineRule="auto"/>
        <w:ind w:left="490" w:right="432"/>
      </w:pPr>
      <w:r>
        <w:rPr>
          <w:rFonts w:ascii="Georgia" w:hAnsi="Georgia"/>
          <w:sz w:val="21"/>
        </w:rPr>
        <w:t>“Therefore there is now no condemnation for those who are in Christ Jesus.”</w:t>
      </w:r>
    </w:p>
    <w:p w14:paraId="7C7EB82F" w14:textId="77777777" w:rsidR="00BB0E83" w:rsidRDefault="00000000">
      <w:pPr>
        <w:spacing w:before="20" w:after="260" w:line="240" w:lineRule="auto"/>
        <w:ind w:left="490"/>
      </w:pPr>
      <w:r>
        <w:rPr>
          <w:caps/>
          <w:color w:val="6B6964"/>
          <w:sz w:val="18"/>
        </w:rPr>
        <w:lastRenderedPageBreak/>
        <w:t>Romans 8:1, LSB</w:t>
      </w:r>
    </w:p>
    <w:p w14:paraId="246CE839" w14:textId="77777777" w:rsidR="00BB0E83" w:rsidRDefault="00000000">
      <w:r>
        <w:t>No condemnation does not mean no sin remains in the believer. It means sin no longer has the right to condemn the believer because Christ has borne its condemnation. Romans 8:3–4 says what the law could not do, weak as it was through the flesh, God did by sending His own Son as an offering for sin.</w:t>
      </w:r>
    </w:p>
    <w:p w14:paraId="0115A402" w14:textId="77777777" w:rsidR="00BB0E83" w:rsidRDefault="00000000">
      <w:pPr>
        <w:keepLines/>
        <w:pBdr>
          <w:left w:val="single" w:sz="14" w:space="10" w:color="C9C6BE"/>
        </w:pBdr>
        <w:spacing w:before="220" w:after="40" w:line="302" w:lineRule="auto"/>
        <w:ind w:left="490" w:right="432"/>
      </w:pPr>
      <w:r>
        <w:rPr>
          <w:rFonts w:ascii="Georgia" w:hAnsi="Georgia"/>
          <w:sz w:val="21"/>
        </w:rPr>
        <w:t>“But if the Spirit of Him who raised Jesus from the dead dwells in you, He who raised Christ Jesus from the dead will also give life to your mortal bodies through His Spirit who dwells in you.”</w:t>
      </w:r>
    </w:p>
    <w:p w14:paraId="36419746" w14:textId="77777777" w:rsidR="00BB0E83" w:rsidRDefault="00000000">
      <w:pPr>
        <w:spacing w:before="20" w:after="260" w:line="240" w:lineRule="auto"/>
        <w:ind w:left="490"/>
      </w:pPr>
      <w:r>
        <w:rPr>
          <w:caps/>
          <w:color w:val="6B6964"/>
          <w:sz w:val="18"/>
        </w:rPr>
        <w:t>Romans 8:11, LSB</w:t>
      </w:r>
    </w:p>
    <w:p w14:paraId="0D553B44" w14:textId="77777777" w:rsidR="00BB0E83" w:rsidRDefault="00000000">
      <w:r>
        <w:t>The God who breathed life into dust breathes life into the spiritually dead. Adam lay fully formed and completely dead until God breathed. So we are dead in sins until the Spirit gives life. And the same Spirit who gives spiritual life now will raise our mortal bodies then.</w:t>
      </w:r>
    </w:p>
    <w:p w14:paraId="19CF4EB0" w14:textId="77777777" w:rsidR="00BB0E83" w:rsidRDefault="00000000">
      <w:r>
        <w:t>We are not only forgiven servants. We are adopted children.</w:t>
      </w:r>
    </w:p>
    <w:p w14:paraId="410A6525" w14:textId="77777777" w:rsidR="00BB0E83" w:rsidRDefault="00000000">
      <w:pPr>
        <w:keepLines/>
        <w:pBdr>
          <w:left w:val="single" w:sz="14" w:space="10" w:color="C9C6BE"/>
        </w:pBdr>
        <w:spacing w:before="220" w:after="40" w:line="302" w:lineRule="auto"/>
        <w:ind w:left="490" w:right="432"/>
      </w:pPr>
      <w:r>
        <w:rPr>
          <w:rFonts w:ascii="Georgia" w:hAnsi="Georgia"/>
          <w:sz w:val="21"/>
        </w:rPr>
        <w:t>“For you have not received a spirit of slavery leading to fear again, but you have received the Spirit of adoption as sons by which we cry out, ‘Abba! Father!’ The Spirit Himself testifies with our spirit that we are children of God, and if children, also heirs.”</w:t>
      </w:r>
    </w:p>
    <w:p w14:paraId="46D7008D" w14:textId="77777777" w:rsidR="00BB0E83" w:rsidRDefault="00000000">
      <w:pPr>
        <w:spacing w:before="20" w:after="260" w:line="240" w:lineRule="auto"/>
        <w:ind w:left="490"/>
      </w:pPr>
      <w:r>
        <w:rPr>
          <w:caps/>
          <w:color w:val="6B6964"/>
          <w:sz w:val="18"/>
        </w:rPr>
        <w:t>Romans 8:15–17, LSB</w:t>
      </w:r>
    </w:p>
    <w:p w14:paraId="413CFF55" w14:textId="77777777" w:rsidR="00BB0E83" w:rsidRDefault="00000000">
      <w:r>
        <w:t>Then Paul resolves the groaning creation from Part Three.</w:t>
      </w:r>
    </w:p>
    <w:p w14:paraId="5C1C3F1D" w14:textId="77777777" w:rsidR="00BB0E83" w:rsidRDefault="00000000">
      <w:pPr>
        <w:keepLines/>
        <w:pBdr>
          <w:left w:val="single" w:sz="14" w:space="10" w:color="C9C6BE"/>
        </w:pBdr>
        <w:spacing w:before="220" w:after="40" w:line="302" w:lineRule="auto"/>
        <w:ind w:left="490" w:right="432"/>
      </w:pPr>
      <w:r>
        <w:rPr>
          <w:rFonts w:ascii="Georgia" w:hAnsi="Georgia"/>
          <w:sz w:val="21"/>
        </w:rPr>
        <w:t>“For the anxious longing of the creation eagerly waits for the revealing of the sons of God. For the creation was subjected to futility, not willingly, but because of Him who subjected it, in hope that the creation itself also will be set free from its slavery to corruption into the freedom of the glory of the children of God. For we know that the whole creation groans and suffers the pains of childbirth together until now.”</w:t>
      </w:r>
    </w:p>
    <w:p w14:paraId="42AE1034" w14:textId="77777777" w:rsidR="00BB0E83" w:rsidRDefault="00000000">
      <w:pPr>
        <w:spacing w:before="20" w:after="260" w:line="240" w:lineRule="auto"/>
        <w:ind w:left="490"/>
      </w:pPr>
      <w:r>
        <w:rPr>
          <w:caps/>
          <w:color w:val="6B6964"/>
          <w:sz w:val="18"/>
        </w:rPr>
        <w:t>Romans 8:19–22, LSB</w:t>
      </w:r>
    </w:p>
    <w:p w14:paraId="2AB07E79" w14:textId="77777777" w:rsidR="00BB0E83" w:rsidRDefault="00000000">
      <w:r>
        <w:t>Nature fights back because the ground was cursed because of man. Thorns, decay, death, frustration, storms, bodies wearing out: creation groans under the Fall. But creation’s groaning has a due date. The ground was cursed because of man, and the ground will be freed because of the Son of Man. Christ’s resurrection is the beginning of the new creation.</w:t>
      </w:r>
    </w:p>
    <w:p w14:paraId="4FF0AACB" w14:textId="77777777" w:rsidR="00BB0E83" w:rsidRDefault="00000000">
      <w:r>
        <w:t>Romans 8:28–30 gives what Christians call the golden chain: God foreknew, predestined, called, justified, and glorified His people. “Glorified” is in the past tense. It has not yet happened in our experience, but it is as good as done because God finishes what He begins.</w:t>
      </w:r>
    </w:p>
    <w:p w14:paraId="5ED5087C" w14:textId="77777777" w:rsidR="00BB0E83" w:rsidRDefault="00000000">
      <w:pPr>
        <w:keepLines/>
        <w:pBdr>
          <w:left w:val="single" w:sz="14" w:space="10" w:color="C9C6BE"/>
        </w:pBdr>
        <w:spacing w:before="220" w:after="40" w:line="302" w:lineRule="auto"/>
        <w:ind w:left="490" w:right="432"/>
      </w:pPr>
      <w:r>
        <w:rPr>
          <w:rFonts w:ascii="Georgia" w:hAnsi="Georgia"/>
          <w:sz w:val="21"/>
        </w:rPr>
        <w:lastRenderedPageBreak/>
        <w:t>“What then shall we say to these things? If God is for us, who is against us? He who indeed did not spare His own Son, but delivered Him over for us all, how will He not also with Him graciously give us all things? Who will bring a charge against God’s elect? God is the one who justifies; who is the one who condemns? Christ Jesus is He who died, yes, rather who was raised, who is at the right hand of God, who also intercedes for us.”</w:t>
      </w:r>
    </w:p>
    <w:p w14:paraId="2DB3559D" w14:textId="77777777" w:rsidR="00BB0E83" w:rsidRDefault="00000000">
      <w:pPr>
        <w:spacing w:before="20" w:after="260" w:line="240" w:lineRule="auto"/>
        <w:ind w:left="490"/>
      </w:pPr>
      <w:r>
        <w:rPr>
          <w:caps/>
          <w:color w:val="6B6964"/>
          <w:sz w:val="18"/>
        </w:rPr>
        <w:t>Romans 8:31–34, LSB</w:t>
      </w:r>
    </w:p>
    <w:p w14:paraId="53E83656" w14:textId="77777777" w:rsidR="00BB0E83" w:rsidRDefault="00000000">
      <w:pPr>
        <w:keepLines/>
        <w:pBdr>
          <w:left w:val="single" w:sz="14" w:space="10" w:color="C9C6BE"/>
        </w:pBdr>
        <w:spacing w:before="220" w:after="40" w:line="302" w:lineRule="auto"/>
        <w:ind w:left="490" w:right="432"/>
      </w:pPr>
      <w:r>
        <w:rPr>
          <w:rFonts w:ascii="Georgia" w:hAnsi="Georgia"/>
          <w:sz w:val="21"/>
        </w:rPr>
        <w:t>“Who will separate us from the love of Christ?... But in all these things we overwhelmingly conquer through Him who loved us. For I am convinced that neither death, nor life, nor angels, nor rulers, nor things present, nor things to come, nor powers, nor height, nor depth, nor any other created thing, will be able to separate us from the love of God which is in Christ Jesus our Lord.”</w:t>
      </w:r>
    </w:p>
    <w:p w14:paraId="0E7953F7" w14:textId="77777777" w:rsidR="00BB0E83" w:rsidRDefault="00000000">
      <w:pPr>
        <w:spacing w:before="20" w:after="260" w:line="240" w:lineRule="auto"/>
        <w:ind w:left="490"/>
      </w:pPr>
      <w:r>
        <w:rPr>
          <w:caps/>
          <w:color w:val="6B6964"/>
          <w:sz w:val="18"/>
        </w:rPr>
        <w:t>Romans 8:35, 37–39, LSB</w:t>
      </w:r>
    </w:p>
    <w:p w14:paraId="5F96F296" w14:textId="77777777" w:rsidR="00BB0E83" w:rsidRDefault="00000000">
      <w:r>
        <w:t>Nothing in all creation can separate Christ’s people from Christ’s love.</w:t>
      </w:r>
    </w:p>
    <w:p w14:paraId="3CE545C0" w14:textId="77777777" w:rsidR="00BB0E83" w:rsidRDefault="00000000">
      <w:pPr>
        <w:keepNext/>
        <w:keepLines/>
        <w:spacing w:before="260" w:after="100" w:line="278" w:lineRule="auto"/>
      </w:pPr>
      <w:r>
        <w:rPr>
          <w:b/>
          <w:color w:val="1B474D"/>
        </w:rPr>
        <w:t>Romans 9: the sovereign Potter and the clay</w:t>
      </w:r>
    </w:p>
    <w:p w14:paraId="42B1A7BF" w14:textId="77777777" w:rsidR="00BB0E83" w:rsidRDefault="00000000">
      <w:r>
        <w:t>Romans 9 handles the sovereignty of God in salvation. We should not flinch where Scripture does not flinch.</w:t>
      </w:r>
    </w:p>
    <w:p w14:paraId="347D31CA" w14:textId="77777777" w:rsidR="00BB0E83" w:rsidRDefault="00000000">
      <w:r>
        <w:t>Paul begins by explaining that God’s word has not failed even though many ethnic Israelites reject their Messiah.</w:t>
      </w:r>
    </w:p>
    <w:p w14:paraId="41EBDF56" w14:textId="77777777" w:rsidR="00BB0E83" w:rsidRDefault="00000000">
      <w:pPr>
        <w:keepLines/>
        <w:pBdr>
          <w:left w:val="single" w:sz="14" w:space="10" w:color="C9C6BE"/>
        </w:pBdr>
        <w:spacing w:before="220" w:after="40" w:line="302" w:lineRule="auto"/>
        <w:ind w:left="490" w:right="432"/>
      </w:pPr>
      <w:r>
        <w:rPr>
          <w:rFonts w:ascii="Georgia" w:hAnsi="Georgia"/>
          <w:sz w:val="21"/>
        </w:rPr>
        <w:t>“For they are not all Israel who are descended from Israel; nor are they all children because they are Abraham’s seed... ‘In Isaac your seed shall be called.’”</w:t>
      </w:r>
    </w:p>
    <w:p w14:paraId="10E3AEA0" w14:textId="77777777" w:rsidR="00BB0E83" w:rsidRDefault="00000000">
      <w:pPr>
        <w:spacing w:before="20" w:after="260" w:line="240" w:lineRule="auto"/>
        <w:ind w:left="490"/>
      </w:pPr>
      <w:r>
        <w:rPr>
          <w:caps/>
          <w:color w:val="6B6964"/>
          <w:sz w:val="18"/>
        </w:rPr>
        <w:t>Romans 9:6–7, LSB</w:t>
      </w:r>
    </w:p>
    <w:p w14:paraId="09AEF570" w14:textId="77777777" w:rsidR="00BB0E83" w:rsidRDefault="00000000">
      <w:r>
        <w:t>The promise runs through Isaac, not Ishmael; then through Jacob, not Esau. Before the twins had done anything good or bad, God says His purpose of election stands “not because of works but because of Him who calls” (Romans 9:11–13).</w:t>
      </w:r>
    </w:p>
    <w:p w14:paraId="180A7DD7" w14:textId="77777777" w:rsidR="00BB0E83" w:rsidRDefault="00000000">
      <w:r>
        <w:t>Then Paul answers the objection.</w:t>
      </w:r>
    </w:p>
    <w:p w14:paraId="658A64C4" w14:textId="77777777" w:rsidR="00BB0E83" w:rsidRDefault="00000000">
      <w:pPr>
        <w:keepLines/>
        <w:pBdr>
          <w:left w:val="single" w:sz="14" w:space="10" w:color="C9C6BE"/>
        </w:pBdr>
        <w:spacing w:before="220" w:after="40" w:line="302" w:lineRule="auto"/>
        <w:ind w:left="490" w:right="432"/>
      </w:pPr>
      <w:r>
        <w:rPr>
          <w:rFonts w:ascii="Georgia" w:hAnsi="Georgia"/>
          <w:sz w:val="21"/>
        </w:rPr>
        <w:t>“What shall we say then? Is there injustice with God? May it never be! For He says to Moses, ‘I WILL HAVE MERCY ON WHOM I HAVE MERCY, AND I WILL HAVE COMPASSION ON WHOM I HAVE COMPASSION.’ So then it does not depend on the one who wills or the one who runs, but on God who has mercy.”</w:t>
      </w:r>
    </w:p>
    <w:p w14:paraId="09488DDF" w14:textId="77777777" w:rsidR="00BB0E83" w:rsidRDefault="00000000">
      <w:pPr>
        <w:spacing w:before="20" w:after="260" w:line="240" w:lineRule="auto"/>
        <w:ind w:left="490"/>
      </w:pPr>
      <w:r>
        <w:rPr>
          <w:caps/>
          <w:color w:val="6B6964"/>
          <w:sz w:val="18"/>
        </w:rPr>
        <w:t>Romans 9:14–16, LSB</w:t>
      </w:r>
    </w:p>
    <w:p w14:paraId="3F774F3F" w14:textId="77777777" w:rsidR="00BB0E83" w:rsidRDefault="00000000">
      <w:r>
        <w:t xml:space="preserve">Election means God chooses to save sinners by His mercy, not because He sees something in them that earns His choice. This is not cruelty. No one gets less than justice. Some receive </w:t>
      </w:r>
      <w:r>
        <w:lastRenderedPageBreak/>
        <w:t>mercy they never earned. The real question is not, “Why does God save some?” The real question is, “Why does God save any?”</w:t>
      </w:r>
    </w:p>
    <w:p w14:paraId="5F27F64E" w14:textId="77777777" w:rsidR="00BB0E83" w:rsidRDefault="00000000">
      <w:r>
        <w:t>Paul brings up Pharaoh. God hardens a hard man and displays His power in him (Romans 9:17–18). Then comes the potter and the clay.</w:t>
      </w:r>
    </w:p>
    <w:p w14:paraId="1B21070C" w14:textId="77777777" w:rsidR="00BB0E83" w:rsidRDefault="00000000">
      <w:pPr>
        <w:keepLines/>
        <w:pBdr>
          <w:left w:val="single" w:sz="14" w:space="10" w:color="C9C6BE"/>
        </w:pBdr>
        <w:spacing w:before="220" w:after="40" w:line="302" w:lineRule="auto"/>
        <w:ind w:left="490" w:right="432"/>
      </w:pPr>
      <w:r>
        <w:rPr>
          <w:rFonts w:ascii="Georgia" w:hAnsi="Georgia"/>
          <w:sz w:val="21"/>
        </w:rPr>
        <w:t>“On the contrary, who are you, O man, who answers back to God? Will the thing formed say to the one who formed it, ‘Why did you make me like this’? Or does not the potter have authority over the clay, to make from the same lump one vessel for honorable use and another for dishonorable use?”</w:t>
      </w:r>
    </w:p>
    <w:p w14:paraId="5D1822BC" w14:textId="77777777" w:rsidR="00BB0E83" w:rsidRDefault="00000000">
      <w:pPr>
        <w:spacing w:before="20" w:after="260" w:line="240" w:lineRule="auto"/>
        <w:ind w:left="490"/>
      </w:pPr>
      <w:r>
        <w:rPr>
          <w:caps/>
          <w:color w:val="6B6964"/>
          <w:sz w:val="18"/>
        </w:rPr>
        <w:t>Romans 9:20–21, LSB</w:t>
      </w:r>
    </w:p>
    <w:p w14:paraId="01F97C2A" w14:textId="77777777" w:rsidR="00BB0E83" w:rsidRDefault="00000000">
      <w:r>
        <w:t xml:space="preserve">Go back to Part One. The Hebrew word </w:t>
      </w:r>
      <w:r>
        <w:rPr>
          <w:i/>
        </w:rPr>
        <w:t>vayyitser</w:t>
      </w:r>
      <w:r>
        <w:t xml:space="preserve"> described God forming Adam from the ground as a potter fashions clay. Here Paul brings that image back with force. The clay that was shaped from the ground now argues with the hands that shaped it. “Will the thing formed say to him who formed it, why did you make me like this?”</w:t>
      </w:r>
    </w:p>
    <w:p w14:paraId="5B1D0004" w14:textId="77777777" w:rsidR="00BB0E83" w:rsidRDefault="00000000">
      <w:r>
        <w:t>We are not God’s advisers. We are dust made alive by His breath. That truth humbles us, but it also gives hope. If salvation depended on the clay making itself alive, none would be saved. The Potter has mercy.</w:t>
      </w:r>
    </w:p>
    <w:p w14:paraId="02969278" w14:textId="77777777" w:rsidR="00BB0E83" w:rsidRDefault="00000000">
      <w:r>
        <w:t>Romans 9 closes by showing Israel’s stumble. They pursued righteousness as though it came by works, and they stumbled over the stone God placed in Zion. The problem is not that they cared about righteousness. The problem is that they wanted a righteousness they could establish.</w:t>
      </w:r>
    </w:p>
    <w:p w14:paraId="657DB71F" w14:textId="77777777" w:rsidR="00BB0E83" w:rsidRDefault="00000000">
      <w:pPr>
        <w:keepNext/>
        <w:keepLines/>
        <w:spacing w:before="260" w:after="100" w:line="278" w:lineRule="auto"/>
      </w:pPr>
      <w:r>
        <w:rPr>
          <w:b/>
          <w:color w:val="1B474D"/>
        </w:rPr>
        <w:t>Romans 10: the call and the means God uses</w:t>
      </w:r>
    </w:p>
    <w:p w14:paraId="22E6FC94" w14:textId="77777777" w:rsidR="00BB0E83" w:rsidRDefault="00000000">
      <w:r>
        <w:t>Romans 10 makes clear that God’s sovereignty does not make preaching unnecessary. It makes preaching meaningful. God ordains the end, salvation, and the means, the gospel proclaimed and heard.</w:t>
      </w:r>
    </w:p>
    <w:p w14:paraId="12747BDB" w14:textId="77777777" w:rsidR="00BB0E83" w:rsidRDefault="00000000">
      <w:r>
        <w:t>Paul grieves for Israel because they have zeal without knowledge.</w:t>
      </w:r>
    </w:p>
    <w:p w14:paraId="19C03BFB" w14:textId="77777777" w:rsidR="00BB0E83" w:rsidRDefault="00000000">
      <w:pPr>
        <w:keepLines/>
        <w:pBdr>
          <w:left w:val="single" w:sz="14" w:space="10" w:color="C9C6BE"/>
        </w:pBdr>
        <w:spacing w:before="220" w:after="40" w:line="302" w:lineRule="auto"/>
        <w:ind w:left="490" w:right="432"/>
      </w:pPr>
      <w:r>
        <w:rPr>
          <w:rFonts w:ascii="Georgia" w:hAnsi="Georgia"/>
          <w:sz w:val="21"/>
        </w:rPr>
        <w:t>“For I testify about them that they have a zeal for God, but not according to knowledge. For not knowing about God’s righteousness and seeking to establish their own, they did not subject themselves to the righteousness of God. For Christ is the end of the law for righteousness to everyone who believes.”</w:t>
      </w:r>
    </w:p>
    <w:p w14:paraId="7EC9C13B" w14:textId="77777777" w:rsidR="00BB0E83" w:rsidRDefault="00000000">
      <w:pPr>
        <w:spacing w:before="20" w:after="260" w:line="240" w:lineRule="auto"/>
        <w:ind w:left="490"/>
      </w:pPr>
      <w:r>
        <w:rPr>
          <w:caps/>
          <w:color w:val="6B6964"/>
          <w:sz w:val="18"/>
        </w:rPr>
        <w:t>Romans 10:2–4, LSB</w:t>
      </w:r>
    </w:p>
    <w:p w14:paraId="1D06E55A" w14:textId="77777777" w:rsidR="00BB0E83" w:rsidRDefault="00000000">
      <w:r>
        <w:lastRenderedPageBreak/>
        <w:t>This is Eve’s old sin in religious dress: wanting a righteousness and wisdom of one’s own. A man can be very serious about religion and still refuse to submit to God’s righteousness.</w:t>
      </w:r>
    </w:p>
    <w:p w14:paraId="2C997D58" w14:textId="77777777" w:rsidR="00BB0E83" w:rsidRDefault="00000000">
      <w:pPr>
        <w:keepLines/>
        <w:pBdr>
          <w:left w:val="single" w:sz="14" w:space="10" w:color="C9C6BE"/>
        </w:pBdr>
        <w:spacing w:before="220" w:after="40" w:line="302" w:lineRule="auto"/>
        <w:ind w:left="490" w:right="432"/>
      </w:pPr>
      <w:r>
        <w:rPr>
          <w:rFonts w:ascii="Georgia" w:hAnsi="Georgia"/>
          <w:sz w:val="21"/>
        </w:rPr>
        <w:t>“That if you confess with your mouth Jesus as Lord, and believe in your heart that God raised Him from the dead, you will be saved; for with the heart a person believes, leading to righteousness, and with the mouth he confesses, leading to salvation... for ‘WHOEVER WILL CALL ON THE NAME OF THE LORD WILL BE SAVED.’”</w:t>
      </w:r>
    </w:p>
    <w:p w14:paraId="176A7608" w14:textId="77777777" w:rsidR="00BB0E83" w:rsidRDefault="00000000">
      <w:pPr>
        <w:spacing w:before="20" w:after="260" w:line="240" w:lineRule="auto"/>
        <w:ind w:left="490"/>
      </w:pPr>
      <w:r>
        <w:rPr>
          <w:caps/>
          <w:color w:val="6B6964"/>
          <w:sz w:val="18"/>
        </w:rPr>
        <w:t>Romans 10:9–10, 13, LSB</w:t>
      </w:r>
    </w:p>
    <w:p w14:paraId="6A3EDB4F" w14:textId="77777777" w:rsidR="00BB0E83" w:rsidRDefault="00000000">
      <w:r>
        <w:t>Then Paul asks how people can call on a Christ they have not heard.</w:t>
      </w:r>
    </w:p>
    <w:p w14:paraId="08704DB4" w14:textId="77777777" w:rsidR="00BB0E83" w:rsidRDefault="00000000">
      <w:pPr>
        <w:keepLines/>
        <w:pBdr>
          <w:left w:val="single" w:sz="14" w:space="10" w:color="C9C6BE"/>
        </w:pBdr>
        <w:spacing w:before="220" w:after="40" w:line="302" w:lineRule="auto"/>
        <w:ind w:left="490" w:right="432"/>
      </w:pPr>
      <w:r>
        <w:rPr>
          <w:rFonts w:ascii="Georgia" w:hAnsi="Georgia"/>
          <w:sz w:val="21"/>
        </w:rPr>
        <w:t>“How then will they call on Him in whom they have not believed? How will they believe in Him whom they have not heard? And how will they hear without a preacher? How will they preach unless they are sent? Just as it is written, ‘HOW BEAUTIFUL ARE THE FEET OF THOSE WHO PROCLAIM GOOD NEWS OF GOOD THINGS!’”</w:t>
      </w:r>
    </w:p>
    <w:p w14:paraId="5761AA5C" w14:textId="77777777" w:rsidR="00BB0E83" w:rsidRDefault="00000000">
      <w:pPr>
        <w:spacing w:before="20" w:after="260" w:line="240" w:lineRule="auto"/>
        <w:ind w:left="490"/>
      </w:pPr>
      <w:r>
        <w:rPr>
          <w:caps/>
          <w:color w:val="6B6964"/>
          <w:sz w:val="18"/>
        </w:rPr>
        <w:t>Romans 10:14–15, LSB</w:t>
      </w:r>
    </w:p>
    <w:p w14:paraId="58D17F8F" w14:textId="77777777" w:rsidR="00BB0E83" w:rsidRDefault="00000000">
      <w:pPr>
        <w:keepLines/>
        <w:pBdr>
          <w:left w:val="single" w:sz="14" w:space="10" w:color="C9C6BE"/>
        </w:pBdr>
        <w:spacing w:before="220" w:after="40" w:line="302" w:lineRule="auto"/>
        <w:ind w:left="490" w:right="432"/>
      </w:pPr>
      <w:r>
        <w:rPr>
          <w:rFonts w:ascii="Georgia" w:hAnsi="Georgia"/>
          <w:sz w:val="21"/>
        </w:rPr>
        <w:t>“So faith comes from hearing, and hearing by the word of Christ.”</w:t>
      </w:r>
    </w:p>
    <w:p w14:paraId="78177F9D" w14:textId="77777777" w:rsidR="00BB0E83" w:rsidRDefault="00000000">
      <w:pPr>
        <w:spacing w:before="20" w:after="260" w:line="240" w:lineRule="auto"/>
        <w:ind w:left="490"/>
      </w:pPr>
      <w:r>
        <w:rPr>
          <w:caps/>
          <w:color w:val="6B6964"/>
          <w:sz w:val="18"/>
        </w:rPr>
        <w:t>Romans 10:17, LSB</w:t>
      </w:r>
    </w:p>
    <w:p w14:paraId="3887B51A" w14:textId="77777777" w:rsidR="00BB0E83" w:rsidRDefault="00000000">
      <w:r>
        <w:t>The Fall began with a creature listening to the wrong voice about God’s word. Salvation comes by hearing the right word about God’s Son. The serpent asked, “Has God said?” The preacher announces, “Christ has died. Christ has risen. Christ is Lord. Repent and believe.”</w:t>
      </w:r>
    </w:p>
    <w:p w14:paraId="493B8514" w14:textId="77777777" w:rsidR="00BB0E83" w:rsidRDefault="00000000">
      <w:pPr>
        <w:keepNext/>
        <w:keepLines/>
        <w:spacing w:before="260" w:after="100" w:line="278" w:lineRule="auto"/>
      </w:pPr>
      <w:r>
        <w:rPr>
          <w:b/>
          <w:color w:val="1B474D"/>
        </w:rPr>
        <w:t>A clean gospel appeal</w:t>
      </w:r>
    </w:p>
    <w:p w14:paraId="0B6D39EB" w14:textId="77777777" w:rsidR="00BB0E83" w:rsidRDefault="00000000">
      <w:r>
        <w:t>You are not being asked to make yourself worthy. You cannot. You are not being asked to hide better, work harder, or say a formula that forces God to accept you. Do not trust a prayer you repeated if your trust is not in Christ.</w:t>
      </w:r>
    </w:p>
    <w:p w14:paraId="7853A431" w14:textId="77777777" w:rsidR="00BB0E83" w:rsidRDefault="00000000">
      <w:r>
        <w:t xml:space="preserve">God commands you to </w:t>
      </w:r>
      <w:r>
        <w:rPr>
          <w:b/>
        </w:rPr>
        <w:t>repent and believe</w:t>
      </w:r>
      <w:r>
        <w:t>. Repent means turn. Turn from sin, self-rule, fig leaves, excuses, and the old lie that you can be your own god. Believe means trust Christ: His righteous life, His atoning death, His resurrection, and His promise to save everyone who comes to Him.</w:t>
      </w:r>
    </w:p>
    <w:p w14:paraId="3BCED201" w14:textId="77777777" w:rsidR="00BB0E83" w:rsidRDefault="00000000">
      <w:r>
        <w:t>This is the same structure as the Edenic covenant from Part One: a command from God, a promise of blessing for obedience, and a consequence for refusal. God says repent and believe. He promises life in His Son. He warns that refusing the Son leaves a person under judgment.</w:t>
      </w:r>
    </w:p>
    <w:p w14:paraId="085B40EA" w14:textId="77777777" w:rsidR="00BB0E83" w:rsidRDefault="00000000">
      <w:r>
        <w:t>Come honestly. Stop blaming. Stop hiding. Call on the name of the Lord.</w:t>
      </w:r>
    </w:p>
    <w:p w14:paraId="2FD60E9A" w14:textId="77777777" w:rsidR="00BB0E83" w:rsidRDefault="00000000">
      <w:pPr>
        <w:keepNext/>
        <w:keepLines/>
        <w:spacing w:before="380" w:after="140" w:line="274" w:lineRule="auto"/>
      </w:pPr>
      <w:r>
        <w:rPr>
          <w:rFonts w:ascii="Georgia" w:hAnsi="Georgia"/>
          <w:b/>
          <w:color w:val="1B474D"/>
          <w:sz w:val="29"/>
        </w:rPr>
        <w:lastRenderedPageBreak/>
        <w:t>Justification: the verdict is already rendered</w:t>
      </w:r>
    </w:p>
    <w:p w14:paraId="41FAE943" w14:textId="77777777" w:rsidR="00BB0E83" w:rsidRDefault="00000000">
      <w:r>
        <w:rPr>
          <w:b/>
        </w:rPr>
        <w:t>Justification</w:t>
      </w:r>
      <w:r>
        <w:t xml:space="preserve"> is a legal declaration, not a medical procedure. God declares the guilty righteous. He does not first make us gradually better and then decide we finally qualify for acceptance. He declares us righteous at once, on the basis of someone else’s record: Christ’s perfect righteousness credited to us.</w:t>
      </w:r>
    </w:p>
    <w:p w14:paraId="51D37579" w14:textId="77777777" w:rsidR="00BB0E83" w:rsidRDefault="00000000">
      <w:r>
        <w:t>That does not mean God ignores our actual sin. It means Christ has borne it, and His righteousness has been counted to us. The Judge gives the verdict because the substitute has paid the penalty.</w:t>
      </w:r>
    </w:p>
    <w:tbl>
      <w:tblPr>
        <w:tblStyle w:val="TableGrid"/>
        <w:tblW w:w="0" w:type="auto"/>
        <w:tblLook w:val="04A0" w:firstRow="1" w:lastRow="0" w:firstColumn="1" w:lastColumn="0" w:noHBand="0" w:noVBand="1"/>
      </w:tblPr>
      <w:tblGrid>
        <w:gridCol w:w="2232"/>
        <w:gridCol w:w="2232"/>
        <w:gridCol w:w="2232"/>
        <w:gridCol w:w="2232"/>
      </w:tblGrid>
      <w:tr w:rsidR="00BB0E83" w14:paraId="01250033" w14:textId="77777777">
        <w:tc>
          <w:tcPr>
            <w:tcW w:w="2232" w:type="dxa"/>
            <w:shd w:val="clear" w:color="auto" w:fill="1B474D"/>
          </w:tcPr>
          <w:p w14:paraId="384E7D65" w14:textId="77777777" w:rsidR="00BB0E83" w:rsidRDefault="00000000">
            <w:pPr>
              <w:spacing w:before="80" w:after="80" w:line="278" w:lineRule="auto"/>
            </w:pPr>
            <w:r>
              <w:rPr>
                <w:b/>
                <w:color w:val="FFFFFF"/>
                <w:sz w:val="19"/>
              </w:rPr>
              <w:t>Word</w:t>
            </w:r>
          </w:p>
        </w:tc>
        <w:tc>
          <w:tcPr>
            <w:tcW w:w="2232" w:type="dxa"/>
            <w:shd w:val="clear" w:color="auto" w:fill="1B474D"/>
          </w:tcPr>
          <w:p w14:paraId="362D6EBF" w14:textId="77777777" w:rsidR="00BB0E83" w:rsidRDefault="00000000">
            <w:pPr>
              <w:spacing w:before="80" w:after="80" w:line="278" w:lineRule="auto"/>
            </w:pPr>
            <w:r>
              <w:rPr>
                <w:b/>
                <w:color w:val="FFFFFF"/>
                <w:sz w:val="19"/>
              </w:rPr>
              <w:t>What it means</w:t>
            </w:r>
          </w:p>
        </w:tc>
        <w:tc>
          <w:tcPr>
            <w:tcW w:w="2232" w:type="dxa"/>
            <w:shd w:val="clear" w:color="auto" w:fill="1B474D"/>
          </w:tcPr>
          <w:p w14:paraId="07FE742D" w14:textId="77777777" w:rsidR="00BB0E83" w:rsidRDefault="00000000">
            <w:pPr>
              <w:spacing w:before="80" w:after="80" w:line="278" w:lineRule="auto"/>
            </w:pPr>
            <w:r>
              <w:rPr>
                <w:b/>
                <w:color w:val="FFFFFF"/>
                <w:sz w:val="19"/>
              </w:rPr>
              <w:t>When it happens</w:t>
            </w:r>
          </w:p>
        </w:tc>
        <w:tc>
          <w:tcPr>
            <w:tcW w:w="2232" w:type="dxa"/>
            <w:shd w:val="clear" w:color="auto" w:fill="1B474D"/>
          </w:tcPr>
          <w:p w14:paraId="47BB8D35" w14:textId="77777777" w:rsidR="00BB0E83" w:rsidRDefault="00000000">
            <w:pPr>
              <w:spacing w:before="80" w:after="80" w:line="278" w:lineRule="auto"/>
            </w:pPr>
            <w:r>
              <w:rPr>
                <w:b/>
                <w:color w:val="FFFFFF"/>
                <w:sz w:val="19"/>
              </w:rPr>
              <w:t>Plain picture</w:t>
            </w:r>
          </w:p>
        </w:tc>
      </w:tr>
      <w:tr w:rsidR="00BB0E83" w14:paraId="5F8055B6" w14:textId="77777777">
        <w:tc>
          <w:tcPr>
            <w:tcW w:w="2232" w:type="dxa"/>
          </w:tcPr>
          <w:p w14:paraId="0385651F" w14:textId="77777777" w:rsidR="00BB0E83" w:rsidRDefault="00000000">
            <w:pPr>
              <w:spacing w:before="80" w:after="80" w:line="288" w:lineRule="auto"/>
            </w:pPr>
            <w:r>
              <w:rPr>
                <w:b/>
                <w:sz w:val="19"/>
              </w:rPr>
              <w:t>Regeneration</w:t>
            </w:r>
          </w:p>
        </w:tc>
        <w:tc>
          <w:tcPr>
            <w:tcW w:w="2232" w:type="dxa"/>
          </w:tcPr>
          <w:p w14:paraId="2F84F968" w14:textId="77777777" w:rsidR="00BB0E83" w:rsidRDefault="00000000">
            <w:pPr>
              <w:spacing w:before="80" w:after="80" w:line="288" w:lineRule="auto"/>
            </w:pPr>
            <w:r>
              <w:rPr>
                <w:sz w:val="19"/>
              </w:rPr>
              <w:t>God makes a spiritually dead sinner alive</w:t>
            </w:r>
          </w:p>
        </w:tc>
        <w:tc>
          <w:tcPr>
            <w:tcW w:w="2232" w:type="dxa"/>
          </w:tcPr>
          <w:p w14:paraId="1B60D106" w14:textId="77777777" w:rsidR="00BB0E83" w:rsidRDefault="00000000">
            <w:pPr>
              <w:spacing w:before="80" w:after="80" w:line="288" w:lineRule="auto"/>
            </w:pPr>
            <w:r>
              <w:rPr>
                <w:sz w:val="19"/>
              </w:rPr>
              <w:t>At conversion</w:t>
            </w:r>
          </w:p>
        </w:tc>
        <w:tc>
          <w:tcPr>
            <w:tcW w:w="2232" w:type="dxa"/>
          </w:tcPr>
          <w:p w14:paraId="6C3F9D3E" w14:textId="77777777" w:rsidR="00BB0E83" w:rsidRDefault="00000000">
            <w:pPr>
              <w:spacing w:before="80" w:after="80" w:line="288" w:lineRule="auto"/>
            </w:pPr>
            <w:r>
              <w:rPr>
                <w:sz w:val="19"/>
              </w:rPr>
              <w:t>God breathes life into dead dust.</w:t>
            </w:r>
          </w:p>
        </w:tc>
      </w:tr>
      <w:tr w:rsidR="00BB0E83" w14:paraId="28F868E8" w14:textId="77777777">
        <w:tc>
          <w:tcPr>
            <w:tcW w:w="2232" w:type="dxa"/>
          </w:tcPr>
          <w:p w14:paraId="596504DA" w14:textId="77777777" w:rsidR="00BB0E83" w:rsidRDefault="00000000">
            <w:pPr>
              <w:spacing w:before="80" w:after="80" w:line="288" w:lineRule="auto"/>
            </w:pPr>
            <w:r>
              <w:rPr>
                <w:b/>
                <w:sz w:val="19"/>
              </w:rPr>
              <w:t>Justification</w:t>
            </w:r>
          </w:p>
        </w:tc>
        <w:tc>
          <w:tcPr>
            <w:tcW w:w="2232" w:type="dxa"/>
          </w:tcPr>
          <w:p w14:paraId="137801F4" w14:textId="77777777" w:rsidR="00BB0E83" w:rsidRDefault="00000000">
            <w:pPr>
              <w:spacing w:before="80" w:after="80" w:line="288" w:lineRule="auto"/>
            </w:pPr>
            <w:r>
              <w:rPr>
                <w:sz w:val="19"/>
              </w:rPr>
              <w:t>God declares the believer righteous in Christ</w:t>
            </w:r>
          </w:p>
        </w:tc>
        <w:tc>
          <w:tcPr>
            <w:tcW w:w="2232" w:type="dxa"/>
          </w:tcPr>
          <w:p w14:paraId="7DEFB08C" w14:textId="77777777" w:rsidR="00BB0E83" w:rsidRDefault="00000000">
            <w:pPr>
              <w:spacing w:before="80" w:after="80" w:line="288" w:lineRule="auto"/>
            </w:pPr>
            <w:r>
              <w:rPr>
                <w:sz w:val="19"/>
              </w:rPr>
              <w:t>At conversion</w:t>
            </w:r>
          </w:p>
        </w:tc>
        <w:tc>
          <w:tcPr>
            <w:tcW w:w="2232" w:type="dxa"/>
          </w:tcPr>
          <w:p w14:paraId="6F54F2ED" w14:textId="77777777" w:rsidR="00BB0E83" w:rsidRDefault="00000000">
            <w:pPr>
              <w:spacing w:before="80" w:after="80" w:line="288" w:lineRule="auto"/>
            </w:pPr>
            <w:r>
              <w:rPr>
                <w:sz w:val="19"/>
              </w:rPr>
              <w:t>The Judge announces a final acquittal because Christ’s record is credited to you.</w:t>
            </w:r>
          </w:p>
        </w:tc>
      </w:tr>
      <w:tr w:rsidR="00BB0E83" w14:paraId="6B8EA465" w14:textId="77777777">
        <w:tc>
          <w:tcPr>
            <w:tcW w:w="2232" w:type="dxa"/>
          </w:tcPr>
          <w:p w14:paraId="5CDD5B08" w14:textId="77777777" w:rsidR="00BB0E83" w:rsidRDefault="00000000">
            <w:pPr>
              <w:spacing w:before="80" w:after="80" w:line="288" w:lineRule="auto"/>
            </w:pPr>
            <w:r>
              <w:rPr>
                <w:b/>
                <w:sz w:val="19"/>
              </w:rPr>
              <w:t>Sanctification</w:t>
            </w:r>
          </w:p>
        </w:tc>
        <w:tc>
          <w:tcPr>
            <w:tcW w:w="2232" w:type="dxa"/>
          </w:tcPr>
          <w:p w14:paraId="32FA1813" w14:textId="77777777" w:rsidR="00BB0E83" w:rsidRDefault="00000000">
            <w:pPr>
              <w:spacing w:before="80" w:after="80" w:line="288" w:lineRule="auto"/>
            </w:pPr>
            <w:r>
              <w:rPr>
                <w:sz w:val="19"/>
              </w:rPr>
              <w:t>God gradually makes the believer more holy in daily life</w:t>
            </w:r>
          </w:p>
        </w:tc>
        <w:tc>
          <w:tcPr>
            <w:tcW w:w="2232" w:type="dxa"/>
          </w:tcPr>
          <w:p w14:paraId="3F7A6665" w14:textId="77777777" w:rsidR="00BB0E83" w:rsidRDefault="00000000">
            <w:pPr>
              <w:spacing w:before="80" w:after="80" w:line="288" w:lineRule="auto"/>
            </w:pPr>
            <w:r>
              <w:rPr>
                <w:sz w:val="19"/>
              </w:rPr>
              <w:t>Throughout the Christian life</w:t>
            </w:r>
          </w:p>
        </w:tc>
        <w:tc>
          <w:tcPr>
            <w:tcW w:w="2232" w:type="dxa"/>
          </w:tcPr>
          <w:p w14:paraId="55B71432" w14:textId="77777777" w:rsidR="00BB0E83" w:rsidRDefault="00000000">
            <w:pPr>
              <w:spacing w:before="80" w:after="80" w:line="288" w:lineRule="auto"/>
            </w:pPr>
            <w:r>
              <w:rPr>
                <w:sz w:val="19"/>
              </w:rPr>
              <w:t>The Father trains His adopted child to live like the family.</w:t>
            </w:r>
          </w:p>
        </w:tc>
      </w:tr>
    </w:tbl>
    <w:p w14:paraId="5A45958D" w14:textId="77777777" w:rsidR="00BB0E83" w:rsidRDefault="00BB0E83">
      <w:pPr>
        <w:spacing w:after="240"/>
      </w:pPr>
    </w:p>
    <w:p w14:paraId="3A871A90" w14:textId="77777777" w:rsidR="00BB0E83" w:rsidRDefault="00000000">
      <w:r>
        <w:t xml:space="preserve">The Greek word </w:t>
      </w:r>
      <w:r>
        <w:rPr>
          <w:i/>
        </w:rPr>
        <w:t>dikaioō</w:t>
      </w:r>
      <w:r>
        <w:t xml:space="preserve"> means “to declare righteous” in a courtroom sense, not “to make righteous” as a process. We know this because Scripture can speak of </w:t>
      </w:r>
      <w:r>
        <w:rPr>
          <w:b/>
        </w:rPr>
        <w:t>God</w:t>
      </w:r>
      <w:r>
        <w:t xml:space="preserve"> being justified.</w:t>
      </w:r>
    </w:p>
    <w:p w14:paraId="6C12E612" w14:textId="77777777" w:rsidR="00BB0E83" w:rsidRDefault="00000000">
      <w:pPr>
        <w:keepLines/>
        <w:pBdr>
          <w:left w:val="single" w:sz="14" w:space="10" w:color="C9C6BE"/>
        </w:pBdr>
        <w:spacing w:before="220" w:after="40" w:line="302" w:lineRule="auto"/>
        <w:ind w:left="490" w:right="432"/>
      </w:pPr>
      <w:r>
        <w:rPr>
          <w:rFonts w:ascii="Georgia" w:hAnsi="Georgia"/>
          <w:sz w:val="21"/>
        </w:rPr>
        <w:t>“And when all the people and the tax collectors heard this, they justified God, having been baptized with the baptism of John.”</w:t>
      </w:r>
    </w:p>
    <w:p w14:paraId="2C111FA0" w14:textId="77777777" w:rsidR="00BB0E83" w:rsidRDefault="00000000">
      <w:pPr>
        <w:spacing w:before="20" w:after="260" w:line="240" w:lineRule="auto"/>
        <w:ind w:left="490"/>
      </w:pPr>
      <w:r>
        <w:rPr>
          <w:caps/>
          <w:color w:val="6B6964"/>
          <w:sz w:val="18"/>
        </w:rPr>
        <w:t>Luke 7:29, LSB</w:t>
      </w:r>
    </w:p>
    <w:p w14:paraId="27F703EF" w14:textId="77777777" w:rsidR="00BB0E83" w:rsidRDefault="00000000">
      <w:pPr>
        <w:keepLines/>
        <w:pBdr>
          <w:left w:val="single" w:sz="14" w:space="10" w:color="C9C6BE"/>
        </w:pBdr>
        <w:spacing w:before="220" w:after="40" w:line="302" w:lineRule="auto"/>
        <w:ind w:left="490" w:right="432"/>
      </w:pPr>
      <w:r>
        <w:rPr>
          <w:rFonts w:ascii="Georgia" w:hAnsi="Georgia"/>
          <w:sz w:val="21"/>
        </w:rPr>
        <w:t>“That You may be justified in Your words, and prevail when You are judged.”</w:t>
      </w:r>
    </w:p>
    <w:p w14:paraId="4A5EB440" w14:textId="77777777" w:rsidR="00BB0E83" w:rsidRDefault="00000000">
      <w:pPr>
        <w:spacing w:before="20" w:after="260" w:line="240" w:lineRule="auto"/>
        <w:ind w:left="490"/>
      </w:pPr>
      <w:r>
        <w:rPr>
          <w:caps/>
          <w:color w:val="6B6964"/>
          <w:sz w:val="18"/>
        </w:rPr>
        <w:t>Romans 3:4, LSB</w:t>
      </w:r>
    </w:p>
    <w:p w14:paraId="2E35DF95" w14:textId="77777777" w:rsidR="00BB0E83" w:rsidRDefault="00000000">
      <w:r>
        <w:t>God cannot be made righteous; He already is righteous. He can only be declared righteous, shown to be right. The same courtroom meaning applies when God justifies sinners. He declares them righteous in Christ.</w:t>
      </w:r>
    </w:p>
    <w:p w14:paraId="63CF12EB" w14:textId="77777777" w:rsidR="00BB0E83" w:rsidRDefault="00000000">
      <w:pPr>
        <w:keepNext/>
        <w:keepLines/>
        <w:spacing w:before="260" w:after="100" w:line="278" w:lineRule="auto"/>
      </w:pPr>
      <w:r>
        <w:rPr>
          <w:b/>
          <w:color w:val="1B474D"/>
        </w:rPr>
        <w:lastRenderedPageBreak/>
        <w:t>Faith alone, but faith is not the payment</w:t>
      </w:r>
    </w:p>
    <w:p w14:paraId="1A15BFA1" w14:textId="77777777" w:rsidR="00BB0E83" w:rsidRDefault="00000000">
      <w:r>
        <w:t xml:space="preserve">The Reformers called this </w:t>
      </w:r>
      <w:r>
        <w:rPr>
          <w:i/>
        </w:rPr>
        <w:t>sola fide</w:t>
      </w:r>
      <w:r>
        <w:t xml:space="preserve">, “faith alone.” We are justified by faith alone, apart from works. But faith is the </w:t>
      </w:r>
      <w:r>
        <w:rPr>
          <w:b/>
        </w:rPr>
        <w:t>instrument</w:t>
      </w:r>
      <w:r>
        <w:t xml:space="preserve">, not the </w:t>
      </w:r>
      <w:r>
        <w:rPr>
          <w:b/>
        </w:rPr>
        <w:t>ground</w:t>
      </w:r>
      <w:r>
        <w:t>.</w:t>
      </w:r>
    </w:p>
    <w:p w14:paraId="4F653970" w14:textId="77777777" w:rsidR="00BB0E83" w:rsidRDefault="00000000">
      <w:r>
        <w:t>Plainly: faith is the empty hand that receives, not the payment that buys. The ground of our acceptance is Christ’s work. Faith receives Him. An empty hand does not deserve credit for receiving bread. The bread is the gift.</w:t>
      </w:r>
    </w:p>
    <w:p w14:paraId="79594F22" w14:textId="77777777" w:rsidR="00BB0E83" w:rsidRDefault="00000000">
      <w:pPr>
        <w:keepLines/>
        <w:pBdr>
          <w:left w:val="single" w:sz="14" w:space="10" w:color="C9C6BE"/>
        </w:pBdr>
        <w:spacing w:before="220" w:after="40" w:line="302" w:lineRule="auto"/>
        <w:ind w:left="490" w:right="432"/>
      </w:pPr>
      <w:r>
        <w:rPr>
          <w:rFonts w:ascii="Georgia" w:hAnsi="Georgia"/>
          <w:sz w:val="21"/>
        </w:rPr>
        <w:t>“For by grace you have been saved through faith, and this not of yourselves, it is the gift of God; not of works, so that no one may boast.”</w:t>
      </w:r>
    </w:p>
    <w:p w14:paraId="723DB632" w14:textId="77777777" w:rsidR="00BB0E83" w:rsidRDefault="00000000">
      <w:pPr>
        <w:spacing w:before="20" w:after="260" w:line="240" w:lineRule="auto"/>
        <w:ind w:left="490"/>
      </w:pPr>
      <w:r>
        <w:rPr>
          <w:caps/>
          <w:color w:val="6B6964"/>
          <w:sz w:val="18"/>
        </w:rPr>
        <w:t>Ephesians 2:8–9, LSB</w:t>
      </w:r>
    </w:p>
    <w:p w14:paraId="44839D44" w14:textId="77777777" w:rsidR="00BB0E83" w:rsidRDefault="00000000">
      <w:pPr>
        <w:keepLines/>
        <w:pBdr>
          <w:left w:val="single" w:sz="14" w:space="10" w:color="C9C6BE"/>
        </w:pBdr>
        <w:spacing w:before="220" w:after="40" w:line="302" w:lineRule="auto"/>
        <w:ind w:left="490" w:right="432"/>
      </w:pPr>
      <w:r>
        <w:rPr>
          <w:rFonts w:ascii="Georgia" w:hAnsi="Georgia"/>
          <w:sz w:val="21"/>
        </w:rPr>
        <w:t>“Nevertheless knowing that a man is not justified by the works of the Law but through faith in Christ Jesus... since by the works of the Law no flesh will be justified.”</w:t>
      </w:r>
    </w:p>
    <w:p w14:paraId="08351259" w14:textId="77777777" w:rsidR="00BB0E83" w:rsidRDefault="00000000">
      <w:pPr>
        <w:spacing w:before="20" w:after="260" w:line="240" w:lineRule="auto"/>
        <w:ind w:left="490"/>
      </w:pPr>
      <w:r>
        <w:rPr>
          <w:caps/>
          <w:color w:val="6B6964"/>
          <w:sz w:val="18"/>
        </w:rPr>
        <w:t>Galatians 2:16, LSB</w:t>
      </w:r>
    </w:p>
    <w:p w14:paraId="770D8F3C" w14:textId="77777777" w:rsidR="00BB0E83" w:rsidRDefault="00000000">
      <w:pPr>
        <w:keepLines/>
        <w:pBdr>
          <w:left w:val="single" w:sz="14" w:space="10" w:color="C9C6BE"/>
        </w:pBdr>
        <w:spacing w:before="220" w:after="40" w:line="302" w:lineRule="auto"/>
        <w:ind w:left="490" w:right="432"/>
      </w:pPr>
      <w:r>
        <w:rPr>
          <w:rFonts w:ascii="Georgia" w:hAnsi="Georgia"/>
          <w:sz w:val="21"/>
        </w:rPr>
        <w:t>“He saved us, not by works which we did in righteousness, but according to His mercy.”</w:t>
      </w:r>
    </w:p>
    <w:p w14:paraId="5E3CE5C2" w14:textId="77777777" w:rsidR="00BB0E83" w:rsidRDefault="00000000">
      <w:pPr>
        <w:spacing w:before="20" w:after="260" w:line="240" w:lineRule="auto"/>
        <w:ind w:left="490"/>
      </w:pPr>
      <w:r>
        <w:rPr>
          <w:caps/>
          <w:color w:val="6B6964"/>
          <w:sz w:val="18"/>
        </w:rPr>
        <w:t>Titus 3:5, LSB</w:t>
      </w:r>
    </w:p>
    <w:p w14:paraId="61473225" w14:textId="77777777" w:rsidR="00BB0E83" w:rsidRDefault="00000000">
      <w:pPr>
        <w:keepLines/>
        <w:pBdr>
          <w:left w:val="single" w:sz="14" w:space="10" w:color="C9C6BE"/>
        </w:pBdr>
        <w:spacing w:before="220" w:after="40" w:line="302" w:lineRule="auto"/>
        <w:ind w:left="490" w:right="432"/>
      </w:pPr>
      <w:r>
        <w:rPr>
          <w:rFonts w:ascii="Georgia" w:hAnsi="Georgia"/>
          <w:sz w:val="21"/>
        </w:rPr>
        <w:t>“Not having a righteousness of my own which is from the Law, but that which is through faith in Christ, the righteousness which comes from God on the basis of faith.”</w:t>
      </w:r>
    </w:p>
    <w:p w14:paraId="035B9A26" w14:textId="77777777" w:rsidR="00BB0E83" w:rsidRDefault="00000000">
      <w:pPr>
        <w:spacing w:before="20" w:after="260" w:line="240" w:lineRule="auto"/>
        <w:ind w:left="490"/>
      </w:pPr>
      <w:r>
        <w:rPr>
          <w:caps/>
          <w:color w:val="6B6964"/>
          <w:sz w:val="18"/>
        </w:rPr>
        <w:t>Philippians 3:9, LSB</w:t>
      </w:r>
    </w:p>
    <w:p w14:paraId="6C355C13" w14:textId="77777777" w:rsidR="00BB0E83" w:rsidRDefault="00000000">
      <w:r>
        <w:t>Abraham proves this did not begin in the New Testament. Genesis 15:6 says Abraham believed Yahweh, and it was credited to him as righteousness. Romans 4 makes the point that Abraham was declared righteous before circumcision and centuries before the law of Moses. Faith is not a New Testament innovation. It has always been the way a sinner receives the righteousness God provides.</w:t>
      </w:r>
    </w:p>
    <w:p w14:paraId="561A2E8D" w14:textId="77777777" w:rsidR="00BB0E83" w:rsidRDefault="00000000">
      <w:pPr>
        <w:keepNext/>
        <w:keepLines/>
        <w:spacing w:before="260" w:after="100" w:line="278" w:lineRule="auto"/>
      </w:pPr>
      <w:r>
        <w:rPr>
          <w:b/>
          <w:color w:val="1B474D"/>
        </w:rPr>
        <w:t>What about James 2?</w:t>
      </w:r>
    </w:p>
    <w:p w14:paraId="4578B58F" w14:textId="77777777" w:rsidR="00BB0E83" w:rsidRDefault="00000000">
      <w:r>
        <w:t>James says faith without works is dead. That is true. A living faith produces fruit. But James is not saying works become the basis of our right standing before God. He is fighting a false claim of faith that has no obedience, no love, and no evidence of life.</w:t>
      </w:r>
    </w:p>
    <w:p w14:paraId="42D9FCBA" w14:textId="77777777" w:rsidR="00BB0E83" w:rsidRDefault="00000000">
      <w:r>
        <w:t>A dead tree and a living tree may look similar in winter. When spring comes, fruit tells the difference. Fruit does not make the tree alive. Fruit reveals that it is alive. Works are the evidence of living faith, never the payment that purchases acceptance with God.</w:t>
      </w:r>
    </w:p>
    <w:p w14:paraId="3FC133E0" w14:textId="77777777" w:rsidR="00BB0E83" w:rsidRDefault="00000000">
      <w:pPr>
        <w:keepNext/>
        <w:keepLines/>
        <w:spacing w:before="260" w:after="100" w:line="278" w:lineRule="auto"/>
      </w:pPr>
      <w:r>
        <w:rPr>
          <w:b/>
          <w:color w:val="1B474D"/>
        </w:rPr>
        <w:lastRenderedPageBreak/>
        <w:t>God’s initiative comes first</w:t>
      </w:r>
    </w:p>
    <w:p w14:paraId="71EFFD13" w14:textId="77777777" w:rsidR="00BB0E83" w:rsidRDefault="00000000">
      <w:r>
        <w:t xml:space="preserve">Reformed Christians sometimes use the Latin phrase </w:t>
      </w:r>
      <w:r>
        <w:rPr>
          <w:i/>
        </w:rPr>
        <w:t>ordo salutis</w:t>
      </w:r>
      <w:r>
        <w:t>, “order of salvation.” Do not let the phrase make this sound complicated. The point is simple: God’s initiative comes first. We do not make ourselves alive any more than Adam made himself breathe.</w:t>
      </w:r>
    </w:p>
    <w:p w14:paraId="1ECCC6E7" w14:textId="77777777" w:rsidR="00BB0E83" w:rsidRDefault="00000000">
      <w:r>
        <w:t>Adam was fully formed, perfectly shaped, and completely dead until God breathed into him. That is a picture of regeneration. Ephesians 2 says we were dead in our trespasses and sins, but God made us alive together with Christ (Ephesians 2:1–5). Jesus tells Nicodemus that he must be born again, born of the Spirit, and that the Spirit blows where He wishes (John 3:3–8).</w:t>
      </w:r>
    </w:p>
    <w:p w14:paraId="30F74F48" w14:textId="77777777" w:rsidR="00BB0E83" w:rsidRDefault="00000000">
      <w:r>
        <w:t>You do not cooperate your way out of spiritual death before God gives life. The Spirit gives life. Then the sinner believes, repents, comes, and follows. God does not drag unwilling people into heaven. He makes dead rebels alive, gives them new hearts, and they freely come because they have finally seen Christ for who He is.</w:t>
      </w:r>
    </w:p>
    <w:p w14:paraId="1AA93BF3" w14:textId="77777777" w:rsidR="00BB0E83" w:rsidRDefault="00000000">
      <w:r>
        <w:t>That is why assurance is possible. “No condemnation” is not a fragile feeling. It is a verdict already rendered. The final Judge has already declared the believer righteous in His court. Christians may struggle, fail, grieve sin, and need correction. But they do not live under a suspended sentence waiting to see whether Christ’s work was enough.</w:t>
      </w:r>
    </w:p>
    <w:tbl>
      <w:tblPr>
        <w:tblW w:w="0" w:type="auto"/>
        <w:tblLayout w:type="fixed"/>
        <w:tblLook w:val="04A0" w:firstRow="1" w:lastRow="0" w:firstColumn="1" w:lastColumn="0" w:noHBand="0" w:noVBand="1"/>
      </w:tblPr>
      <w:tblGrid>
        <w:gridCol w:w="8640"/>
      </w:tblGrid>
      <w:tr w:rsidR="00BB0E83" w14:paraId="2BF9CB90" w14:textId="77777777">
        <w:tc>
          <w:tcPr>
            <w:tcW w:w="8640" w:type="dxa"/>
            <w:shd w:val="clear" w:color="auto" w:fill="F1EFE9"/>
            <w:tcMar>
              <w:top w:w="150" w:type="dxa"/>
              <w:left w:w="200" w:type="dxa"/>
              <w:bottom w:w="150" w:type="dxa"/>
              <w:right w:w="200" w:type="dxa"/>
            </w:tcMar>
          </w:tcPr>
          <w:p w14:paraId="696D94FE" w14:textId="77777777" w:rsidR="00BB0E83" w:rsidRDefault="00000000">
            <w:pPr>
              <w:spacing w:after="0" w:line="302" w:lineRule="auto"/>
            </w:pPr>
            <w:r>
              <w:rPr>
                <w:b/>
                <w:sz w:val="21"/>
              </w:rPr>
              <w:t>Hold on to this.</w:t>
            </w:r>
            <w:r>
              <w:rPr>
                <w:sz w:val="21"/>
              </w:rPr>
              <w:t xml:space="preserve"> Your sanctification will be uneven. Your justification is not. Christ’s righteousness does not rise and fall with your best and worst week.</w:t>
            </w:r>
          </w:p>
        </w:tc>
      </w:tr>
    </w:tbl>
    <w:p w14:paraId="29030D62" w14:textId="77777777" w:rsidR="00BB0E83" w:rsidRDefault="00BB0E83">
      <w:pPr>
        <w:spacing w:after="220"/>
      </w:pPr>
    </w:p>
    <w:p w14:paraId="752539AC" w14:textId="77777777" w:rsidR="00BB0E83" w:rsidRDefault="00000000">
      <w:pPr>
        <w:keepNext/>
        <w:keepLines/>
        <w:spacing w:before="380" w:after="140" w:line="274" w:lineRule="auto"/>
      </w:pPr>
      <w:r>
        <w:rPr>
          <w:rFonts w:ascii="Georgia" w:hAnsi="Georgia"/>
          <w:b/>
          <w:color w:val="1B474D"/>
          <w:sz w:val="29"/>
        </w:rPr>
        <w:t>The reversal: Christ undoes the Fall point for point</w:t>
      </w:r>
    </w:p>
    <w:p w14:paraId="302269DB" w14:textId="77777777" w:rsidR="00BB0E83" w:rsidRDefault="00000000">
      <w:r>
        <w:t>The Bible does not leave the Fall as a loose tragedy. In Christ, God answers it point by point.</w:t>
      </w:r>
    </w:p>
    <w:tbl>
      <w:tblPr>
        <w:tblStyle w:val="TableGrid"/>
        <w:tblW w:w="0" w:type="auto"/>
        <w:tblLook w:val="04A0" w:firstRow="1" w:lastRow="0" w:firstColumn="1" w:lastColumn="0" w:noHBand="0" w:noVBand="1"/>
      </w:tblPr>
      <w:tblGrid>
        <w:gridCol w:w="4464"/>
        <w:gridCol w:w="4464"/>
      </w:tblGrid>
      <w:tr w:rsidR="00BB0E83" w14:paraId="46DEFFAB" w14:textId="77777777">
        <w:tc>
          <w:tcPr>
            <w:tcW w:w="4464" w:type="dxa"/>
            <w:shd w:val="clear" w:color="auto" w:fill="1B474D"/>
          </w:tcPr>
          <w:p w14:paraId="3343BF77" w14:textId="77777777" w:rsidR="00BB0E83" w:rsidRDefault="00000000">
            <w:pPr>
              <w:spacing w:before="80" w:after="80" w:line="278" w:lineRule="auto"/>
            </w:pPr>
            <w:r>
              <w:rPr>
                <w:b/>
                <w:color w:val="FFFFFF"/>
                <w:sz w:val="19"/>
              </w:rPr>
              <w:t>The Fall</w:t>
            </w:r>
          </w:p>
        </w:tc>
        <w:tc>
          <w:tcPr>
            <w:tcW w:w="4464" w:type="dxa"/>
            <w:shd w:val="clear" w:color="auto" w:fill="1B474D"/>
          </w:tcPr>
          <w:p w14:paraId="491507F4" w14:textId="77777777" w:rsidR="00BB0E83" w:rsidRDefault="00000000">
            <w:pPr>
              <w:spacing w:before="80" w:after="80" w:line="278" w:lineRule="auto"/>
            </w:pPr>
            <w:r>
              <w:rPr>
                <w:b/>
                <w:color w:val="FFFFFF"/>
                <w:sz w:val="19"/>
              </w:rPr>
              <w:t>The reversal in Christ</w:t>
            </w:r>
          </w:p>
        </w:tc>
      </w:tr>
      <w:tr w:rsidR="00BB0E83" w14:paraId="413BBAA7" w14:textId="77777777">
        <w:tc>
          <w:tcPr>
            <w:tcW w:w="4464" w:type="dxa"/>
          </w:tcPr>
          <w:p w14:paraId="74032FC4" w14:textId="77777777" w:rsidR="00BB0E83" w:rsidRDefault="00000000">
            <w:pPr>
              <w:spacing w:before="80" w:after="80" w:line="288" w:lineRule="auto"/>
            </w:pPr>
            <w:r>
              <w:rPr>
                <w:sz w:val="19"/>
              </w:rPr>
              <w:t>A garden of abundance where a man disobeyed</w:t>
            </w:r>
          </w:p>
        </w:tc>
        <w:tc>
          <w:tcPr>
            <w:tcW w:w="4464" w:type="dxa"/>
          </w:tcPr>
          <w:p w14:paraId="394C5A94" w14:textId="77777777" w:rsidR="00BB0E83" w:rsidRDefault="00000000">
            <w:pPr>
              <w:spacing w:before="80" w:after="80" w:line="288" w:lineRule="auto"/>
            </w:pPr>
            <w:r>
              <w:rPr>
                <w:sz w:val="19"/>
              </w:rPr>
              <w:t>A garden of olives where the Man obeyed the Father’s will</w:t>
            </w:r>
          </w:p>
        </w:tc>
      </w:tr>
      <w:tr w:rsidR="00BB0E83" w14:paraId="32465678" w14:textId="77777777">
        <w:tc>
          <w:tcPr>
            <w:tcW w:w="4464" w:type="dxa"/>
          </w:tcPr>
          <w:p w14:paraId="2B747F2C" w14:textId="77777777" w:rsidR="00BB0E83" w:rsidRDefault="00000000">
            <w:pPr>
              <w:spacing w:before="80" w:after="80" w:line="288" w:lineRule="auto"/>
            </w:pPr>
            <w:r>
              <w:rPr>
                <w:sz w:val="19"/>
              </w:rPr>
              <w:t>“You shall surely die”</w:t>
            </w:r>
          </w:p>
        </w:tc>
        <w:tc>
          <w:tcPr>
            <w:tcW w:w="4464" w:type="dxa"/>
          </w:tcPr>
          <w:p w14:paraId="2F3F810B" w14:textId="77777777" w:rsidR="00BB0E83" w:rsidRDefault="00000000">
            <w:pPr>
              <w:spacing w:before="80" w:after="80" w:line="288" w:lineRule="auto"/>
            </w:pPr>
            <w:r>
              <w:rPr>
                <w:sz w:val="19"/>
              </w:rPr>
              <w:t>“It is finished”</w:t>
            </w:r>
          </w:p>
        </w:tc>
      </w:tr>
      <w:tr w:rsidR="00BB0E83" w14:paraId="3E1F9A8C" w14:textId="77777777">
        <w:tc>
          <w:tcPr>
            <w:tcW w:w="4464" w:type="dxa"/>
          </w:tcPr>
          <w:p w14:paraId="4F6FFA68" w14:textId="77777777" w:rsidR="00BB0E83" w:rsidRDefault="00000000">
            <w:pPr>
              <w:spacing w:before="80" w:after="80" w:line="288" w:lineRule="auto"/>
            </w:pPr>
            <w:r>
              <w:rPr>
                <w:sz w:val="19"/>
              </w:rPr>
              <w:t>A tree brought death</w:t>
            </w:r>
          </w:p>
        </w:tc>
        <w:tc>
          <w:tcPr>
            <w:tcW w:w="4464" w:type="dxa"/>
          </w:tcPr>
          <w:p w14:paraId="15E64632" w14:textId="77777777" w:rsidR="00BB0E83" w:rsidRDefault="00000000">
            <w:pPr>
              <w:spacing w:before="80" w:after="80" w:line="288" w:lineRule="auto"/>
            </w:pPr>
            <w:r>
              <w:rPr>
                <w:sz w:val="19"/>
              </w:rPr>
              <w:t>A tree became the place where life was purchased</w:t>
            </w:r>
          </w:p>
        </w:tc>
      </w:tr>
      <w:tr w:rsidR="00BB0E83" w14:paraId="256A2C04" w14:textId="77777777">
        <w:tc>
          <w:tcPr>
            <w:tcW w:w="4464" w:type="dxa"/>
          </w:tcPr>
          <w:p w14:paraId="5D78B10B" w14:textId="77777777" w:rsidR="00BB0E83" w:rsidRDefault="00000000">
            <w:pPr>
              <w:spacing w:before="80" w:after="80" w:line="288" w:lineRule="auto"/>
            </w:pPr>
            <w:r>
              <w:rPr>
                <w:sz w:val="19"/>
              </w:rPr>
              <w:t>Adam grasped at equality with God</w:t>
            </w:r>
          </w:p>
        </w:tc>
        <w:tc>
          <w:tcPr>
            <w:tcW w:w="4464" w:type="dxa"/>
          </w:tcPr>
          <w:p w14:paraId="7A2CD812" w14:textId="77777777" w:rsidR="00BB0E83" w:rsidRDefault="00000000">
            <w:pPr>
              <w:spacing w:before="80" w:after="80" w:line="288" w:lineRule="auto"/>
            </w:pPr>
            <w:r>
              <w:rPr>
                <w:sz w:val="19"/>
              </w:rPr>
              <w:t>Christ, existing in God’s form, did not grasp but emptied Himself</w:t>
            </w:r>
          </w:p>
        </w:tc>
      </w:tr>
      <w:tr w:rsidR="00BB0E83" w14:paraId="5D4FD4E8" w14:textId="77777777">
        <w:tc>
          <w:tcPr>
            <w:tcW w:w="4464" w:type="dxa"/>
          </w:tcPr>
          <w:p w14:paraId="75276A7E" w14:textId="77777777" w:rsidR="00BB0E83" w:rsidRDefault="00000000">
            <w:pPr>
              <w:spacing w:before="80" w:after="80" w:line="288" w:lineRule="auto"/>
            </w:pPr>
            <w:r>
              <w:rPr>
                <w:sz w:val="19"/>
              </w:rPr>
              <w:t>Adam hid from God’s voice</w:t>
            </w:r>
          </w:p>
        </w:tc>
        <w:tc>
          <w:tcPr>
            <w:tcW w:w="4464" w:type="dxa"/>
          </w:tcPr>
          <w:p w14:paraId="042D6A33" w14:textId="77777777" w:rsidR="00BB0E83" w:rsidRDefault="00000000">
            <w:pPr>
              <w:spacing w:before="80" w:after="80" w:line="288" w:lineRule="auto"/>
            </w:pPr>
            <w:r>
              <w:rPr>
                <w:sz w:val="19"/>
              </w:rPr>
              <w:t>Christ cried to God, “Why have You forsaken Me?”</w:t>
            </w:r>
          </w:p>
        </w:tc>
      </w:tr>
      <w:tr w:rsidR="00BB0E83" w14:paraId="659AF7D4" w14:textId="77777777">
        <w:tc>
          <w:tcPr>
            <w:tcW w:w="4464" w:type="dxa"/>
          </w:tcPr>
          <w:p w14:paraId="5AA7B2D4" w14:textId="77777777" w:rsidR="00BB0E83" w:rsidRDefault="00000000">
            <w:pPr>
              <w:spacing w:before="80" w:after="80" w:line="288" w:lineRule="auto"/>
            </w:pPr>
            <w:r>
              <w:rPr>
                <w:sz w:val="19"/>
              </w:rPr>
              <w:lastRenderedPageBreak/>
              <w:t>Adam was silent when he should have spoken</w:t>
            </w:r>
          </w:p>
        </w:tc>
        <w:tc>
          <w:tcPr>
            <w:tcW w:w="4464" w:type="dxa"/>
          </w:tcPr>
          <w:p w14:paraId="6E845417" w14:textId="77777777" w:rsidR="00BB0E83" w:rsidRDefault="00000000">
            <w:pPr>
              <w:spacing w:before="80" w:after="80" w:line="288" w:lineRule="auto"/>
            </w:pPr>
            <w:r>
              <w:rPr>
                <w:sz w:val="19"/>
              </w:rPr>
              <w:t>Christ was silent before accusers when He could have spoken</w:t>
            </w:r>
          </w:p>
        </w:tc>
      </w:tr>
      <w:tr w:rsidR="00BB0E83" w14:paraId="06C217D8" w14:textId="77777777">
        <w:tc>
          <w:tcPr>
            <w:tcW w:w="4464" w:type="dxa"/>
          </w:tcPr>
          <w:p w14:paraId="05227B6D" w14:textId="77777777" w:rsidR="00BB0E83" w:rsidRDefault="00000000">
            <w:pPr>
              <w:spacing w:before="80" w:after="80" w:line="288" w:lineRule="auto"/>
            </w:pPr>
            <w:r>
              <w:rPr>
                <w:sz w:val="19"/>
              </w:rPr>
              <w:t>Adam blamed his bride</w:t>
            </w:r>
          </w:p>
        </w:tc>
        <w:tc>
          <w:tcPr>
            <w:tcW w:w="4464" w:type="dxa"/>
          </w:tcPr>
          <w:p w14:paraId="16E5BE4C" w14:textId="77777777" w:rsidR="00BB0E83" w:rsidRDefault="00000000">
            <w:pPr>
              <w:spacing w:before="80" w:after="80" w:line="288" w:lineRule="auto"/>
            </w:pPr>
            <w:r>
              <w:rPr>
                <w:sz w:val="19"/>
              </w:rPr>
              <w:t>Christ took the blame for His bride</w:t>
            </w:r>
          </w:p>
        </w:tc>
      </w:tr>
      <w:tr w:rsidR="00BB0E83" w14:paraId="38F50ED6" w14:textId="77777777">
        <w:tc>
          <w:tcPr>
            <w:tcW w:w="4464" w:type="dxa"/>
          </w:tcPr>
          <w:p w14:paraId="5F196FB7" w14:textId="77777777" w:rsidR="00BB0E83" w:rsidRDefault="00000000">
            <w:pPr>
              <w:spacing w:before="80" w:after="80" w:line="288" w:lineRule="auto"/>
            </w:pPr>
            <w:r>
              <w:rPr>
                <w:sz w:val="19"/>
              </w:rPr>
              <w:t>Adam listened to his wife against God’s word</w:t>
            </w:r>
          </w:p>
        </w:tc>
        <w:tc>
          <w:tcPr>
            <w:tcW w:w="4464" w:type="dxa"/>
          </w:tcPr>
          <w:p w14:paraId="6DDFACCC" w14:textId="77777777" w:rsidR="00BB0E83" w:rsidRDefault="00000000">
            <w:pPr>
              <w:spacing w:before="80" w:after="80" w:line="288" w:lineRule="auto"/>
            </w:pPr>
            <w:r>
              <w:rPr>
                <w:sz w:val="19"/>
              </w:rPr>
              <w:t>Christ gave Himself up for His bride to sanctify her by the word</w:t>
            </w:r>
          </w:p>
        </w:tc>
      </w:tr>
      <w:tr w:rsidR="00BB0E83" w14:paraId="65B8085D" w14:textId="77777777">
        <w:tc>
          <w:tcPr>
            <w:tcW w:w="4464" w:type="dxa"/>
          </w:tcPr>
          <w:p w14:paraId="2C4703FB" w14:textId="77777777" w:rsidR="00BB0E83" w:rsidRDefault="00000000">
            <w:pPr>
              <w:spacing w:before="80" w:after="80" w:line="288" w:lineRule="auto"/>
            </w:pPr>
            <w:r>
              <w:rPr>
                <w:sz w:val="19"/>
              </w:rPr>
              <w:t>Fig leaves sewn by human hands</w:t>
            </w:r>
          </w:p>
        </w:tc>
        <w:tc>
          <w:tcPr>
            <w:tcW w:w="4464" w:type="dxa"/>
          </w:tcPr>
          <w:p w14:paraId="3B707EAA" w14:textId="77777777" w:rsidR="00BB0E83" w:rsidRDefault="00000000">
            <w:pPr>
              <w:spacing w:before="80" w:after="80" w:line="288" w:lineRule="auto"/>
            </w:pPr>
            <w:r>
              <w:rPr>
                <w:sz w:val="19"/>
              </w:rPr>
              <w:t>Robes of righteousness given by God</w:t>
            </w:r>
          </w:p>
        </w:tc>
      </w:tr>
      <w:tr w:rsidR="00BB0E83" w14:paraId="755034F3" w14:textId="77777777">
        <w:tc>
          <w:tcPr>
            <w:tcW w:w="4464" w:type="dxa"/>
          </w:tcPr>
          <w:p w14:paraId="6025B1FF" w14:textId="77777777" w:rsidR="00BB0E83" w:rsidRDefault="00000000">
            <w:pPr>
              <w:spacing w:before="80" w:after="80" w:line="288" w:lineRule="auto"/>
            </w:pPr>
            <w:r>
              <w:rPr>
                <w:sz w:val="19"/>
              </w:rPr>
              <w:t>Thorns grew from the cursed ground</w:t>
            </w:r>
          </w:p>
        </w:tc>
        <w:tc>
          <w:tcPr>
            <w:tcW w:w="4464" w:type="dxa"/>
          </w:tcPr>
          <w:p w14:paraId="212A7827" w14:textId="77777777" w:rsidR="00BB0E83" w:rsidRDefault="00000000">
            <w:pPr>
              <w:spacing w:before="80" w:after="80" w:line="288" w:lineRule="auto"/>
            </w:pPr>
            <w:r>
              <w:rPr>
                <w:sz w:val="19"/>
              </w:rPr>
              <w:t>Thorns were pressed into the Second Adam’s head</w:t>
            </w:r>
          </w:p>
        </w:tc>
      </w:tr>
      <w:tr w:rsidR="00BB0E83" w14:paraId="53751488" w14:textId="77777777">
        <w:tc>
          <w:tcPr>
            <w:tcW w:w="4464" w:type="dxa"/>
          </w:tcPr>
          <w:p w14:paraId="210C44BE" w14:textId="77777777" w:rsidR="00BB0E83" w:rsidRDefault="00000000">
            <w:pPr>
              <w:spacing w:before="80" w:after="80" w:line="288" w:lineRule="auto"/>
            </w:pPr>
            <w:r>
              <w:rPr>
                <w:sz w:val="19"/>
              </w:rPr>
              <w:t>Sweat of the brow to earn bread</w:t>
            </w:r>
          </w:p>
        </w:tc>
        <w:tc>
          <w:tcPr>
            <w:tcW w:w="4464" w:type="dxa"/>
          </w:tcPr>
          <w:p w14:paraId="6EB5E73D" w14:textId="77777777" w:rsidR="00BB0E83" w:rsidRDefault="00000000">
            <w:pPr>
              <w:spacing w:before="80" w:after="80" w:line="288" w:lineRule="auto"/>
            </w:pPr>
            <w:r>
              <w:rPr>
                <w:sz w:val="19"/>
              </w:rPr>
              <w:t>Sweat like blood in Gethsemane; Christ gives Himself as the bread of life</w:t>
            </w:r>
          </w:p>
        </w:tc>
      </w:tr>
      <w:tr w:rsidR="00BB0E83" w14:paraId="54AFCE68" w14:textId="77777777">
        <w:tc>
          <w:tcPr>
            <w:tcW w:w="4464" w:type="dxa"/>
          </w:tcPr>
          <w:p w14:paraId="4DA18B88" w14:textId="77777777" w:rsidR="00BB0E83" w:rsidRDefault="00000000">
            <w:pPr>
              <w:spacing w:before="80" w:after="80" w:line="288" w:lineRule="auto"/>
            </w:pPr>
            <w:r>
              <w:rPr>
                <w:sz w:val="19"/>
              </w:rPr>
              <w:t>Driven east with cherubim and sword barring the way</w:t>
            </w:r>
          </w:p>
        </w:tc>
        <w:tc>
          <w:tcPr>
            <w:tcW w:w="4464" w:type="dxa"/>
          </w:tcPr>
          <w:p w14:paraId="4972D059" w14:textId="77777777" w:rsidR="00BB0E83" w:rsidRDefault="00000000">
            <w:pPr>
              <w:spacing w:before="80" w:after="80" w:line="288" w:lineRule="auto"/>
            </w:pPr>
            <w:r>
              <w:rPr>
                <w:sz w:val="19"/>
              </w:rPr>
              <w:t>The veil embroidered with cherubim was torn from top to bottom</w:t>
            </w:r>
          </w:p>
        </w:tc>
      </w:tr>
      <w:tr w:rsidR="00BB0E83" w14:paraId="32A5E310" w14:textId="77777777">
        <w:tc>
          <w:tcPr>
            <w:tcW w:w="4464" w:type="dxa"/>
          </w:tcPr>
          <w:p w14:paraId="778E5115" w14:textId="77777777" w:rsidR="00BB0E83" w:rsidRDefault="00000000">
            <w:pPr>
              <w:spacing w:before="80" w:after="80" w:line="288" w:lineRule="auto"/>
            </w:pPr>
            <w:r>
              <w:rPr>
                <w:sz w:val="19"/>
              </w:rPr>
              <w:t>Adam hid among the trees</w:t>
            </w:r>
          </w:p>
        </w:tc>
        <w:tc>
          <w:tcPr>
            <w:tcW w:w="4464" w:type="dxa"/>
          </w:tcPr>
          <w:p w14:paraId="29C982A6" w14:textId="77777777" w:rsidR="00BB0E83" w:rsidRDefault="00000000">
            <w:pPr>
              <w:spacing w:before="80" w:after="80" w:line="288" w:lineRule="auto"/>
            </w:pPr>
            <w:r>
              <w:rPr>
                <w:sz w:val="19"/>
              </w:rPr>
              <w:t>Christ hung on a tree in the open</w:t>
            </w:r>
          </w:p>
        </w:tc>
      </w:tr>
      <w:tr w:rsidR="00BB0E83" w14:paraId="00AF7A19" w14:textId="77777777">
        <w:tc>
          <w:tcPr>
            <w:tcW w:w="4464" w:type="dxa"/>
          </w:tcPr>
          <w:p w14:paraId="21049E9A" w14:textId="77777777" w:rsidR="00BB0E83" w:rsidRDefault="00000000">
            <w:pPr>
              <w:spacing w:before="80" w:after="80" w:line="288" w:lineRule="auto"/>
            </w:pPr>
            <w:r>
              <w:rPr>
                <w:sz w:val="19"/>
              </w:rPr>
              <w:t>Dust returns to dust</w:t>
            </w:r>
          </w:p>
        </w:tc>
        <w:tc>
          <w:tcPr>
            <w:tcW w:w="4464" w:type="dxa"/>
          </w:tcPr>
          <w:p w14:paraId="49453FDA" w14:textId="77777777" w:rsidR="00BB0E83" w:rsidRDefault="00000000">
            <w:pPr>
              <w:spacing w:before="80" w:after="80" w:line="288" w:lineRule="auto"/>
            </w:pPr>
            <w:r>
              <w:rPr>
                <w:sz w:val="19"/>
              </w:rPr>
              <w:t>The resurrection: the last Adam is life-giving Spirit</w:t>
            </w:r>
          </w:p>
        </w:tc>
      </w:tr>
    </w:tbl>
    <w:p w14:paraId="66EBB3C6" w14:textId="77777777" w:rsidR="00BB0E83" w:rsidRDefault="00BB0E83">
      <w:pPr>
        <w:spacing w:after="240"/>
      </w:pPr>
    </w:p>
    <w:p w14:paraId="7B5C9097" w14:textId="77777777" w:rsidR="00BB0E83" w:rsidRDefault="00000000">
      <w:r>
        <w:t xml:space="preserve">Adam reached for equality with God. Philippians 2:6 says Christ did not regard equality with God “a thing to be grasped.” The Greek word </w:t>
      </w:r>
      <w:r>
        <w:rPr>
          <w:i/>
        </w:rPr>
        <w:t>harpagmos</w:t>
      </w:r>
      <w:r>
        <w:t xml:space="preserve"> speaks of something seized or clutched. Adam, a creature, grasps at what belongs only to God. Christ, who truly is God, does not clutch His rights for self-protection. He humbles Himself to save creatures.</w:t>
      </w:r>
    </w:p>
    <w:p w14:paraId="2923D81C" w14:textId="77777777" w:rsidR="00BB0E83" w:rsidRDefault="00000000">
      <w:r>
        <w:t>Adam hears God coming and hides. Christ hangs in darkness and cries, “My God, My God, why have You forsaken Me?” Adam deserved forsakenness but tried to evade it. Christ did not deserve it, yet He bears it as the sin-bearer.</w:t>
      </w:r>
    </w:p>
    <w:p w14:paraId="5F266956" w14:textId="77777777" w:rsidR="00BB0E83" w:rsidRDefault="00000000">
      <w:r>
        <w:t xml:space="preserve">Adam was silent when the serpent lied. Christ is silent before His accusers, not because He is weak, but because He is willingly going to the slaughter Scripture promised. Adam blames his bride: “The woman whom You gave to be with me.” Christ takes the blame for His bride. Adam listens to his wife against God’s word. Christ gives Himself up </w:t>
      </w:r>
      <w:r>
        <w:rPr>
          <w:b/>
        </w:rPr>
        <w:t>for</w:t>
      </w:r>
      <w:r>
        <w:t xml:space="preserve"> His bride “so that He might sanctify her, having cleansed her by the washing of water with the word” (Ephesians 5:25–26, LSB).</w:t>
      </w:r>
    </w:p>
    <w:p w14:paraId="5FA3E6CD" w14:textId="77777777" w:rsidR="00BB0E83" w:rsidRDefault="00000000">
      <w:r>
        <w:t xml:space="preserve">Adam and Eve sew fig leaves. Christ gives robes. Isaiah says, “He has clothed me with garments of salvation; He has wrapped me with a robe of righteousness” (Isaiah 61:10, LSB). Zechariah 3:3–5 shows filthy garments removed and clean garments given. Revelation 7:14 says the </w:t>
      </w:r>
      <w:r>
        <w:lastRenderedPageBreak/>
        <w:t>saints’ robes are washed white in the blood of the Lamb. Galatians 3:27 says those baptized into Christ have clothed themselves with Christ.</w:t>
      </w:r>
    </w:p>
    <w:p w14:paraId="2DDA2928" w14:textId="77777777" w:rsidR="00BB0E83" w:rsidRDefault="00000000">
      <w:r>
        <w:t>Thorns come from the cursed ground because of Adam. Then Roman soldiers weave thorns into a crown and press them onto Christ’s head. They mean mockery. God means something deeper. The curse enters the skull of the Second Adam. Adam sweats to eat bread from cursed soil. Christ sweats in Gethsemane under the coming judgment and gives Himself as the bread of life. Adam is driven east beyond the cherubim. Christ goes through the veil, and by His death the cherubim on that veil are torn. Adam hides among the trees. Christ is lifted up on one for the whole world to see.</w:t>
      </w:r>
    </w:p>
    <w:p w14:paraId="25699F7A" w14:textId="77777777" w:rsidR="00BB0E83" w:rsidRDefault="00000000">
      <w:r>
        <w:t>Adam returns to dust. Christ enters the grave, rises in a glorified body, and becomes the life-giving Spirit. Death does not get the final word over those united to Him.</w:t>
      </w:r>
    </w:p>
    <w:p w14:paraId="6017CAC8" w14:textId="77777777" w:rsidR="00BB0E83" w:rsidRDefault="00000000">
      <w:pPr>
        <w:keepNext/>
        <w:keepLines/>
        <w:spacing w:before="380" w:after="140" w:line="274" w:lineRule="auto"/>
      </w:pPr>
      <w:r>
        <w:rPr>
          <w:rFonts w:ascii="Georgia" w:hAnsi="Georgia"/>
          <w:b/>
          <w:color w:val="1B474D"/>
          <w:sz w:val="29"/>
        </w:rPr>
        <w:t>Ephesians 5:22–33: where Paul gets the authority</w:t>
      </w:r>
    </w:p>
    <w:p w14:paraId="0BCB5518" w14:textId="77777777" w:rsidR="00BB0E83" w:rsidRDefault="00000000">
      <w:r>
        <w:t>Now we come back to where the author began. Where does Paul get the authority to write Ephesians 5:22–33?</w:t>
      </w:r>
    </w:p>
    <w:p w14:paraId="128C258E" w14:textId="77777777" w:rsidR="00BB0E83" w:rsidRDefault="00000000">
      <w:r>
        <w:t>The answer is plain: Paul is not importing first-century culture. He is reasoning from Genesis 2. He says so. In Ephesians 5:31 he quotes Genesis 2:24: “For this reason a man shall leave his father and mother and shall be joined to his wife, and the two shall become one flesh.” The order of creation is the ground of the instruction.</w:t>
      </w:r>
    </w:p>
    <w:p w14:paraId="25897607" w14:textId="77777777" w:rsidR="00BB0E83" w:rsidRDefault="00000000">
      <w:r>
        <w:t>But people often stop at verse 21.</w:t>
      </w:r>
    </w:p>
    <w:p w14:paraId="2581C249" w14:textId="77777777" w:rsidR="00BB0E83" w:rsidRDefault="00000000">
      <w:pPr>
        <w:keepLines/>
        <w:pBdr>
          <w:left w:val="single" w:sz="14" w:space="10" w:color="C9C6BE"/>
        </w:pBdr>
        <w:spacing w:before="220" w:after="40" w:line="302" w:lineRule="auto"/>
        <w:ind w:left="490" w:right="432"/>
      </w:pPr>
      <w:r>
        <w:rPr>
          <w:rFonts w:ascii="Georgia" w:hAnsi="Georgia"/>
          <w:sz w:val="21"/>
        </w:rPr>
        <w:t>“And being subject to one another in the fear of Christ.”</w:t>
      </w:r>
    </w:p>
    <w:p w14:paraId="7E0738E4" w14:textId="77777777" w:rsidR="00BB0E83" w:rsidRDefault="00000000">
      <w:pPr>
        <w:spacing w:before="20" w:after="260" w:line="240" w:lineRule="auto"/>
        <w:ind w:left="490"/>
      </w:pPr>
      <w:r>
        <w:rPr>
          <w:caps/>
          <w:color w:val="6B6964"/>
          <w:sz w:val="18"/>
        </w:rPr>
        <w:t>Ephesians 5:21, LSB</w:t>
      </w:r>
    </w:p>
    <w:p w14:paraId="761E82E1" w14:textId="77777777" w:rsidR="00BB0E83" w:rsidRDefault="00000000">
      <w:r>
        <w:t>That is the end of Ephesians 5, right? Verse 21 must be the end. Verses 22–33 must not exist, like the ending of Mark 16:9–20.</w:t>
      </w:r>
    </w:p>
    <w:p w14:paraId="0B8FDBEA" w14:textId="77777777" w:rsidR="00BB0E83" w:rsidRDefault="00000000">
      <w:r>
        <w:t>No. Verse 21 is the preface to verses 22–33. Paul has just called the whole church to walk in the fear of Christ, and he now applies that Godward submission in particular relationships.</w:t>
      </w:r>
    </w:p>
    <w:p w14:paraId="28F46252" w14:textId="77777777" w:rsidR="00BB0E83" w:rsidRDefault="00000000">
      <w:pPr>
        <w:keepLines/>
        <w:pBdr>
          <w:left w:val="single" w:sz="14" w:space="10" w:color="C9C6BE"/>
        </w:pBdr>
        <w:spacing w:before="220" w:after="60" w:line="302" w:lineRule="auto"/>
        <w:ind w:left="490" w:right="432"/>
      </w:pPr>
      <w:r>
        <w:rPr>
          <w:rFonts w:ascii="Georgia" w:hAnsi="Georgia"/>
          <w:sz w:val="21"/>
        </w:rPr>
        <w:t>“Wives, be subject to your own husbands, as to the Lord. For the husband is the head of the wife, as Christ also is the head of the church, He Himself being the Savior of the body. But as the church is subject to Christ, so also the wives ought to be to their husbands in everything.</w:t>
      </w:r>
    </w:p>
    <w:p w14:paraId="426CB41D" w14:textId="77777777" w:rsidR="00BB0E83" w:rsidRDefault="00000000">
      <w:pPr>
        <w:keepLines/>
        <w:pBdr>
          <w:left w:val="single" w:sz="14" w:space="10" w:color="C9C6BE"/>
        </w:pBdr>
        <w:spacing w:before="60" w:after="40" w:line="302" w:lineRule="auto"/>
        <w:ind w:left="490" w:right="432"/>
      </w:pPr>
      <w:r>
        <w:rPr>
          <w:rFonts w:ascii="Georgia" w:hAnsi="Georgia"/>
          <w:sz w:val="21"/>
        </w:rPr>
        <w:lastRenderedPageBreak/>
        <w:t>Husbands, love your wives, just as Christ also loved the church and gave Himself up for her, so that He might sanctify her, having cleansed her by the washing of water with the word, that He might present to Himself the church in all her glory, having no spot or wrinkle or any such thing, but that she would be holy and blameless... He who loves his own wife loves himself... For this reason a man shall leave his father and mother and shall be joined to his wife, and the two shall become one flesh. This mystery is great, but I am speaking with reference to Christ and the church. Nevertheless, each individual among you also is to love his own wife even as himself, and the wife must see to it that she respects her husband.”</w:t>
      </w:r>
    </w:p>
    <w:p w14:paraId="5F468B95" w14:textId="77777777" w:rsidR="00BB0E83" w:rsidRDefault="00000000">
      <w:pPr>
        <w:spacing w:before="20" w:after="260" w:line="240" w:lineRule="auto"/>
        <w:ind w:left="490"/>
      </w:pPr>
      <w:r>
        <w:rPr>
          <w:caps/>
          <w:color w:val="6B6964"/>
          <w:sz w:val="18"/>
        </w:rPr>
        <w:t>Ephesians 5:22–27, 28, 31–33, LSB</w:t>
      </w:r>
    </w:p>
    <w:p w14:paraId="3065C52C" w14:textId="77777777" w:rsidR="00BB0E83" w:rsidRDefault="00000000">
      <w:r>
        <w:t>This lands first on men. Men, we are not the Christ figures we are called to be, and no woman sees us as worthy of submitting herself to. How does a man work on that inadequacy? He studies the life of Christ. He reads his Bible. He knows what it says. He prays.</w:t>
      </w:r>
    </w:p>
    <w:p w14:paraId="4B49EDFE" w14:textId="77777777" w:rsidR="00BB0E83" w:rsidRDefault="00000000">
      <w:r>
        <w:t>Bible devotions and Bible studies are almost always 75% women. How is she to lean on a man as the Christ figure when she is closer to Christ than he is? Men, you cannot complain about a woman’s lack of trust while you refuse to become trustworthy. You cannot demand a response to Christlike leadership while giving her Adam: passive around temptation, absent in the word, silent in danger, and quick to blame.</w:t>
      </w:r>
    </w:p>
    <w:p w14:paraId="6E3C0E46" w14:textId="77777777" w:rsidR="00BB0E83" w:rsidRDefault="00000000">
      <w:r>
        <w:t>If you want a marriage rivalry, let it be over who is devoting themselves to Christ more and in the right way. Nobody loses that competition.</w:t>
      </w:r>
    </w:p>
    <w:p w14:paraId="10FC8DF1" w14:textId="77777777" w:rsidR="00BB0E83" w:rsidRDefault="00000000">
      <w:r>
        <w:t>Men, we have failed women. And just like Eve we allowed them to be deceived by the serpent. Not only that, we blame her for it.</w:t>
      </w:r>
    </w:p>
    <w:p w14:paraId="43DE096D" w14:textId="77777777" w:rsidR="00BB0E83" w:rsidRDefault="00000000">
      <w:r>
        <w:t>Men, she looks at you and she sees Adam, not Jesus. That’s the problem.</w:t>
      </w:r>
    </w:p>
    <w:p w14:paraId="381C8140" w14:textId="77777777" w:rsidR="00BB0E83" w:rsidRDefault="00000000">
      <w:r>
        <w:t>This is the author’s pet peeve: the feminist movement is the greatest lie ever told to women. It repeats the serpent’s old offer that strength means leaving God’s design and taking what was not given. But the answer is not male domination. That too is part of the curse. The answer is Christ.</w:t>
      </w:r>
    </w:p>
    <w:p w14:paraId="3897483F" w14:textId="77777777" w:rsidR="00BB0E83" w:rsidRDefault="00000000">
      <w:r>
        <w:t xml:space="preserve">This is </w:t>
      </w:r>
      <w:r>
        <w:rPr>
          <w:b/>
        </w:rPr>
        <w:t>not</w:t>
      </w:r>
      <w:r>
        <w:t xml:space="preserve"> about power struggles. It is </w:t>
      </w:r>
      <w:r>
        <w:rPr>
          <w:b/>
        </w:rPr>
        <w:t>not</w:t>
      </w:r>
      <w:r>
        <w:t xml:space="preserve"> about domination. It is about roles designed to work together. Paul is restoring the order that was lost. The husband is meant to lead not with force or pride but with the humility and sacrifice of Christ. The wife’s submission is not weakness. It is strength under control, trust, and alignment with God’s design.</w:t>
      </w:r>
    </w:p>
    <w:p w14:paraId="1EBB641E" w14:textId="77777777" w:rsidR="00BB0E83" w:rsidRDefault="00000000">
      <w:r>
        <w:lastRenderedPageBreak/>
        <w:t>And crucially, submission of both male and female is not ultimately to each other. It is to God first. Through Him, submission to the other spouse becomes possible. A wife’s submission is “as to the Lord.” A husband’s love is measured by Christ giving Himself up for the church. Both spouses come under the authority of Christ before they can rightly serve one another.</w:t>
      </w:r>
    </w:p>
    <w:p w14:paraId="15FC9477" w14:textId="77777777" w:rsidR="00BB0E83" w:rsidRDefault="00000000">
      <w:r>
        <w:t>Ephesians 5:26–27 is the sharp contrast with Adam. Adam failed to present Eve unblemished. He failed to protect her from the serpent. He failed to speak God’s word. He followed her into sin and blamed her afterward. Christ succeeds in presenting His bride unblemished. He sanctifies her. He cleanses her by the washing of water with the word. He will present her to Himself without spot, wrinkle, or any such thing, holy and blameless.</w:t>
      </w:r>
    </w:p>
    <w:p w14:paraId="15D84A3D" w14:textId="77777777" w:rsidR="00BB0E83" w:rsidRDefault="00000000">
      <w:r>
        <w:t>That is the whole difference.</w:t>
      </w:r>
    </w:p>
    <w:p w14:paraId="25A4B1B2" w14:textId="77777777" w:rsidR="00BB0E83" w:rsidRDefault="00000000">
      <w:r>
        <w:t>Marriage is a picture of the gospel, not the other way around. Paul’s real subject is Christ and the church. “This mystery is great,” he says, “but I am speaking with reference to Christ and the church.” Husband and wife are not free to invent the meaning of marriage because God gave marriage a meaning before they arrived. It displays the greater union of Christ and His bride.</w:t>
      </w:r>
    </w:p>
    <w:p w14:paraId="3A41C199" w14:textId="77777777" w:rsidR="00BB0E83" w:rsidRDefault="00000000">
      <w:r>
        <w:t xml:space="preserve">Proverbs 1:7 says, “The fear of Yahweh is the beginning of knowledge; fools despise wisdom and discipline” (LSB). That answers the book’s opening question. </w:t>
      </w:r>
      <w:r>
        <w:rPr>
          <w:b/>
        </w:rPr>
        <w:t>God’s word does not change; culture does.</w:t>
      </w:r>
      <w:r>
        <w:t xml:space="preserve"> God formed the first marriage. God defines it. God judges the Fall’s distortions. God supplies the Second Adam who restores what Adam ruined.</w:t>
      </w:r>
    </w:p>
    <w:p w14:paraId="07ACCC73" w14:textId="77777777" w:rsidR="00BB0E83" w:rsidRDefault="00000000">
      <w:pPr>
        <w:keepNext/>
        <w:keepLines/>
        <w:spacing w:before="380" w:after="140" w:line="274" w:lineRule="auto"/>
      </w:pPr>
      <w:r>
        <w:rPr>
          <w:rFonts w:ascii="Georgia" w:hAnsi="Georgia"/>
          <w:b/>
          <w:color w:val="1B474D"/>
          <w:sz w:val="29"/>
        </w:rPr>
        <w:t>Living in Eden now</w:t>
      </w:r>
    </w:p>
    <w:p w14:paraId="0B2BFE4B" w14:textId="77777777" w:rsidR="00BB0E83" w:rsidRDefault="00000000">
      <w:r>
        <w:t xml:space="preserve">Eden was a real place. It was also, as the author has pressed throughout this book, a pattern for anything God entrusts to us: house, property, community, church. </w:t>
      </w:r>
      <w:r>
        <w:rPr>
          <w:b/>
        </w:rPr>
        <w:t>We are to tend to our Edens.</w:t>
      </w:r>
    </w:p>
    <w:p w14:paraId="31C744A9" w14:textId="77777777" w:rsidR="00BB0E83" w:rsidRDefault="00000000">
      <w:r>
        <w:t>Christ has not removed stewardship. He has renewed it. The curse has made work difficult, homes contested, churches vulnerable, and bodies tired. Yet the Spirit now dwells in Christ’s people. We do not tend what God has entrusted in order to earn life. We tend it because we have been given life.</w:t>
      </w:r>
    </w:p>
    <w:p w14:paraId="44A1D0D3" w14:textId="77777777" w:rsidR="00BB0E83" w:rsidRDefault="00000000">
      <w:pPr>
        <w:spacing w:after="100" w:line="307" w:lineRule="auto"/>
        <w:ind w:left="432" w:hanging="259"/>
      </w:pPr>
      <w:r>
        <w:rPr>
          <w:color w:val="1B474D"/>
        </w:rPr>
        <w:t xml:space="preserve">•   </w:t>
      </w:r>
      <w:r>
        <w:rPr>
          <w:b/>
        </w:rPr>
        <w:t>Men, watch your garden.</w:t>
      </w:r>
      <w:r>
        <w:t xml:space="preserve"> Adam was told to cultivate and keep. Keeping means guarding. Be willing to say no to what threatens your home. Do not drift into silence because confrontation might make someone unhappy. Know God’s word well enough to recognize </w:t>
      </w:r>
      <w:r>
        <w:lastRenderedPageBreak/>
        <w:t>the serpent’s voice when it dresses itself up as wisdom, therapy, tolerance, or freedom. Lead with humility, not force. Protect at cost to yourself.</w:t>
      </w:r>
    </w:p>
    <w:p w14:paraId="0ED508CB" w14:textId="77777777" w:rsidR="00BB0E83" w:rsidRDefault="00000000">
      <w:pPr>
        <w:spacing w:after="100" w:line="307" w:lineRule="auto"/>
        <w:ind w:left="432" w:hanging="259"/>
      </w:pPr>
      <w:r>
        <w:rPr>
          <w:color w:val="1B474D"/>
        </w:rPr>
        <w:t xml:space="preserve">•   </w:t>
      </w:r>
      <w:r>
        <w:rPr>
          <w:b/>
        </w:rPr>
        <w:t>Ladies, honor the calling God has given you.</w:t>
      </w:r>
      <w:r>
        <w:t xml:space="preserve"> Godly womanhood is not small, weak, or second-class. It is a strength designed for life, nurture, wisdom, and faithful help. Do not let culture shame you for wanting a godly home, a faithful marriage, or children raised in the fear of the Lord. Use compassion with discernment. Not every voice deserves a seat at the table.</w:t>
      </w:r>
    </w:p>
    <w:p w14:paraId="1DBF1AEE" w14:textId="77777777" w:rsidR="00BB0E83" w:rsidRDefault="00000000">
      <w:pPr>
        <w:spacing w:after="100" w:line="307" w:lineRule="auto"/>
        <w:ind w:left="432" w:hanging="259"/>
      </w:pPr>
      <w:r>
        <w:rPr>
          <w:color w:val="1B474D"/>
        </w:rPr>
        <w:t xml:space="preserve">•   </w:t>
      </w:r>
      <w:r>
        <w:rPr>
          <w:b/>
        </w:rPr>
        <w:t>Put Scripture in the home.</w:t>
      </w:r>
      <w:r>
        <w:t xml:space="preserve"> Family worship does not need to be impressive. Read a passage. Explain it plainly. Pray. Sing if you can. Fathers, do not hand off every spiritual responsibility to your wives. Mothers, do not despise a husband who is learning to lead in this. Build a home where the word of Christ is heard more clearly than the voice of the serpent.</w:t>
      </w:r>
    </w:p>
    <w:p w14:paraId="4778E55E" w14:textId="77777777" w:rsidR="00BB0E83" w:rsidRDefault="00000000">
      <w:pPr>
        <w:spacing w:after="100" w:line="307" w:lineRule="auto"/>
        <w:ind w:left="432" w:hanging="259"/>
      </w:pPr>
      <w:r>
        <w:rPr>
          <w:color w:val="1B474D"/>
        </w:rPr>
        <w:t xml:space="preserve">•   </w:t>
      </w:r>
      <w:r>
        <w:rPr>
          <w:b/>
        </w:rPr>
        <w:t>Guard the church as a garden.</w:t>
      </w:r>
      <w:r>
        <w:t xml:space="preserve"> Paul tells the elders in Acts 20:28–31 to be on guard because savage wolves will come in and men will arise speaking twisted things. He tells the Corinthians he fears that, “as the serpent deceived Eve by his craftiness,” their minds will be led astray from simplicity and purity of devotion to Christ (2 Corinthians 11:3, LSB). The church is not protected by being polite to every lie. It is protected by faithful shepherds, clear doctrine, disciplined love, and people who know their Bibles.</w:t>
      </w:r>
    </w:p>
    <w:p w14:paraId="040416E0" w14:textId="77777777" w:rsidR="00BB0E83" w:rsidRDefault="00000000">
      <w:pPr>
        <w:spacing w:after="100" w:line="307" w:lineRule="auto"/>
        <w:ind w:left="432" w:hanging="259"/>
      </w:pPr>
      <w:r>
        <w:rPr>
          <w:color w:val="1B474D"/>
        </w:rPr>
        <w:t xml:space="preserve">•   </w:t>
      </w:r>
      <w:r>
        <w:rPr>
          <w:b/>
        </w:rPr>
        <w:t>Work as worship under the thorns.</w:t>
      </w:r>
      <w:r>
        <w:t xml:space="preserve"> Work is hard because the ground is cursed. But thorns do not make your labor meaningless. “Whatever you do, do your work from the heart, as for the Lord rather than for men” (Colossians 3:23, LSB). Do not worship your job. Do not neglect your family for it. But do work honestly, gratefully, and well, knowing Christ Himself worked with human hands and now receives your labor as service offered to Him.</w:t>
      </w:r>
    </w:p>
    <w:p w14:paraId="2BEE4D0B" w14:textId="77777777" w:rsidR="00BB0E83" w:rsidRDefault="00000000">
      <w:pPr>
        <w:spacing w:after="100" w:line="307" w:lineRule="auto"/>
        <w:ind w:left="432" w:hanging="259"/>
      </w:pPr>
      <w:r>
        <w:rPr>
          <w:color w:val="1B474D"/>
        </w:rPr>
        <w:t xml:space="preserve">•   </w:t>
      </w:r>
      <w:r>
        <w:rPr>
          <w:b/>
        </w:rPr>
        <w:t>Live toward the resurrection.</w:t>
      </w:r>
      <w:r>
        <w:t xml:space="preserve"> Your body will ache. Your property will break. Your garden will grow weeds. Your church will know grief. The ground still groans. But it will not groan forever. Creation will be freed. The resurrection means the final answer to the curse is not escape from God’s world but the renewal of God’s world.</w:t>
      </w:r>
    </w:p>
    <w:p w14:paraId="700E6547" w14:textId="77777777" w:rsidR="00BB0E83" w:rsidRDefault="00000000">
      <w:r>
        <w:t>The book began with a garden. It ends in a city that is also a garden, full of river and tree, worship and light.</w:t>
      </w:r>
    </w:p>
    <w:p w14:paraId="73503D2A" w14:textId="77777777" w:rsidR="00BB0E83" w:rsidRDefault="00000000">
      <w:pPr>
        <w:keepLines/>
        <w:pBdr>
          <w:left w:val="single" w:sz="14" w:space="10" w:color="C9C6BE"/>
        </w:pBdr>
        <w:spacing w:before="220" w:after="40" w:line="302" w:lineRule="auto"/>
        <w:ind w:left="490" w:right="432"/>
      </w:pPr>
      <w:r>
        <w:rPr>
          <w:rFonts w:ascii="Georgia" w:hAnsi="Georgia"/>
          <w:sz w:val="21"/>
        </w:rPr>
        <w:lastRenderedPageBreak/>
        <w:t>“Then he showed me a river of the water of life, bright as crystal, coming from the throne of God and of the Lamb, in the middle of its street. On either side of the river was the tree of life, bearing twelve kinds of fruit, yielding its fruit every month; and the leaves of the tree were for the healing of the nations. There will no longer be any curse; and the throne of God and of the Lamb will be in it, and His slaves will serve Him; they will see His face, and His name will be on their foreheads. And there will no longer be any night; and they will have no need of the light of a lamp nor the light of the sun, because the Lord God will illumine them; and they will reign forever and ever.”</w:t>
      </w:r>
    </w:p>
    <w:p w14:paraId="68477582" w14:textId="77777777" w:rsidR="00BB0E83" w:rsidRDefault="00000000">
      <w:pPr>
        <w:spacing w:before="20" w:after="260" w:line="240" w:lineRule="auto"/>
        <w:ind w:left="490"/>
      </w:pPr>
      <w:r>
        <w:rPr>
          <w:caps/>
          <w:color w:val="6B6964"/>
          <w:sz w:val="18"/>
        </w:rPr>
        <w:t>Revelation 22:1–5, LSB</w:t>
      </w:r>
    </w:p>
    <w:p w14:paraId="1873E2CE" w14:textId="77777777" w:rsidR="00BB0E83" w:rsidRDefault="00000000">
      <w:r>
        <w:t>No more curse. The tree of life. The face of God seen. Adam hid from that face. Christ brings His people before it. The sword is gone. The gate is open.</w:t>
      </w:r>
    </w:p>
    <w:tbl>
      <w:tblPr>
        <w:tblW w:w="0" w:type="auto"/>
        <w:tblLayout w:type="fixed"/>
        <w:tblLook w:val="04A0" w:firstRow="1" w:lastRow="0" w:firstColumn="1" w:lastColumn="0" w:noHBand="0" w:noVBand="1"/>
      </w:tblPr>
      <w:tblGrid>
        <w:gridCol w:w="8640"/>
      </w:tblGrid>
      <w:tr w:rsidR="00BB0E83" w14:paraId="2AD17F02" w14:textId="77777777">
        <w:tc>
          <w:tcPr>
            <w:tcW w:w="8640" w:type="dxa"/>
            <w:shd w:val="clear" w:color="auto" w:fill="F1EFE9"/>
            <w:tcMar>
              <w:top w:w="150" w:type="dxa"/>
              <w:left w:w="200" w:type="dxa"/>
              <w:bottom w:w="150" w:type="dxa"/>
              <w:right w:w="200" w:type="dxa"/>
            </w:tcMar>
          </w:tcPr>
          <w:p w14:paraId="30D0C5DD" w14:textId="77777777" w:rsidR="00BB0E83" w:rsidRDefault="00000000">
            <w:pPr>
              <w:spacing w:after="0" w:line="302" w:lineRule="auto"/>
            </w:pPr>
            <w:r>
              <w:rPr>
                <w:b/>
                <w:sz w:val="21"/>
              </w:rPr>
              <w:t>Hold on to this.</w:t>
            </w:r>
          </w:p>
          <w:p w14:paraId="54437EA2" w14:textId="77777777" w:rsidR="00BB0E83" w:rsidRDefault="00000000">
            <w:pPr>
              <w:spacing w:before="100" w:after="0" w:line="302" w:lineRule="auto"/>
              <w:ind w:left="346" w:hanging="230"/>
            </w:pPr>
            <w:r>
              <w:rPr>
                <w:color w:val="1B474D"/>
                <w:sz w:val="21"/>
              </w:rPr>
              <w:t xml:space="preserve">•   </w:t>
            </w:r>
            <w:r>
              <w:rPr>
                <w:sz w:val="21"/>
              </w:rPr>
              <w:t>Adam’s failure is real, but Christ is the perfect Adam.</w:t>
            </w:r>
          </w:p>
          <w:p w14:paraId="3C5DF467" w14:textId="77777777" w:rsidR="00BB0E83" w:rsidRDefault="00000000">
            <w:pPr>
              <w:spacing w:before="100" w:after="0" w:line="302" w:lineRule="auto"/>
              <w:ind w:left="346" w:hanging="230"/>
            </w:pPr>
            <w:r>
              <w:rPr>
                <w:color w:val="1B474D"/>
                <w:sz w:val="21"/>
              </w:rPr>
              <w:t xml:space="preserve">•   </w:t>
            </w:r>
            <w:r>
              <w:rPr>
                <w:sz w:val="21"/>
              </w:rPr>
              <w:t>Your guilt in Adam is answered only by Christ’s righteousness credited to you.</w:t>
            </w:r>
          </w:p>
          <w:p w14:paraId="7B75EE4D" w14:textId="77777777" w:rsidR="00BB0E83" w:rsidRDefault="00000000">
            <w:pPr>
              <w:spacing w:before="100" w:after="0" w:line="302" w:lineRule="auto"/>
              <w:ind w:left="346" w:hanging="230"/>
            </w:pPr>
            <w:r>
              <w:rPr>
                <w:color w:val="1B474D"/>
                <w:sz w:val="21"/>
              </w:rPr>
              <w:t xml:space="preserve">•   </w:t>
            </w:r>
            <w:r>
              <w:rPr>
                <w:sz w:val="21"/>
              </w:rPr>
              <w:t>At the cross, Christ removes sin and satisfies God’s righteous wrath.</w:t>
            </w:r>
          </w:p>
          <w:p w14:paraId="76440CD6" w14:textId="77777777" w:rsidR="00BB0E83" w:rsidRDefault="00000000">
            <w:pPr>
              <w:spacing w:before="100" w:after="0" w:line="302" w:lineRule="auto"/>
              <w:ind w:left="346" w:hanging="230"/>
            </w:pPr>
            <w:r>
              <w:rPr>
                <w:color w:val="1B474D"/>
                <w:sz w:val="21"/>
              </w:rPr>
              <w:t xml:space="preserve">•   </w:t>
            </w:r>
            <w:r>
              <w:rPr>
                <w:sz w:val="21"/>
              </w:rPr>
              <w:t>The blood on the mercy seat, the two goats, the veil, and the priesthood all point to Jesus.</w:t>
            </w:r>
          </w:p>
          <w:p w14:paraId="2BAD5A2A" w14:textId="77777777" w:rsidR="00BB0E83" w:rsidRDefault="00000000">
            <w:pPr>
              <w:spacing w:before="100" w:after="0" w:line="302" w:lineRule="auto"/>
              <w:ind w:left="346" w:hanging="230"/>
            </w:pPr>
            <w:r>
              <w:rPr>
                <w:color w:val="1B474D"/>
                <w:sz w:val="21"/>
              </w:rPr>
              <w:t xml:space="preserve">•   </w:t>
            </w:r>
            <w:r>
              <w:rPr>
                <w:sz w:val="21"/>
              </w:rPr>
              <w:t>Christ’s sacrifice is once for all. He sat down because it is finished.</w:t>
            </w:r>
          </w:p>
          <w:p w14:paraId="3468D0CE" w14:textId="77777777" w:rsidR="00BB0E83" w:rsidRDefault="00000000">
            <w:pPr>
              <w:spacing w:before="100" w:after="0" w:line="302" w:lineRule="auto"/>
              <w:ind w:left="346" w:hanging="230"/>
            </w:pPr>
            <w:r>
              <w:rPr>
                <w:color w:val="1B474D"/>
                <w:sz w:val="21"/>
              </w:rPr>
              <w:t xml:space="preserve">•   </w:t>
            </w:r>
            <w:r>
              <w:rPr>
                <w:sz w:val="21"/>
              </w:rPr>
              <w:t>The way back to God was guarded by cherubim; through Christ, the veil is torn and the way is open.</w:t>
            </w:r>
          </w:p>
          <w:p w14:paraId="341F369E" w14:textId="77777777" w:rsidR="00BB0E83" w:rsidRDefault="00000000">
            <w:pPr>
              <w:spacing w:before="100" w:after="0" w:line="302" w:lineRule="auto"/>
              <w:ind w:left="346" w:hanging="230"/>
            </w:pPr>
            <w:r>
              <w:rPr>
                <w:color w:val="1B474D"/>
                <w:sz w:val="21"/>
              </w:rPr>
              <w:t xml:space="preserve">•   </w:t>
            </w:r>
            <w:r>
              <w:rPr>
                <w:sz w:val="21"/>
              </w:rPr>
              <w:t>Justification is God’s settled verdict over everyone in Christ: no condemnation.</w:t>
            </w:r>
          </w:p>
          <w:p w14:paraId="2C7F25B0" w14:textId="77777777" w:rsidR="00BB0E83" w:rsidRDefault="00000000">
            <w:pPr>
              <w:spacing w:before="100" w:after="0" w:line="302" w:lineRule="auto"/>
              <w:ind w:left="346" w:hanging="230"/>
            </w:pPr>
            <w:r>
              <w:rPr>
                <w:color w:val="1B474D"/>
                <w:sz w:val="21"/>
              </w:rPr>
              <w:t xml:space="preserve">•   </w:t>
            </w:r>
            <w:r>
              <w:rPr>
                <w:sz w:val="21"/>
              </w:rPr>
              <w:t>Men are called away from Adam’s silence into Christlike sacrifice. Women are called to honor God’s good design with strength and faith.</w:t>
            </w:r>
          </w:p>
          <w:p w14:paraId="24D5A60F" w14:textId="77777777" w:rsidR="00BB0E83" w:rsidRDefault="00000000">
            <w:pPr>
              <w:spacing w:before="100" w:after="0" w:line="302" w:lineRule="auto"/>
              <w:ind w:left="346" w:hanging="230"/>
            </w:pPr>
            <w:r>
              <w:rPr>
                <w:color w:val="1B474D"/>
                <w:sz w:val="21"/>
              </w:rPr>
              <w:t xml:space="preserve">•   </w:t>
            </w:r>
            <w:r>
              <w:rPr>
                <w:sz w:val="21"/>
              </w:rPr>
              <w:t>Tend the Eden God has entrusted to you: home, work, church, and community.</w:t>
            </w:r>
          </w:p>
          <w:p w14:paraId="33504E1D" w14:textId="77777777" w:rsidR="00BB0E83" w:rsidRDefault="00000000">
            <w:pPr>
              <w:spacing w:before="100" w:after="0" w:line="302" w:lineRule="auto"/>
              <w:ind w:left="346" w:hanging="230"/>
            </w:pPr>
            <w:r>
              <w:rPr>
                <w:color w:val="1B474D"/>
                <w:sz w:val="21"/>
              </w:rPr>
              <w:t xml:space="preserve">•   </w:t>
            </w:r>
            <w:r>
              <w:rPr>
                <w:sz w:val="21"/>
              </w:rPr>
              <w:t>The story ends where the curse cannot follow: at the river, beside the tree of life, before the face of God.</w:t>
            </w:r>
          </w:p>
        </w:tc>
      </w:tr>
    </w:tbl>
    <w:p w14:paraId="42024CB6" w14:textId="77777777" w:rsidR="00BB0E83" w:rsidRDefault="00BB0E83">
      <w:pPr>
        <w:spacing w:after="220"/>
      </w:pPr>
    </w:p>
    <w:p w14:paraId="6D45CBEA" w14:textId="77777777" w:rsidR="00BB0E83" w:rsidRDefault="00000000">
      <w:pPr>
        <w:spacing w:after="0"/>
      </w:pPr>
      <w:r>
        <w:br w:type="page"/>
      </w:r>
    </w:p>
    <w:p w14:paraId="29ACBC22" w14:textId="77777777" w:rsidR="00BB0E83" w:rsidRDefault="00000000">
      <w:pPr>
        <w:keepNext/>
        <w:keepLines/>
        <w:spacing w:before="520" w:after="120" w:line="254" w:lineRule="auto"/>
      </w:pPr>
      <w:r>
        <w:rPr>
          <w:rFonts w:ascii="Georgia" w:hAnsi="Georgia"/>
          <w:b/>
          <w:color w:val="123337"/>
          <w:sz w:val="46"/>
        </w:rPr>
        <w:lastRenderedPageBreak/>
        <w:t>Conclusion: The Sword, the Silence, and the Second Adam</w:t>
      </w:r>
    </w:p>
    <w:p w14:paraId="62BA1C06" w14:textId="77777777" w:rsidR="00BB0E83" w:rsidRDefault="00BB0E83">
      <w:pPr>
        <w:keepNext/>
        <w:keepLines/>
        <w:pBdr>
          <w:bottom w:val="single" w:sz="10" w:space="2" w:color="C9C6BE"/>
        </w:pBdr>
        <w:spacing w:after="360"/>
      </w:pPr>
    </w:p>
    <w:p w14:paraId="18D1EA73" w14:textId="77777777" w:rsidR="00BB0E83" w:rsidRDefault="00000000">
      <w:r>
        <w:t>We have covered a great deal of ground. Before we close it, let us gather it.</w:t>
      </w:r>
    </w:p>
    <w:p w14:paraId="481BF034" w14:textId="77777777" w:rsidR="00BB0E83" w:rsidRDefault="00000000">
      <w:pPr>
        <w:keepNext/>
        <w:keepLines/>
        <w:spacing w:before="380" w:after="140" w:line="274" w:lineRule="auto"/>
      </w:pPr>
      <w:r>
        <w:rPr>
          <w:rFonts w:ascii="Georgia" w:hAnsi="Georgia"/>
          <w:b/>
          <w:color w:val="1B474D"/>
          <w:sz w:val="29"/>
        </w:rPr>
        <w:t>What actually happened in the garden</w:t>
      </w:r>
    </w:p>
    <w:p w14:paraId="72DADE18" w14:textId="77777777" w:rsidR="00BB0E83" w:rsidRDefault="00000000">
      <w:r>
        <w:t>Not a fable. Not a metaphor for growing up. A real man in a real place with real dirt under his fingernails, given a real command by the God who had breathed into his lungs, in a world where the water came up from beneath the ground and nothing had ever died.</w:t>
      </w:r>
    </w:p>
    <w:p w14:paraId="51872B70" w14:textId="77777777" w:rsidR="00BB0E83" w:rsidRDefault="00000000">
      <w:pPr>
        <w:spacing w:after="100" w:line="307" w:lineRule="auto"/>
        <w:ind w:left="432" w:hanging="259"/>
      </w:pPr>
      <w:r>
        <w:rPr>
          <w:color w:val="1B474D"/>
        </w:rPr>
        <w:t xml:space="preserve">•   </w:t>
      </w:r>
      <w:r>
        <w:t>God created, God breathed, God planted, and man was made responsible for the flourishing of what God had already provided. The order matters. Man never generated anything. He was a steward from his first breath.</w:t>
      </w:r>
    </w:p>
    <w:p w14:paraId="499A571B" w14:textId="77777777" w:rsidR="00BB0E83" w:rsidRDefault="00000000">
      <w:pPr>
        <w:spacing w:after="100" w:line="307" w:lineRule="auto"/>
        <w:ind w:left="432" w:hanging="259"/>
      </w:pPr>
      <w:r>
        <w:rPr>
          <w:color w:val="1B474D"/>
        </w:rPr>
        <w:t xml:space="preserve">•   </w:t>
      </w:r>
      <w:r>
        <w:t>Work came before the curse. Authority came before the curse. Marriage came before the curse. None of those things is a punishment. All three are gifts that the Fall damaged and Christ restores.</w:t>
      </w:r>
    </w:p>
    <w:p w14:paraId="410C8478" w14:textId="77777777" w:rsidR="00BB0E83" w:rsidRDefault="00000000">
      <w:pPr>
        <w:spacing w:after="100" w:line="307" w:lineRule="auto"/>
        <w:ind w:left="432" w:hanging="259"/>
      </w:pPr>
      <w:r>
        <w:rPr>
          <w:color w:val="1B474D"/>
        </w:rPr>
        <w:t xml:space="preserve">•   </w:t>
      </w:r>
      <w:r>
        <w:t>There were two trees, not one, and remembering the second one is what makes the ending of Genesis 3 readable as mercy.</w:t>
      </w:r>
    </w:p>
    <w:p w14:paraId="1842CB62" w14:textId="77777777" w:rsidR="00BB0E83" w:rsidRDefault="00000000">
      <w:pPr>
        <w:spacing w:after="100" w:line="307" w:lineRule="auto"/>
        <w:ind w:left="432" w:hanging="259"/>
      </w:pPr>
      <w:r>
        <w:rPr>
          <w:color w:val="1B474D"/>
        </w:rPr>
        <w:t xml:space="preserve">•   </w:t>
      </w:r>
      <w:r>
        <w:t>The command was clear, the generosity was doubled for emphasis, and so was the threat. "Eating you may eat." "Dying you will die." God did not leave anything vague.</w:t>
      </w:r>
    </w:p>
    <w:p w14:paraId="558135A2" w14:textId="77777777" w:rsidR="00BB0E83" w:rsidRDefault="00000000">
      <w:r>
        <w:t>Then a creature spoke. It stripped the covenant name off of God and left only the generic title. It misquoted the command. It engaged the woman rather than the man to whom the command had been given. And the man who had been placed in that garden to cultivate it and keep it stood close enough to hear every word of it and said nothing.</w:t>
      </w:r>
    </w:p>
    <w:p w14:paraId="58F3692F" w14:textId="77777777" w:rsidR="00BB0E83" w:rsidRDefault="00000000">
      <w:r>
        <w:t>Eve added to God's word and softened God's warning. She was genuinely deceived, and Scripture says so. Adam was not deceived. He knew exactly what he was doing, and he did it anyway, because he loved her happiness more than he loved God's command. Then, standing in front of the God who had given him everything, he blamed his wife and then blamed God for making her.</w:t>
      </w:r>
    </w:p>
    <w:p w14:paraId="0D17080B" w14:textId="77777777" w:rsidR="00BB0E83" w:rsidRDefault="00000000">
      <w:r>
        <w:lastRenderedPageBreak/>
        <w:t>That is the Fall. Not primarily an act of appetite. An abandonment of responsibility, and pride given its moment.</w:t>
      </w:r>
    </w:p>
    <w:p w14:paraId="479C4AEA" w14:textId="77777777" w:rsidR="00BB0E83" w:rsidRDefault="00000000">
      <w:pPr>
        <w:keepNext/>
        <w:keepLines/>
        <w:spacing w:before="380" w:after="140" w:line="274" w:lineRule="auto"/>
      </w:pPr>
      <w:r>
        <w:rPr>
          <w:rFonts w:ascii="Georgia" w:hAnsi="Georgia"/>
          <w:b/>
          <w:color w:val="1B474D"/>
          <w:sz w:val="29"/>
        </w:rPr>
        <w:t>What the Fall cost</w:t>
      </w:r>
    </w:p>
    <w:p w14:paraId="51F2C055" w14:textId="77777777" w:rsidR="00BB0E83" w:rsidRDefault="00000000">
      <w:r>
        <w:t>The curse did not invent new flaws in humanity. It exposed and exploited what was already possible in a creature made in God's image who is not God himself: the ability to choose wrongly. And the consequences ran outward in every direction at once.</w:t>
      </w:r>
    </w:p>
    <w:p w14:paraId="68C96819" w14:textId="77777777" w:rsidR="00BB0E83" w:rsidRDefault="00000000">
      <w:pPr>
        <w:spacing w:after="100" w:line="307" w:lineRule="auto"/>
        <w:ind w:left="432" w:hanging="259"/>
      </w:pPr>
      <w:r>
        <w:rPr>
          <w:color w:val="1B474D"/>
        </w:rPr>
        <w:t xml:space="preserve">•   </w:t>
      </w:r>
      <w:r>
        <w:rPr>
          <w:b/>
        </w:rPr>
        <w:t>Against God.</w:t>
      </w:r>
      <w:r>
        <w:t xml:space="preserve"> Spiritual death, immediate. Hiding, fear, blame, exile. Dead in trespasses and sins.</w:t>
      </w:r>
    </w:p>
    <w:p w14:paraId="11AB8484" w14:textId="77777777" w:rsidR="00BB0E83" w:rsidRDefault="00000000">
      <w:pPr>
        <w:spacing w:after="100" w:line="307" w:lineRule="auto"/>
        <w:ind w:left="432" w:hanging="259"/>
      </w:pPr>
      <w:r>
        <w:rPr>
          <w:color w:val="1B474D"/>
        </w:rPr>
        <w:t xml:space="preserve">•   </w:t>
      </w:r>
      <w:r>
        <w:rPr>
          <w:b/>
        </w:rPr>
        <w:t>Against each other.</w:t>
      </w:r>
      <w:r>
        <w:t xml:space="preserve"> A wife whose desire is to rule and a husband who answers with domination or with cowardly silence. Both are curse, not design.</w:t>
      </w:r>
    </w:p>
    <w:p w14:paraId="7C0771F9" w14:textId="77777777" w:rsidR="00BB0E83" w:rsidRDefault="00000000">
      <w:pPr>
        <w:spacing w:after="100" w:line="307" w:lineRule="auto"/>
        <w:ind w:left="432" w:hanging="259"/>
      </w:pPr>
      <w:r>
        <w:rPr>
          <w:color w:val="1B474D"/>
        </w:rPr>
        <w:t xml:space="preserve">•   </w:t>
      </w:r>
      <w:r>
        <w:rPr>
          <w:b/>
        </w:rPr>
        <w:t>Against the ground.</w:t>
      </w:r>
      <w:r>
        <w:t xml:space="preserve"> Thorns, thistles, sweat, futility, and finally dust. God did not curse Adam directly. He cursed the soil Adam was made from and made responsible for, so that the steward and his domain would be at war.</w:t>
      </w:r>
    </w:p>
    <w:p w14:paraId="44AC5C3C" w14:textId="77777777" w:rsidR="00BB0E83" w:rsidRDefault="00000000">
      <w:pPr>
        <w:spacing w:after="100" w:line="307" w:lineRule="auto"/>
        <w:ind w:left="432" w:hanging="259"/>
      </w:pPr>
      <w:r>
        <w:rPr>
          <w:color w:val="1B474D"/>
        </w:rPr>
        <w:t xml:space="preserve">•   </w:t>
      </w:r>
      <w:r>
        <w:rPr>
          <w:b/>
        </w:rPr>
        <w:t>Against the body.</w:t>
      </w:r>
      <w:r>
        <w:t xml:space="preserve"> Death. The temptation was to be like God; the verdict was a reminder that he was dirt.</w:t>
      </w:r>
    </w:p>
    <w:p w14:paraId="235B5087" w14:textId="77777777" w:rsidR="00BB0E83" w:rsidRDefault="00000000">
      <w:r>
        <w:t>And creation has never stopped registering the protest. The land mourns. The ground refuses. The earth is commanded to vomit out its inhabitants and to keep its sabbaths while they sit in exile. Nature is not neutral toward human rebellion. It is a kingdom straining under the treason of its king, groaning like a woman in labor, waiting for something.</w:t>
      </w:r>
    </w:p>
    <w:p w14:paraId="012CFFA6" w14:textId="77777777" w:rsidR="00BB0E83" w:rsidRDefault="00000000">
      <w:r>
        <w:t>That groaning turns out to be a mercy. A world that let us sin comfortably would be a world with no witnesses. Every callus, every failed crop, every graveside is creation preaching Genesis 3 at us so that we cannot forget something is wrong.</w:t>
      </w:r>
    </w:p>
    <w:p w14:paraId="3658240D" w14:textId="77777777" w:rsidR="00BB0E83" w:rsidRDefault="00000000">
      <w:pPr>
        <w:keepNext/>
        <w:keepLines/>
        <w:spacing w:before="380" w:after="140" w:line="274" w:lineRule="auto"/>
      </w:pPr>
      <w:r>
        <w:rPr>
          <w:rFonts w:ascii="Georgia" w:hAnsi="Georgia"/>
          <w:b/>
          <w:color w:val="1B474D"/>
          <w:sz w:val="29"/>
        </w:rPr>
        <w:t>What God did about it</w:t>
      </w:r>
    </w:p>
    <w:p w14:paraId="6E6BC8A9" w14:textId="77777777" w:rsidR="00BB0E83" w:rsidRDefault="00000000">
      <w:r>
        <w:t>Here is the thing to hold onto above everything else in this book: God was not improvising.</w:t>
      </w:r>
    </w:p>
    <w:p w14:paraId="37FDDAB4" w14:textId="77777777" w:rsidR="00BB0E83" w:rsidRDefault="00000000">
      <w:r>
        <w:t xml:space="preserve">Before a single word of curse fell on the man or the woman, God turned to the serpent and announced that a seed of the woman would crush his head while taking a wound to the heel. The gospel does not begin in Matthew. It begins in Genesis 3:15, spoken over the head of the enemy, inside the sentence of judgment. Then God killed an animal in Eden — the first death in the history of the world — and clothed two rebels in its skin, because the covering they had </w:t>
      </w:r>
      <w:r>
        <w:lastRenderedPageBreak/>
        <w:t>sewn for themselves out of leaves was never going to be enough. Then he drove them out, not to abandon them, but to keep them from taking the tree of life and becoming immortal in their rebellion, eternally beyond redemption. He posted cherubim and a flaming sword at the east of the garden, and he left the way to his presence guarded.</w:t>
      </w:r>
    </w:p>
    <w:p w14:paraId="20BC0708" w14:textId="77777777" w:rsidR="00BB0E83" w:rsidRDefault="00000000">
      <w:r>
        <w:t>He left it guarded for a long time. The tabernacle faced east. The veil in front of the Most Holy Place was embroidered with cherubim, so that the barrier of Genesis 3:24 was still hanging there in cloth a thousand years later. One day a year, one man, with blood, could pass through it. Two goats were needed to say what needed saying: one killed to satisfy wrath and cancel guilt, one driven into the wilderness carrying sin away where it could never be found again. And the priest never sat down, because it was never finished.</w:t>
      </w:r>
    </w:p>
    <w:p w14:paraId="68667700" w14:textId="77777777" w:rsidR="00BB0E83" w:rsidRDefault="00000000">
      <w:r>
        <w:t>Then a man walked into another garden, put his face in the dirt among olive trees, sweated blood, and said the sentence Adam never said: not my will, but yours be done.</w:t>
      </w:r>
    </w:p>
    <w:p w14:paraId="3DF02493" w14:textId="77777777" w:rsidR="00BB0E83" w:rsidRDefault="00000000">
      <w:pPr>
        <w:spacing w:after="100" w:line="307" w:lineRule="auto"/>
        <w:ind w:left="432" w:hanging="259"/>
      </w:pPr>
      <w:r>
        <w:rPr>
          <w:color w:val="1B474D"/>
        </w:rPr>
        <w:t xml:space="preserve">•   </w:t>
      </w:r>
      <w:r>
        <w:t>Where the first Adam grasped at equality with God, the last Adam did not clutch it but emptied himself.</w:t>
      </w:r>
    </w:p>
    <w:p w14:paraId="40B7F29F" w14:textId="77777777" w:rsidR="00BB0E83" w:rsidRDefault="00000000">
      <w:pPr>
        <w:spacing w:after="100" w:line="307" w:lineRule="auto"/>
        <w:ind w:left="432" w:hanging="259"/>
      </w:pPr>
      <w:r>
        <w:rPr>
          <w:color w:val="1B474D"/>
        </w:rPr>
        <w:t xml:space="preserve">•   </w:t>
      </w:r>
      <w:r>
        <w:t>Where the first Adam was silent when he should have spoken, the last Adam was silent before his accusers when he could have spoken.</w:t>
      </w:r>
    </w:p>
    <w:p w14:paraId="6BE381B8" w14:textId="77777777" w:rsidR="00BB0E83" w:rsidRDefault="00000000">
      <w:pPr>
        <w:spacing w:after="100" w:line="307" w:lineRule="auto"/>
        <w:ind w:left="432" w:hanging="259"/>
      </w:pPr>
      <w:r>
        <w:rPr>
          <w:color w:val="1B474D"/>
        </w:rPr>
        <w:t xml:space="preserve">•   </w:t>
      </w:r>
      <w:r>
        <w:t>Where the first Adam blamed his bride, the last Adam took the blame for his.</w:t>
      </w:r>
    </w:p>
    <w:p w14:paraId="11F46662" w14:textId="77777777" w:rsidR="00BB0E83" w:rsidRDefault="00000000">
      <w:pPr>
        <w:spacing w:after="100" w:line="307" w:lineRule="auto"/>
        <w:ind w:left="432" w:hanging="259"/>
      </w:pPr>
      <w:r>
        <w:rPr>
          <w:color w:val="1B474D"/>
        </w:rPr>
        <w:t xml:space="preserve">•   </w:t>
      </w:r>
      <w:r>
        <w:t>Where the first Adam hid among the trees, the last Adam hung on one in the open.</w:t>
      </w:r>
    </w:p>
    <w:p w14:paraId="68087EDD" w14:textId="77777777" w:rsidR="00BB0E83" w:rsidRDefault="00000000">
      <w:pPr>
        <w:spacing w:after="100" w:line="307" w:lineRule="auto"/>
        <w:ind w:left="432" w:hanging="259"/>
      </w:pPr>
      <w:r>
        <w:rPr>
          <w:color w:val="1B474D"/>
        </w:rPr>
        <w:t xml:space="preserve">•   </w:t>
      </w:r>
      <w:r>
        <w:t>Where thorns came up out of the cursed ground, thorns were pressed into the head of the Second Adam.</w:t>
      </w:r>
    </w:p>
    <w:p w14:paraId="28F7C625" w14:textId="77777777" w:rsidR="00BB0E83" w:rsidRDefault="00000000">
      <w:pPr>
        <w:spacing w:after="100" w:line="307" w:lineRule="auto"/>
        <w:ind w:left="432" w:hanging="259"/>
      </w:pPr>
      <w:r>
        <w:rPr>
          <w:color w:val="1B474D"/>
        </w:rPr>
        <w:t xml:space="preserve">•   </w:t>
      </w:r>
      <w:r>
        <w:t>Where a man's sweat was the price of bread, the sweat of Gethsemane bought the bread of life.</w:t>
      </w:r>
    </w:p>
    <w:p w14:paraId="44793576" w14:textId="77777777" w:rsidR="00BB0E83" w:rsidRDefault="00000000">
      <w:pPr>
        <w:spacing w:after="100" w:line="307" w:lineRule="auto"/>
        <w:ind w:left="432" w:hanging="259"/>
      </w:pPr>
      <w:r>
        <w:rPr>
          <w:color w:val="1B474D"/>
        </w:rPr>
        <w:t xml:space="preserve">•   </w:t>
      </w:r>
      <w:r>
        <w:t>Where guilt came to us through one man's disobedience, righteousness comes to us through one man's obedience, credited to our account as a gift.</w:t>
      </w:r>
    </w:p>
    <w:p w14:paraId="7904B64C" w14:textId="77777777" w:rsidR="00BB0E83" w:rsidRDefault="00000000">
      <w:r>
        <w:t>And when he died, the veil embroidered with cherubim tore from top to bottom. Not cut from below by human hands. Torn from above, by God, all the way through. The guardians of the gate were split in half. The sword was sheathed. The east gate stood open.</w:t>
      </w:r>
    </w:p>
    <w:p w14:paraId="44D277EC" w14:textId="77777777" w:rsidR="00BB0E83" w:rsidRDefault="00000000">
      <w:pPr>
        <w:keepNext/>
        <w:keepLines/>
        <w:spacing w:before="380" w:after="140" w:line="274" w:lineRule="auto"/>
      </w:pPr>
      <w:r>
        <w:rPr>
          <w:rFonts w:ascii="Georgia" w:hAnsi="Georgia"/>
          <w:b/>
          <w:color w:val="1B474D"/>
          <w:sz w:val="29"/>
        </w:rPr>
        <w:t>Where that leaves you</w:t>
      </w:r>
    </w:p>
    <w:p w14:paraId="594F6B61" w14:textId="77777777" w:rsidR="00BB0E83" w:rsidRDefault="00000000">
      <w:r>
        <w:t xml:space="preserve">Everything in this book comes down to a question about representation. You are in Adam by birth, and Adam has already ruined you — not merely by bad example but by federal headship, </w:t>
      </w:r>
      <w:r>
        <w:lastRenderedPageBreak/>
        <w:t>so that his guilt is genuinely yours and his corruption runs in your blood. You cannot vote yourself out of that. You cannot behave your way out of it. You lie there exactly as Adam lay on the ground in Genesis 2, fully formed and completely dead, until God breathes.</w:t>
      </w:r>
    </w:p>
    <w:p w14:paraId="56D74F7D" w14:textId="77777777" w:rsidR="00BB0E83" w:rsidRDefault="00000000">
      <w:r>
        <w:t>But the same principle that condemns you is the only principle that can save you. If a representative can ruin you, a representative can rescue you. There is a second man, a last Adam, and God credits his obedience to everyone who is in him by faith. That is justification: not God making you gradually good enough to accept, but God declaring you righteous at once on the basis of someone else's record. Faith is not the payment. Faith is the empty hand.</w:t>
      </w:r>
    </w:p>
    <w:p w14:paraId="1D1153CA" w14:textId="77777777" w:rsidR="00BB0E83" w:rsidRDefault="00000000">
      <w:r>
        <w:t>The New Testament's word for the response is the same shape as the covenant in Eden — a command, a promise, a consequence. Repent and believe. Turn from running your own moral universe, and trust the man who ran into yours to die in it.</w:t>
      </w:r>
    </w:p>
    <w:p w14:paraId="3CC83D02" w14:textId="77777777" w:rsidR="00BB0E83" w:rsidRDefault="00000000">
      <w:pPr>
        <w:keepLines/>
        <w:pBdr>
          <w:left w:val="single" w:sz="14" w:space="10" w:color="C9C6BE"/>
        </w:pBdr>
        <w:spacing w:before="220" w:after="40" w:line="302" w:lineRule="auto"/>
        <w:ind w:left="490" w:right="432"/>
      </w:pPr>
      <w:r>
        <w:rPr>
          <w:rFonts w:ascii="Georgia" w:hAnsi="Georgia"/>
          <w:sz w:val="21"/>
        </w:rPr>
        <w:t>Whoever will call on the name of the Lord will be saved.</w:t>
      </w:r>
    </w:p>
    <w:p w14:paraId="68D93A49" w14:textId="77777777" w:rsidR="00BB0E83" w:rsidRDefault="00000000">
      <w:pPr>
        <w:spacing w:before="20" w:after="260" w:line="240" w:lineRule="auto"/>
        <w:ind w:left="490"/>
      </w:pPr>
      <w:r>
        <w:rPr>
          <w:caps/>
          <w:color w:val="6B6964"/>
          <w:sz w:val="18"/>
        </w:rPr>
        <w:t>Romans 10:13</w:t>
      </w:r>
    </w:p>
    <w:p w14:paraId="709DE413" w14:textId="77777777" w:rsidR="00BB0E83" w:rsidRDefault="00000000">
      <w:pPr>
        <w:keepNext/>
        <w:keepLines/>
        <w:spacing w:before="380" w:after="140" w:line="274" w:lineRule="auto"/>
      </w:pPr>
      <w:r>
        <w:rPr>
          <w:rFonts w:ascii="Georgia" w:hAnsi="Georgia"/>
          <w:b/>
          <w:color w:val="1B474D"/>
          <w:sz w:val="29"/>
        </w:rPr>
        <w:t>And then, tend your Eden</w:t>
      </w:r>
    </w:p>
    <w:p w14:paraId="744399C5" w14:textId="77777777" w:rsidR="00BB0E83" w:rsidRDefault="00000000">
      <w:r>
        <w:t>Eden was a real place. But there is a reason we were told to let the text breathe. Every man has been handed an enclosure to cultivate and keep. A house. A marriage. Children. Land. A congregation. Something planted by God and given to you not to own but to guard.</w:t>
      </w:r>
    </w:p>
    <w:p w14:paraId="606F17EB" w14:textId="77777777" w:rsidR="00BB0E83" w:rsidRDefault="00000000">
      <w:r>
        <w:t>The command was never revoked. It was renewed, and now it comes with the Spirit of the God who breathed into dust in the first place.</w:t>
      </w:r>
    </w:p>
    <w:p w14:paraId="20F58E3B" w14:textId="77777777" w:rsidR="00BB0E83" w:rsidRDefault="00000000">
      <w:r>
        <w:t>So learn to hear a serpent when one starts talking in your garden. Learn to say no, out loud, before your wife has to. Study the life of Christ until she can look at you and see something other than Adam. Guard the church from the thing Paul was terrified of — that it would be deceived exactly as Eve was. Work your cursed ground as worship, knowing the thorns are temporary. Bury your dead in hope.</w:t>
      </w:r>
    </w:p>
    <w:p w14:paraId="075E2A94" w14:textId="77777777" w:rsidR="00BB0E83" w:rsidRDefault="00000000">
      <w:r>
        <w:t>Because the story does not end at a graveside. It ends where it started, at a tree.</w:t>
      </w:r>
    </w:p>
    <w:p w14:paraId="42942BA2" w14:textId="77777777" w:rsidR="00BB0E83" w:rsidRDefault="00000000">
      <w:pPr>
        <w:keepLines/>
        <w:pBdr>
          <w:left w:val="single" w:sz="14" w:space="10" w:color="C9C6BE"/>
        </w:pBdr>
        <w:spacing w:before="220" w:after="40" w:line="302" w:lineRule="auto"/>
        <w:ind w:left="490" w:right="432"/>
      </w:pPr>
      <w:r>
        <w:rPr>
          <w:rFonts w:ascii="Georgia" w:hAnsi="Georgia"/>
          <w:sz w:val="21"/>
        </w:rPr>
        <w:t>And he showed me a river of the water of life, clear as crystal, coming from the throne of God and of the Lamb. In the middle of its street, and on either side of the river, was the tree of life, bearing twelve kinds of fruit, yielding its fruit every month; and the leaves of the tree were for the healing of the nations. And there will no longer be any curse.</w:t>
      </w:r>
    </w:p>
    <w:p w14:paraId="495AC4B6" w14:textId="77777777" w:rsidR="00BB0E83" w:rsidRDefault="00000000">
      <w:pPr>
        <w:spacing w:before="20" w:after="260" w:line="240" w:lineRule="auto"/>
        <w:ind w:left="490"/>
      </w:pPr>
      <w:r>
        <w:rPr>
          <w:caps/>
          <w:color w:val="6B6964"/>
          <w:sz w:val="18"/>
        </w:rPr>
        <w:t>Revelation 22:1–3</w:t>
      </w:r>
    </w:p>
    <w:p w14:paraId="3A39524F" w14:textId="77777777" w:rsidR="00BB0E83" w:rsidRDefault="00000000">
      <w:r>
        <w:lastRenderedPageBreak/>
        <w:t>A river. A tree. No curse. And no sword at the gate.</w:t>
      </w:r>
    </w:p>
    <w:p w14:paraId="44177285" w14:textId="77777777" w:rsidR="00BB0E83" w:rsidRDefault="00000000">
      <w:r>
        <w:t>The Lamb was always Plan A.</w:t>
      </w:r>
    </w:p>
    <w:sectPr w:rsidR="00BB0E83" w:rsidSect="00034616">
      <w:footerReference w:type="default" r:id="rId8"/>
      <w:pgSz w:w="12240" w:h="15840"/>
      <w:pgMar w:top="1440" w:right="1656" w:bottom="1440" w:left="165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975DB" w14:textId="77777777" w:rsidR="00172D8F" w:rsidRDefault="00172D8F">
      <w:pPr>
        <w:spacing w:after="0" w:line="240" w:lineRule="auto"/>
      </w:pPr>
      <w:r>
        <w:separator/>
      </w:r>
    </w:p>
  </w:endnote>
  <w:endnote w:type="continuationSeparator" w:id="0">
    <w:p w14:paraId="7D075B2D" w14:textId="77777777" w:rsidR="00172D8F" w:rsidRDefault="00172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2F27" w14:textId="77777777" w:rsidR="00BB0E83" w:rsidRDefault="00000000">
    <w:pPr>
      <w:pStyle w:val="Footer"/>
      <w:jc w:val="center"/>
    </w:pPr>
    <w:r>
      <w:fldChar w:fldCharType="begin"/>
    </w:r>
    <w:r>
      <w:instrText>PAGE</w:instrText>
    </w:r>
    <w:r>
      <w:fldChar w:fldCharType="separate"/>
    </w:r>
    <w:r w:rsidR="008D523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1BAC6" w14:textId="77777777" w:rsidR="00172D8F" w:rsidRDefault="00172D8F">
      <w:pPr>
        <w:spacing w:after="0" w:line="240" w:lineRule="auto"/>
      </w:pPr>
      <w:r>
        <w:separator/>
      </w:r>
    </w:p>
  </w:footnote>
  <w:footnote w:type="continuationSeparator" w:id="0">
    <w:p w14:paraId="3E22DC9A" w14:textId="77777777" w:rsidR="00172D8F" w:rsidRDefault="00172D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4437355">
    <w:abstractNumId w:val="8"/>
  </w:num>
  <w:num w:numId="2" w16cid:durableId="1564101142">
    <w:abstractNumId w:val="6"/>
  </w:num>
  <w:num w:numId="3" w16cid:durableId="1723139271">
    <w:abstractNumId w:val="5"/>
  </w:num>
  <w:num w:numId="4" w16cid:durableId="1921211338">
    <w:abstractNumId w:val="4"/>
  </w:num>
  <w:num w:numId="5" w16cid:durableId="1064639839">
    <w:abstractNumId w:val="7"/>
  </w:num>
  <w:num w:numId="6" w16cid:durableId="2119907072">
    <w:abstractNumId w:val="3"/>
  </w:num>
  <w:num w:numId="7" w16cid:durableId="2072534851">
    <w:abstractNumId w:val="2"/>
  </w:num>
  <w:num w:numId="8" w16cid:durableId="214589636">
    <w:abstractNumId w:val="1"/>
  </w:num>
  <w:num w:numId="9" w16cid:durableId="722021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2D8F"/>
    <w:rsid w:val="0029639D"/>
    <w:rsid w:val="00326F90"/>
    <w:rsid w:val="003A5386"/>
    <w:rsid w:val="008A3497"/>
    <w:rsid w:val="008D523A"/>
    <w:rsid w:val="00AA1D8D"/>
    <w:rsid w:val="00B47730"/>
    <w:rsid w:val="00BB0E8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82545C"/>
  <w14:defaultImageDpi w14:val="300"/>
  <w15:docId w15:val="{555A94BE-9D2D-49A1-842F-04E5C58C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322" w:lineRule="auto"/>
    </w:pPr>
    <w:rPr>
      <w:rFonts w:ascii="Calibri" w:eastAsia="Calibri" w:hAnsi="Calibri" w:cs="Calibri"/>
      <w:color w:val="24221E"/>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105</Pages>
  <Words>32275</Words>
  <Characters>183970</Characters>
  <Application>Microsoft Office Word</Application>
  <DocSecurity>0</DocSecurity>
  <Lines>1533</Lines>
  <Paragraphs>431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jeffrey delee</cp:lastModifiedBy>
  <cp:revision>3</cp:revision>
  <dcterms:created xsi:type="dcterms:W3CDTF">2026-08-10T16:45:00Z</dcterms:created>
  <dcterms:modified xsi:type="dcterms:W3CDTF">2026-08-10T16:45:00Z</dcterms:modified>
  <cp:category/>
</cp:coreProperties>
</file>